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Naturales: Biología · 1°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Naturales: Biología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Ciencias Naturales tiene 6 h semanales; se asumen 2 h para el eje Biología (reparto del establecimiento)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el eje de Biología de 1° medio, los estudiantes estudian la evolución y la biodiversidad, los organismos en los ecosistemas, el flujo de materia y energía y el impacto humano sobre los ecosistemas, desarrollando habilidades de investigación científica.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Evolución y biodiversidad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Organismos en ecosistemas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12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Materia y energía en ecosistema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Impactos en ecosistema y sustentabilidad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32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4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9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«Organización curricular del eje Biología» del Programa (pág. 76).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Evolución y biodiversidad</w:t>
            </w:r>
          </w:p>
          <w:p>
            <w:r>
              <w:rPr>
                <w:b w:val="0"/>
                <w:i w:val="0"/>
                <w:sz w:val="15"/>
              </w:rPr>
              <w:t>Se espera que las y los estudiantes aprendan a identificar los fósiles como evidencia de que existieron especies de plantas y animales en el pasado.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88–123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detalladamente las características de objetos, procesos y fenómenos del mundo natural y tecnológico, usando los sentidos.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fundamentar hipótesis comprobables, basándose en conocimiento científico.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diversos diseños de investigaciones experimentales que den respuesta a una pregunta y/o problema sobre la base de diversas fuentes de información científica, considerando:</w:t>
              <w:br/>
              <w:t>- El uso adecuado de instrumentos y materiales para asegurar la obtención de datos confiables.</w:t>
              <w:br/>
              <w:t>- La manipulación de variables y sus relaciones.</w:t>
              <w:br/>
              <w:t>- La explicación clara de procedimientos posibles de replicar.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Conducir rigurosamente investigaciones científicas para obtener evidencias precisas y confiables con el apoyo de las TIC.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colaborativo, asignando responsabilidades, comunicándose en forma efectiva y siguiendo normas de seguridad.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datos cuantitativos y/o cualitativos con precisión, fundamentando su confiabilidad, y presentarlos en tablas, gráficos, modelos u otras representaciones, con la ayuda de las TIC.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investigación científica* con el fin de perfeccionarla, considerando:</w:t>
              <w:br/>
              <w:t>- La validez y confiabilidad de los resultados.</w:t>
              <w:br/>
              <w:t>- La replicabilidad de los procedimientos.</w:t>
              <w:br/>
              <w:t>- Las explicaciones, las predicciones y las conclusiones.</w:t>
              <w:br/>
              <w:t>- Las posibles aplicaciones tecnológicas.</w:t>
              <w:br/>
              <w:t>- El desempeño personal y grupal.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argumentar con evidencias provenientes de investigaciones científicas*, en forma oral y escrita, incluyendo tablas, gráficos, modelos y TIC.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Discutir en forma oral y escrita las ideas para diseñar una investigación científica*, las posibles aplicaciones y soluciones a problemas tecnológicos, las teorías, las predicciones y las conclusiones, utilizando argumentos basados en evidencias y en el conocimiento científico y tecnológico. (OA m)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Tipos de fósiles.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Fosilización o formación de fósiles.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Evidencias de la evolución (registro fósil, estructuras anatómicas homólogas, embriología y secuencias de ADN).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Teorías evolutivas.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Selección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Darwin, Wallace y sus aportes a la teoría evolutiva.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Clasificación de la biodiversidad.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taxonómicos. Nota: la cantidad de actividades sugeridas para cada Objetivo de Aprendizaje no necesariamente está relacionada con su importancia en 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Fósiles, rocas sedimentarias, estratos de la Tierra, diversidad, evolución, evidencias, registro fósil, estructuras anatómicas homólogas, embriología, secuencia de ADN, teoría de la selección natural, Darwin y Wallace, clasificación, criterios taxonómicos, parentesco, ancestros.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procesos de fosilización por medio de modelos, considerando la formación de rocas sedimentarias, entre otros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 presencia de los fósiles en ciertos estratos del suelo con condiciones ambientales pasadas y las comparan con las actuales.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procesos que ocurren en un fenómeno con la información del registro de observaciones.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inferencias e interpretaciones consistentes con el comportamiento de las variables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de una investigación utilizando un lenguaje científico apropiado y pertinente.</w:t>
            </w:r>
          </w:p>
          <w:p>
            <w:r>
              <w:rPr>
                <w:b/>
                <w:i w:val="0"/>
                <w:sz w:val="15"/>
              </w:rPr>
              <w:t>Evaluación 2 (OA 2)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teoría evolutiva por selección natural y sus postulados de sobreproducción, variación, adaptación y selección.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elementos básicos de la especiación y su relación con la teoría de la evolución.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observaciones de un fenómeno o problema científico con pautas sencillas.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relacionadas con un problema científico.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un modelo para apoyar la explicación de un conocimiento, la formulación de una predicción y/o el tratamiento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resultados e informan sobre una investigación científica con los recursos comunicacionales más adecuados.</w:t>
            </w:r>
          </w:p>
          <w:p>
            <w:r>
              <w:rPr>
                <w:b/>
                <w:i w:val="0"/>
                <w:sz w:val="15"/>
              </w:rPr>
              <w:t>Evaluación 3 (OA 3) · pág. 122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Diferencian criterios taxonómicos de los niveles de clasificación de los organismos (de reino a especie).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las relaciones de parentesco de acuerdo a los nombres científicos de especies.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un modelo para apoyar la explicación de un conocimiento, la formulación de una predicción y/o el tratamiento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inferencias e interpretaciones consistentes con el comportamiento de las variables en estudio.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la conclusión de una investigación en consistencia con la hipótesis de trabajo.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  <w:p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Manifestar una actitud de pensamiento crítico, buscando rigurosidad y replicabilidad de las evidencias para sustentar las respuestas, las soluciones o las hipótesis.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valoración e interés por los aportes de hombres y mujeres al conocimiento científico y reconocer que desde siempre los seres humanos han intentado comprender el mundo.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preguntas breves sobre célula y nutrición (7° y 8° básico) y sobre ideas previas de evolución.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guiado de evidencias de la evolución (fósiles, estructuras homólogas); tickets de salida.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Cada estudiante analiza el siguiente diagrama, que corresponde a un corte transversal de rocas sedimentarias con una inclusión de roca ígnea (I).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1. El alumno o la alumna observa y describe la siguiente imagen: A A C B Nivel del agua del lago sube Nivel del agua del lago baja 1 3 2 4 2. Plantea una pregunta de investigación en relación con sus observaciones. (pág. 120)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1. El o la estudiante crea un modelo (esquema, dibujo o mapa conceptual, entre otros) que vincule en un proceso evolutivo las especies presentadas a continuación. (pág. 122)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Imágenes y modelos de fósiles; árboles filogenéticos; videos sobre Darwin y Wallace; especies endémicas de Chile.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Organismos en ecosistemas</w:t>
            </w:r>
          </w:p>
          <w:p>
            <w:r>
              <w:rPr>
                <w:b w:val="0"/>
                <w:i w:val="0"/>
                <w:sz w:val="15"/>
              </w:rPr>
              <w:t>En esta unidad, se espera que los alumnos y las alumnas conozcan los distintos niveles de organización que adoptan los seres vivos en la biósfera, comenzando con el nivel de organismo, el estudio de las poblaciones y comunidades biológicas, hasta llegar al ecosistema.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124–147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12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detalladamente las características de objetos, procesos y fenómenos del mundo natural y tecnológico, usando los sentidos.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fundamentar hipótesis comprobables, basándose en conocimiento científico.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diversos diseños de investigaciones experimentales que den respuesta a una pregunta y/o problema sobre la base de diversas fuentes de información científica, considerando:</w:t>
              <w:br/>
              <w:t>- El uso adecuado de instrumentos y materiales para asegurar la obtención de datos confiables.</w:t>
              <w:br/>
              <w:t>- La manipulación de variables y sus relaciones.</w:t>
              <w:br/>
              <w:t>- La explicación clara de procedimientos posibles de replicar.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Conducir rigurosamente investigaciones científicas para obtener evidencias precisas y confiables con el apoyo de las TIC.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colaborativo, asignando responsabilidades, comunicándose en forma efectiva y siguiendo normas de seguridad.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datos cuantitativos y/o cualitativos con precisión, fundamentando su confiabilidad, y presentarlos en tablas, gráficos, modelos u otras representaciones, con la ayuda de las TIC.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investigación científica* con el fin de perfeccionarla, considerando:</w:t>
              <w:br/>
              <w:t>- La validez y confiabilidad de los resultados.</w:t>
              <w:br/>
              <w:t>- La replicabilidad de los procedimientos.</w:t>
              <w:br/>
              <w:t>- Las explicaciones, las predicciones y las conclusiones.</w:t>
              <w:br/>
              <w:t>- Las posibles aplicaciones tecnológicas.</w:t>
              <w:br/>
              <w:t>- El desempeño personal y grupal.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argumentar con evidencias provenientes de investigaciones científicas*, en forma oral y escrita, incluyendo tablas, gráficos, modelos y TIC.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Discutir en forma oral y escrita las ideas para diseñar una investigación científica*, las posibles aplicaciones y soluciones a problemas tecnológicos, las teorías, las predicciones y las conclusiones, utilizando argumentos basados en evidencias y en el conocimiento científico y tecnológico. (OA m)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Niveles de organización de la biósfera.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Interacciones biológicas.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Factores que afectan el tamaño poblacional. Nota: La cantidad de actividades sugeridas para cada Objetivo de Aprendizaje no necesariamente está asociada a su importancia dentro del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Organismo, población, comunidad, ecosistema, biósfera, interacciones interespecíficas, interacciones intraespecíficas, depredación, competencia, parasitismo, mutualismo, preservación, tamaño poblacional, factores ambientales.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4) · pág. 141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cualitativamente interacciones biológicas, como depredación, competencia, comensalismo, mutualismo y parasitismo.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efectos de algunas interacciones biológicas (intraespecíficas e interespecíficas) sobre el tamaño de poblaciones en ecosistemas de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datos cuantitativos en gráficos u otros modelos matemáticos para interpretar el comportamiento de las variables presentes en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resultados e informan sobre una investigación científica con los recursos comunicacionales más adecuados.</w:t>
            </w:r>
          </w:p>
          <w:p>
            <w:r>
              <w:rPr>
                <w:b/>
                <w:i w:val="0"/>
                <w:sz w:val="15"/>
              </w:rPr>
              <w:t>Evaluación 2 (OA 4)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sobre mecanismos preventivos para reducir, detener y revertir la degradación de ecosistemas en Chile y el mundo.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acciones humanas en favor del desarrollo sustentable y la prevención de la degradación de ecosistemas, como por ejemplo, experiencias de recuperación de ecosistemas y especies a nivel de su entorno inmediato o cercano, basándose en criterios ecológicos.</w:t>
            </w:r>
          </w:p>
          <w:p>
            <w:r>
              <w:rPr>
                <w:b/>
                <w:i w:val="0"/>
                <w:sz w:val="15"/>
              </w:rPr>
              <w:t>Evaluación 3 (OA 4)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efectos de algunas interacciones biológicas (intraespecíficas e interespecíficas) sobre el tamaño de poblaciones en ecosistemas de Chile.</w:t>
            </w:r>
          </w:p>
          <w:p>
            <w:r>
              <w:rPr>
                <w:b/>
                <w:i w:val="0"/>
                <w:sz w:val="15"/>
              </w:rPr>
              <w:t>Evaluación 4 (OA 5) · pág. 146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Discuten posibles consecuencias de la extinción de especies o poblaciones sobre las funciones ecosistémicas, considerando los seres humanos.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especies exóticas invasoras y sus vías o formas de ingreso al país.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problemas que se relacionan con un fenómeno natural 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relacionadas con un problema científico.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preguntas que originaron investigaciones científicas.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valoración e interés por los aportes de hombres y mujeres al conocimiento científico y reconocer que desde siempre los seres humanos han intentado comprender el mundo.</w:t>
            </w:r>
          </w:p>
          <w:p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Manifestar una actitud de pensamiento crítico, buscando rigurosidad y replicabilidad de las evidencias para sustentar las respuestas, las soluciones o las hipótesis.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Salida o estudio de caso de un ecosistema local con pauta de observación; esquemas de interacciones revisados.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La o el estudiante lee el siguiente texto y luego contesta las preguntas y desarrolla las actividades: Las hormigas «ordeñan» a los pulgones, frotándolos con sus patas delanteras y sus antenas. (pág. 141)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Cada estudiante observa el siguiente gráfico sobre el porcentaje de envejecimiento de la población mundial proyectada en el tiempo. (pág. 142)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Cada estudiante observa el siguiente gráfico y responde: Recursos disponibles Número o cantidad Individuos Tiempo Capacidad de carga 1. ¿Cómo varía la población representada en relación con los recursos alimenticios? 2. ¿Qué es la capacidad de carga y cómo se puede aplicar a este caso? 3. ¿Qué podría ocurrir con los recursos si entran depredadores a la población? 4. Ilustran en un gráfico las posibles variaciones. (pág. 144)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4: </w:t>
            </w:r>
            <w:r>
              <w:rPr>
                <w:b w:val="0"/>
                <w:i w:val="0"/>
                <w:sz w:val="15"/>
              </w:rPr>
              <w:t>El o la estudiante lee el siguiente texto: En Chile hay unas 40 especies de vertebrados no domésticos introducidos. (pág. 146)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Ecosistemas de la región; guías de campo; fotografías e imágenes satelitales.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Materia y energía en ecosistema</w:t>
            </w:r>
          </w:p>
          <w:p>
            <w:r>
              <w:rPr>
                <w:b w:val="0"/>
                <w:i w:val="0"/>
                <w:sz w:val="15"/>
              </w:rPr>
              <w:t>Se espera que las y los estudiantes comprendan que la materia circula y la energía fluye por los ecosistemas.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148–169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detalladamente las características de objetos, procesos y fenómenos del mundo natural y tecnológico, usando los sentidos.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fundamentar hipótesis comprobables, basándose en conocimiento científico.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diversos diseños de investigaciones experimentales que den respuesta a una pregunta y/o problema sobre la base de diversas fuentes de información científica, considerando:</w:t>
              <w:br/>
              <w:t>- El uso adecuado de instrumentos y materiales para asegurar la obtención de datos confiables.</w:t>
              <w:br/>
              <w:t>- La manipulación de variables y sus relaciones.</w:t>
              <w:br/>
              <w:t>- La explicación clara de procedimientos posibles de replicar.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Conducir rigurosamente investigaciones científicas para obtener evidencias precisas y confiables con el apoyo de las TIC.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colaborativo, asignando responsabilidades, comunicándose en forma efectiva y siguiendo normas de seguridad.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datos cuantitativos y/o cualitativos con precisión, fundamentando su confiabilidad, y presentarlos en tablas, gráficos, modelos u otras representaciones, con la ayuda de las TIC.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investigación científica* con el fin de perfeccionarla, considerando:</w:t>
              <w:br/>
              <w:t>- La validez y confiabilidad de los resultados.</w:t>
              <w:br/>
              <w:t>- La replicabilidad de los procedimientos.</w:t>
              <w:br/>
              <w:t>- Las explicaciones, las predicciones y las conclusiones.</w:t>
              <w:br/>
              <w:t>- Las posibles aplicaciones tecnológicas.</w:t>
              <w:br/>
              <w:t>- El desempeño personal y grupal.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argumentar con evidencias provenientes de investigaciones científicas*, en forma oral y escrita, incluyendo tablas, gráficos, modelos y TIC.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Discutir en forma oral y escrita las ideas para diseñar una investigación científica*, las posibles aplicaciones y soluciones a problemas tecnológicos, las teorías, las predicciones y las conclusiones, utilizando argumentos basados en evidencias y en el conocimiento científico y tecnológico. (OA m)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Ciclos del carbono, nitrógeno, agua y fósforo.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Flujos de energía en un ecosistema (redes y pirámides tróficas).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Contaminantes y su bioacumulación.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Fotosíntesis.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Respiración celular. Nota: La cantidad de actividades que sugeridas para cada Objetivo de Aprendizaje no necesariamente está asociada a su importancia dentro del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Ciclo biogeoquímico, carbono, nitrógeno, agua, fósforo, flujos de energía, redes tróficas, pirámides tróficas, contaminación, bioacumulación, fotosíntesis, respiración celular. Materia y energía en ecosistemas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6) · pág. 163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rol de los ciclos biogeoquímicos en ecosistemas a nivel local y global mediante el uso de modelos, considerando los elementos constituyentes de los organismos y el ambiente como carbono, nitrógeno, fósforo y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los efectos de la alteración de ciclos del carbono, nitrógeno, fósforo y agua, por efecto de la producción industrial moderna en los seres vivos del ecosistema, mediante el desarrollo de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modelos apropiados para el tratamiento de datos en una investigación.</w:t>
            </w:r>
          </w:p>
          <w:p>
            <w:r>
              <w:rPr>
                <w:b/>
                <w:i w:val="0"/>
                <w:sz w:val="15"/>
              </w:rPr>
              <w:t>Evaluación 2 (OA 6) · pág. 164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Debaten en torno al uso y la bioacumulación de sustancias químicas nocivas (plaguicidas y toxinas, entre otras).</w:t>
            </w:r>
          </w:p>
          <w:p>
            <w:r>
              <w:rPr>
                <w:b/>
                <w:i w:val="0"/>
                <w:sz w:val="15"/>
              </w:rPr>
              <w:t>Evaluación 3 (OA 7) · pág. 166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la relación de la fotosíntesis con el flujo de energía, el ciclo de la materia y los cloroplastos considerando reactante y productos involucrados en la formación de glucosa (CHO) y ATP a partir de dióxido de carbono (CO) y agua (HO).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en relación con la fotosíntesis y la respiración celular en el ecosistema considerando la evaluación de los pasos diseñados en ella.</w:t>
            </w:r>
          </w:p>
          <w:p>
            <w:r>
              <w:rPr>
                <w:b/>
                <w:i w:val="0"/>
                <w:sz w:val="15"/>
              </w:rPr>
              <w:t>Evaluación 4 (OA 7) · pág. 168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rol fundamental de la fotosíntesis y de los organismos que la desarrollan en la generación de condiciones viables para la vida en el planeta.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el rol de la producción primaria en ecosistemas de acuerdo a su importancia económica, social y ecológica.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Debaten en torno a los factores bióticos (plagas, interacciones) y abióticos (temperatura, vulcanismo) en diversos ecosistemas del país, y las implicancias de las acciones humanas que afectan la producción primaria en estos.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Manifestar una actitud de pensamiento crítico, buscando rigurosidad y replicabilidad de las evidencias para sustentar las respuestas, las soluciones o las hipótesis.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de cadenas y tramas tróficas con retroalimentación; modelos de ciclos biogeoquímicos.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1. El o la estudiante rotula los procesos de cambio del agua en la siguiente figura: 2. Luego responde y justifica las respuestas a las siguientes preguntas: a. (pág. 163)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La o el estudiante observa la siguiente imagen de una cadena trófica y las concentraciones del DDT, un compuesto de los insecticidas: A continuación, responde: 1. ¿Cómo varía la concentración del DDT de un organismo a otro? 2. Ordenan los organismos representados de acuerdo a su posición en un modelo de cadena trófica. (pág. 164)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La o el estudiante lee el siguiente problema: Pedro realizó un experimento usando dos montajes idénticos al que se muestra en la siguiente figura. (pág. 166)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4: </w:t>
            </w:r>
            <w:r>
              <w:rPr>
                <w:b w:val="0"/>
                <w:i w:val="0"/>
                <w:sz w:val="15"/>
              </w:rPr>
              <w:t>Cada estudiante lee la siguiente situación: Un investigador chileno estudió cuánta hojarasca se producía en un bosque templado de Chile. (pág. 168)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Modelos de ciclos del carbono y el nitrógeno; experimentos sencillos de fotosíntesis; simulaciones.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Impactos en ecosistema y sustentabilidad</w:t>
            </w:r>
          </w:p>
          <w:p>
            <w:r>
              <w:rPr>
                <w:b w:val="0"/>
                <w:i w:val="0"/>
                <w:sz w:val="15"/>
              </w:rPr>
              <w:t>En esta unidad se abordan los efectos de las acciones humanas y los fenómenos naturales en el ecosistema.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170–191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32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y describir detalladamente las características de objetos, procesos y fenómenos del mundo natural y tecnológico, usando los sentidos.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y/o problemas, a partir de conocimiento científico, que puedan ser resueltos mediante una investigación científica*.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y fundamentar hipótesis comprobables, basándose en conocimiento científico.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diversos diseños de investigaciones experimentales que den respuesta a una pregunta y/o problema sobre la base de diversas fuentes de información científica, considerando:</w:t>
              <w:br/>
              <w:t>- El uso adecuado de instrumentos y materiales para asegurar la obtención de datos confiables.</w:t>
              <w:br/>
              <w:t>- La manipulación de variables y sus relaciones.</w:t>
              <w:br/>
              <w:t>- La explicación clara de procedimientos posibles de replicar.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una investigación no experimental y/o documental que considere diversas fuentes de información para responder a preguntas científicas o para constituir el marco teórico de la investigación experimental.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Conducir rigurosamente investigaciones científicas para obtener evidencias precisas y confiables con el apoyo de las TIC.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colaborativo, asignando responsabilidades, comunicándose en forma efectiva y siguiendo normas de seguridad.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datos cuantitativos y/o cualitativos con precisión, fundamentando su confiabilidad, y presentarlos en tablas, gráficos, modelos u otras representaciones, con la ayuda de las TIC.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Crear, seleccionar, usar y ajustar modelos para describir mecanismos y para predecir y apoyar explicaciones sobre las relaciones entre las partes de un sistema.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y explicar los resultados de una investigación científica*, para plantear inferencias y conclusiones:</w:t>
              <w:br/>
              <w:t>- Comparando las relaciones, tendencias y patrones de las variables.</w:t>
              <w:br/>
              <w:t>- Usando expresiones y operaciones matemáticas cuando sea pertinente (por ejemplo: potencias, razones, funciones, notación científica, medidas de tendencia central, cambio porcentual).</w:t>
              <w:br/>
              <w:t>- Utilizando vocabulario disciplinar pertinente.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investigación científica* con el fin de perfeccionarla, considerando:</w:t>
              <w:br/>
              <w:t>- La validez y confiabilidad de los resultados.</w:t>
              <w:br/>
              <w:t>- La replicabilidad de los procedimientos.</w:t>
              <w:br/>
              <w:t>- Las explicaciones, las predicciones y las conclusiones.</w:t>
              <w:br/>
              <w:t>- Las posibles aplicaciones tecnológicas.</w:t>
              <w:br/>
              <w:t>- El desempeño personal y grupal.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argumentar con evidencias provenientes de investigaciones científicas*, en forma oral y escrita, incluyendo tablas, gráficos, modelos y TIC. (OA 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Discutir en forma oral y escrita las ideas para diseñar una investigación científica*, las posibles aplicaciones y soluciones a problemas tecnológicos, las teorías, las predicciones y las conclusiones, utilizando argumentos basados en evidencias y en el conocimiento científico y tecnológico. (OA m)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 humanas en los ecosistemas (uso de recursos naturales, contaminación, protección, preservación y conservación ambiental,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Fenómenos naturales (sequías, incendios, erupciones volcánicas,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Efectos de las acciones humanas y fenómenos naturales en los ecosistemas.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Recursos naturales renovables y no renovables y su disponibilidad.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desarrollo sustentable. Nota: La cantidad de actividades que se sugieren para cada Objetivo de Aprendizaje no necesariamente está asociada a su importancia dentro del desarrollo de la unidad.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Ecosistema, recursos naturales renovables, recursos naturales no renovables, desarrollo sustentable, contaminación, contaminantes, forestación, deforestación, cultivos, sequías, erupciones volcánicas, impacto ambiental, conservación ambiental, protección del medioambiente, preservación de la naturaleza.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8) · pág. 185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implicancias sociales, económicas y ambientales de acciones humanas con efectos positivos y negativos en el equilibrio de ecosistemas, a nivel local y global.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consecuencias de fenómenos naturales (geológicos y climáticos, entre otros) en el ambiente y en la sociedad considerando los efectos del cambio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beneficios de medidas para el desarrollo sustentable en relación con el equilibrio de los ecosistemas y la disponibilidad de recursos naturales para las actuales y futuras generaciones.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acciones humanas para el desarrollo sustentable que consideren la diversidad cultural, la promoción de la salud y la urbanización sustentable,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un modelo para apoyar la explicación de un conocimiento, la formulación de una predicción y/o el tratamiento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inferencias e interpretaciones consistentes con el comportamiento de las variables en estudio.</w:t>
            </w:r>
          </w:p>
          <w:p>
            <w:r>
              <w:rPr>
                <w:b/>
                <w:i w:val="0"/>
                <w:sz w:val="15"/>
              </w:rPr>
              <w:t>Evaluación 2 (OA 8) · pág. 187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consecuencias de fenómenos naturales (geológicos y climáticos, entre otros) en el ambiente y en la sociedad considerando los efectos del cambio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estrategias para la adaptación al cambio climático o la reducción de riesgo de fenómenos naturales considerando el cuidado de la biodiversidad y el equilibrio de ecosistemas.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acciones humanas para el desarrollo sustentable que consideren la diversidad cultural, la promoción de la salud y la urbanización sustentable,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un modelo para apoyar la explicación de un conocimiento, la formulación de una predicción y/o el tratamiento de datos.</w:t>
            </w:r>
          </w:p>
          <w:p>
            <w:r>
              <w:rPr>
                <w:b/>
                <w:i w:val="0"/>
                <w:sz w:val="15"/>
              </w:rPr>
              <w:t>Evaluación 3 (OA 8) · pág. 188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consecuencias de fenómenos naturales (geológicos y climáticos, entre otros) en el ambiente y en la sociedad considerando los efectos del cambio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la organización de datos cualitativos y cuantitativos según la necesidad de una investigación, como tablas o bitácoras, entre otros.</w:t>
            </w:r>
          </w:p>
          <w:p>
            <w:r>
              <w:rPr>
                <w:b/>
                <w:i w:val="0"/>
                <w:sz w:val="15"/>
              </w:rPr>
              <w:t>Evaluación 4 (OA 8) · pág. 190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Examinan los patrones de consumo de las sociedades humanas y sus efectos sobre la biósfera, en una perspectiva histórica y actual.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un modelo para apoyar la explicación de un conocimiento, la formulación de una predicción y/o el tratamiento de datos.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Manifestar una actitud de pensamiento crítico, buscando rigurosidad y replicabilidad de las evidencias para sustentar las respuestas, las soluciones o las hipótesis.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Demostrar valoración y cuidado por la salud y la integridad de las personas, evitando conductas de riesgo, considerando medidas de seguridad y tomando conciencia de las implicancias éticas de los avances científicos y tecnológicos.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impacto ambiental con pauta; propuestas de acciones de cuidado.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1. Cada estudiante completa un mapa conceptual como el siguiente: 2. Luego, responde las preguntas: a. (pág. 185)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1. La o el estudiante completa la siguiente tabla especificando los efectos de causas naturales y de acciones humanas en el ecosistema, y proponiendo soluciones de conservación y protección ambiental. (pág. 187)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1. Cada estudiante lee el siguiente artículo y registra en una tabla las evidencias de los efectos de una erupción volcánica y sus causas. (pág. 188)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4: </w:t>
            </w:r>
            <w:r>
              <w:rPr>
                <w:b w:val="0"/>
                <w:i w:val="0"/>
                <w:sz w:val="15"/>
              </w:rPr>
              <w:t>Las y los estudiantes observan dos imágenes, ya sean fotografías o pinturas, que muestren la evolución del entorno en el tiempo. (pág. 190)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Casos regionales (contaminación de aguas, incendios, especies invasoras); informes ambientales.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modelos, simulaciones, videos, experimentos demostrativos y lecturas con apoyo gráfico.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resultados en informes, presentaciones orales, esquemas, maquetas o videos.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preguntas de investigación vinculadas al entorno local y trabajo colaborativo con roles.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BIOLOGÍA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157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basándose en evidencias, que los fósiles: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 forman a partir de restos de animales y plantas.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 forman en rocas sedimentarias.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 ubican de acuerdo a su antigüedad en los estratos de la Tierra.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157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 interpretar datos para proveer de evidencias que apoyen que la diversidad de organismos es el resultado de la evolución,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Evidencias de la evolución (como el registro fósil, las estructuras anatómicas homólogas, la embriología y las secuencias de ADN).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Los postulados de la teoría de la selección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Los aportes de científicos como Darwin y Wallace a las teorías evolutivas.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158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basándose en evidencias, que la clasificación de la diversidad de organismos se construye a través del tiempo sobre la base de criterios taxonómicos que permiten organizarlos en grupos y subgrupos, identificando sus relaciones de parentesco con ancestros comunes.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158 · P 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y explicar cómo se organizan e interactúan los seres vivos en diversos ecosistemas, a partir de ejemplos de Chile,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Los niveles de organización de los seres vivos (como organismo, población, comunidad, ecosistema).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interacciones biológicas (como depredación, competencia, comensalismo, mutualismo, parasitismo).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158 · 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 interpretar los factores que afectan el tamaño de las poblaciones (propagación de enfermedades, disponibilidad de energía y de recursos alimentarios, sequías, entre otros) y predecir posibles consecuencias sobre el ecosistema.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158 · 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modelos que expliquen: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ciclo del carbono, el nitrógeno, el agua y el fósforo, y su importancia biológica.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Los flujos de energía en un ecosistema (redes y pirámides tróficas).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trayectoria de contaminantes y su bioacumulación.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158 · 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por medio de una investigación, el rol de la fotosíntesis y la respiración celular en el ecosistema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flujo de la energía.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ciclo de la materia.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158 · P 65)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y evaluar los efectos de acciones humanas (conservación ambiental, cultivos, forestación y deforestación, entre otras) y de fenómenos naturales (sequías, erupciones volcánicas, entre otras) en relación con: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equilibrio de los ecosistemas.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disponibilidad de recursos naturales renovables y no renovables.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posibles medidas para un desarrollo sustentable.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describir detalladamente las características de objetos, procesos y fenómenos del mundo natural y tecnológico, usando los sentidos.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y/o problemas, a partir de conocimiento científico, que puedan ser resueltos mediante una investigación científica*.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y fundamentar hipótesis comprobables, basándose en conocimiento científico.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diversos diseños de investigaciones experimentales que den respuesta a una pregunta y/o problema sobre la base de diversas fuentes de información científica,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uso adecuado de instrumentos y materiales para asegurar la obtención de datos confiables.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manipulación de variables y sus relaciones.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explicación clara de procedimientos posibles de replicar.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una investigación no experimental y/o documental que considere diversas fuentes de información para responder a preguntas científicas o para constituir el marco teórico de la investigación experimental.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Conducir rigurosamente investigaciones científicas para obtener evidencias precisas y confiables con el apoyo de las TIC.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Organizar el trabajo colaborativo, asignando responsabilidades, comunicándose en forma efectiva y siguiendo normas de seguridad.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Organizar datos cuantitativos y/o cualitativos con precisión, fundamentando su confiabilidad, y presentarlos en tablas, gráficos, modelos u otras representaciones, con la ayuda de las TIC.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Crear, seleccionar, usar y ajustar modelos para describir mecanismos y para predecir y apoyar explicaciones sobre las relaciones entre las partes de un sistema.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explicar los resultados de una investigación científica*, para plantear inferencias y conclusiones: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las relaciones, tendencias y patrones de las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expresiones y operaciones matemáticas cuando sea pertinente (por ejemplo: potencias, razones, funciones, notación científica, medidas de tendencia central, cambio porcentual).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vocabulario disciplinar pertinente.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investigación científica* con el fin de perfeccionarla,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validez y confiabilidad de los resultados.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replicabilidad de los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explicaciones, las predicciones y las conclusiones.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Las posibles aplicaciones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El desempeño personal y grupal.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y argumentar con evidencias provenientes de investigaciones científicas*, en forma oral y escrita, incluyendo tablas, gráficos, modelos y TIC.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Discutir en forma oral y escrita las ideas para diseñar una investigación científica*, las posibles aplicaciones y soluciones a problemas tecnológicos, las teorías, las predicciones y las conclusiones, utilizando argumentos basados en evidencias y en el conocimiento científico y tecnológico.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curiosidad, creatividad e interés por conocer y comprender los fenómenos del entorno natural y tecnológico, disfrutando del crecimiento intelectual que genera el conocimiento científico y valorando su importancia para el desarrollo de la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Esforzarse y perseverar en el trabajo personal entendiendo que los logros se obtienen solo después de un trabajo riguroso, y que los datos empíricamente confiables se obtienen si se trabaja con precisión y orden.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responsablemente en forma proactiva y colaborativa, considerando y respetando los variados aportes del equipo y manifestando disposición a entender los argumentos de otros en las soluciones a problemas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de pensamiento crítico, buscando rigurosidad y replicabilidad de las evidencias para sustentar las respuestas, las soluciones o las hipótesis.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de manera responsable y efectiva las tecnologías de la comunicación para favorecer las explicaciones científicas y el procesamiento de evidencias, dando crédito al trabajo de otros y respetando la propiedad y la privacidad de las personas.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y cuidado por la salud y la integridad de las personas, evitando conductas de riesgo, considerando medidas de seguridad y tomando conciencia de las implicancias éticas de los avances científicos y tecnológicos.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del entorno natural y sus recursos, y manifestar conductas de cuidado y uso eficiente de los recursos naturales y energéticos en favor del desarrollo sustentable y la protección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86)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e interés por los aportes de hombres y mujeres al conocimiento científico y reconocer que desde siempre los seres humanos han intentado comprender el mundo.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Naturales 1° medio (eje Biología),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Naturales: Biología · 1°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Naturales: Biología · 1° medio</dc:title>
  <dc:subject/>
  <dc:creator/>
  <cp:keywords/>
  <dc:description>Generado el 2026-10-23 desde programa_ciencias_1medio.pdf (sha256 5c8934b64255)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