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Ciencias Naturales · 2°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Ciencias Naturales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2°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3 h pedagógicas semanales · 114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439/2012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2° básico, los estudiantes conocen órganos fundamentales del cuerpo y la importancia de la actividad física, clasifican animales vertebrados e invertebrados y sus ciclos de vida y hábitats, reconocen animales nativos en peligro, y estudian el agua, su ciclo y el tiempo atmosférico.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Eje: Ciencias de la vida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Eje: Ciencias de la vida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Ejes: Ciencias de la vida, Ciencias físicas y químicas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11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33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Ejes: Ciencias físicas y químicas, Ciencias de la tierra y el universo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31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114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50).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Eje: Ciencias de la vida</w:t>
            </w:r>
          </w:p>
          <w:p>
            <w:r>
              <w:rPr>
                <w:b w:val="0"/>
                <w:i w:val="0"/>
                <w:sz w:val="15"/>
              </w:rPr>
              <w:t>El objetivo central en esta unidad es que los estudiantes descubran su cuerpo, que se asombren con sus descubrimientos y que identifiquen, a grandes rasgos, la ubicación de los principales órganos internos, como el corazón, los pulmones, el estómago y el esqueleto.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54–80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30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7, 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7, OA 8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Explorar, observar y formular inferencias y predicciones, en forma guiada, sobre objetos y eventos del entorno.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Explorar y experimentar, en forma guiada, con elementos del entorno: - a partir de preguntas dadas - en forma individual y colaborativa - utilizando la observación, manipulación y clasificación de materiales simples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Observar, medir y registrar los datos cuidadosamente utilizando unidades no estandarizadas.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Seguir las instrucciones para utilizar los materiales e instrumentos en forma segura.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y comparar con otros sus ideas, observaciones, mediciones y experiencias de forma oral y escrita, y a través de presentaciones, TIC, dibujos, entre otros.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Localización y función general de algunos órganos internos del cuerpo que son fundamentales para vivir; corazón, pulmones, estómago, músculos, huesos y esqueleto.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Necesidad de ejercicio para el fortalecimiento y desarrollo muscular.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Características generales de animales vertebrados: peces, reptiles, anfibios, aves y mamíferos.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Órganos internos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partes del cuerpo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corazón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pulmones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estómago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músculos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huesos y esqueleto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salud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enfermedades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actividad física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vertebrado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mamíferos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aves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reptiles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anfibios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peces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animales domésticos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salvajes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nativos y en peligro de extinción.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7) · pág. 75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la función de los órganos internos.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Ubican la localización de órganos internos del cuerpo.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Mencionan posibles comportamientos o resultados a partir de la ocurrencia de un evento o fenómeno.</w:t>
            </w:r>
          </w:p>
          <w:p>
            <w:r>
              <w:rPr>
                <w:b/>
                <w:i w:val="0"/>
                <w:sz w:val="15"/>
              </w:rPr>
              <w:t>Ejemplo 2 (OA 8) · pág. 76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Observan y describen los cambios que ocurren en el cuerpo durante el ejercicio.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diferencias corporales entre una persona que realiza actividad física y otra con inactividad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Predicen posibles consecuencias de la inactividad física (sedentarismo) sobre la salud humana. (aumento de peso, falta de agilidad y coordinación, corazón menos fuerte, etc.).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ejemplos sobre los beneficios de la actividad física para el cuerpo como desarrollo de músculos fuertes y el fortalecimiento del corazón.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en forma oral y escrita, observaciones que les llaman la atención sobre el evento o fenómeno en estudio.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Mencionan posibles comportamientos o resultados a partir de la ocurrencia de un evento o fenómeno.</w:t>
            </w:r>
          </w:p>
          <w:p>
            <w:r>
              <w:rPr>
                <w:b/>
                <w:i w:val="0"/>
                <w:sz w:val="15"/>
              </w:rPr>
              <w:t>Ejemplo 3 (OA 2) · pág. 77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un modelo simple de clasificación de los distintos grupos de vertebrados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la información y datos que obtienen en diferentes formas.</w:t>
            </w:r>
          </w:p>
          <w:p>
            <w:r>
              <w:rPr>
                <w:b/>
                <w:i w:val="0"/>
                <w:sz w:val="15"/>
              </w:rPr>
              <w:t>Ejemplo 4 (OA 8) · pág. 79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Observan y describen los cambios que ocurren en el cuerpo durante el ejercicio.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diferencias corporales entre una persona que realiza actividad física y otra con inactividad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ejemplos sobre los beneficios de la actividad física para el cuerpo como desarrollo de músculos fuertes y el fortalecimiento del corazón.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Predicen posibles consecuencias de la inactividad física (sedentarismo) sobre la salud humana. (aumento de peso, falta de agilidad y coordinación, corazón menos fuerte, etc.).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en forma oral y escrita, observaciones que les llaman la atención sobre el evento o fenómeno en estudio.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Mencionan posibles comportamientos o resultados a partir de la ocurrencia de un evento o fenómeno.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e interés por conocer seres vivos, objetos y/o eventos que conforman el entorno natural.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Manifestar compromiso con un estilo de vida saludable por medio del desarrollo físico y el autocuidado.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Reconocer la importancia del entorno natural y sus recursos, desarrollando conductas de cuidado y protección del ambiente.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dibujar la silueta de un compañero y marcar dónde creen que están el corazón, los pulmones y los huesos.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Silueta del cuerpo rotulada en grupo; medición del pulso antes y después de saltar; clasificación de vertebrados con tarjetas.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Observa la siguiente figura: 1 Con una flecha, indica la ubicación de los tres órganos. Instrumento: Criterios de evaluación. (pág. 75)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Observa la siguiente situación: 1 ¿Qué crees que le podría ocurrir a los huesos y músculos de este niño, si continua sin realizar actividad física? 2 Con respecto a tu respuesta anterior, ¿qué consejo le darías a este niño sobre la actividad física? Instrumento: Criterios de evaluación. (pág. 76)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Observa los siguientes animales. Instrumento: Criterios de evaluación. (pág. 77)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4: </w:t>
            </w:r>
            <w:r>
              <w:rPr>
                <w:b w:val="0"/>
                <w:i w:val="0"/>
                <w:sz w:val="15"/>
              </w:rPr>
              <w:t>Mediante un juego de tres estaciones, en grupos de dos o tres, pasen por cada estación cumpliendo determinadas pruebas como las siguientes: Avanzan desde un punto definido hasta la estación 1 en cuclillas. Instrumento: Criterios de evaluación. (pág. 79)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Papel kraft para siluetas; modelos o láminas del cuerpo humano; cronómetro; imágenes de vertebrados de la región (por ejemplo, cóndor, ranita de Darwin, chinchilla, peces).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Eje: Ciencias de la vida</w:t>
            </w:r>
          </w:p>
          <w:p>
            <w:r>
              <w:rPr>
                <w:b w:val="0"/>
                <w:i w:val="0"/>
                <w:sz w:val="15"/>
              </w:rPr>
              <w:t>El objetivo principal de la unidad es que los estudiantes comprendan que existen varios tipos de animales que viven en diferentes tipos de hábitat.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81–99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3,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Explorar, observar y formular inferencias y predicciones, en forma guiada, sobre objetos y eventos del entorno.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Explorar y experimentar, en forma guiada, con elementos del entorno: - a partir de preguntas dadas - en forma individual y colaborativa, - utilizando la observación, manipulación y clasificación de materiales simples.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Observar, medir y registrar los datos cuidadosamente utilizando unidades no estandarizadas.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Seguir las instrucciones para utilizar los materiales e instrumentos en forma segura.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y comparar con otros sus ideas, observaciones, mediciones y experiencias de forma oral y escrita, y a través de presentaciones, TIC, dibujos, entre otros.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Distinción entre vertebrado y no vertebrado.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Clasificación de grandes grupos taxonómicos en los no vertebrados.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Características principales de distintos ciclos de vida de animales vertebrados y no vertebrados: anfibios, insectos, mamíferos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Identificación de distintos tipos de hábitat y la relación con la supervivencia de los animales.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Animales nativos en peligro de extinción.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 vertebrados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insecto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arácnidos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jaibas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ciempiés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hábitat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ciclo de vida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animales nativos y peligro de extinción.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2) · pág. 94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observaciones sobre animales sin columna vertebral.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animales vertebrados y no vertebrados.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la información y datos que obtienen en diferentes formas.</w:t>
            </w:r>
          </w:p>
          <w:p>
            <w:r>
              <w:rPr>
                <w:b/>
                <w:i w:val="0"/>
                <w:sz w:val="15"/>
              </w:rPr>
              <w:t>Ejemplo 2 (OA 3) · pág. 95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en un esquema las distintas etapas de un ciclo de vida.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con palabras el ciclo de vida de algunos animales.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similitudes y diferencias, con sus compañeros, sobre la información y resultados obtenidos.</w:t>
            </w:r>
          </w:p>
          <w:p>
            <w:r>
              <w:rPr>
                <w:b/>
                <w:i w:val="0"/>
                <w:sz w:val="15"/>
              </w:rPr>
              <w:t>Ejemplo 3 (OA 4) · pág. 96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los recursos disponibles en el hábitat con las necesidades de los animales para la sobrevivencia.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Predicen los efectos del deterioro del hábitat en la supervivencia de los animales que viven en él.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en forma oral y escrita, observaciones que les llaman la atención sobre el evento o fenómeno en estudio.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fenómenos o eventos que se plantean u observan, utilizando las ideas que poseen y los conceptos en estudio.</w:t>
            </w:r>
          </w:p>
          <w:p>
            <w:r>
              <w:rPr>
                <w:b/>
                <w:i w:val="0"/>
                <w:sz w:val="15"/>
              </w:rPr>
              <w:t>Ejemplo 4 (OA 4) · pág. 98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los recursos disponibles en el hábitat con las necesidades de los animales para la sobrevivencia.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Predicen los efectos del deterioro del hábitat en la supervivencia de los animales que viven en él.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en forma oral y escrita, observaciones que les llaman la atención sobre el evento o fenómeno en estudio.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fenómenos o eventos que se plantean u observan, utilizando las ideas que poseen y los conceptos en estudio.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e interés por conocer seres vivos, objetos y/o eventos que conforman el entorno natural.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Reconocer la importancia del entorno natural y sus recursos, desarrollando conductas de cuidado y protección del ambiente.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Asumir responsabilidades e interactuar en forma colaborativa y flexible en los trabajos en equipo, aportando y enriqueciendo el trabajo común.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Ordenar las etapas de un ciclo de vida con tarjetas; registro de invertebrados encontrados en el patio; comparación de hábitats con preguntas guiadas.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Observa la siguiente clasificación de animales: Animales A B Mariposa Delfín Chinita Zorro Jaiba Gato Caracol Cocodrilo Estrella de mar Paloma Lombriz Rana Serpiente 1 ¿Qué caracteristica sirvió para agrupar los animales en A y B? 2 ¿En qué grupo (A o B) te ubicarías tu? Justifica tu respuesta. Instrumento: Criterios de evaluación. (pág. 94)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A continuación aparecen en desorden las etapas de la vida de una mariposa. Instrumento: Criterios de evaluación. (pág. 95)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¿Cuál de las siguientes condiciones será más adecuada para que esta ave incube sus huevos? Encierra en un círculo tu respuesta. Instrumento: Criterios de evaluación. (pág. 96)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4: </w:t>
            </w:r>
            <w:r>
              <w:rPr>
                <w:b w:val="0"/>
                <w:i w:val="0"/>
                <w:sz w:val="15"/>
              </w:rPr>
              <w:t>El docente esconde mensajes en el patio del colegio (un mensaje por grupo pequeño de estudiantes). Instrumento: Criterios de evaluación. (pág. 98)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Lupas y frascos para observar insectos; láminas de ciclos de vida (mariposa, rana, ave); imágenes de hábitats de Chile, como el desierto, el bosque y la costa.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Ejes: Ciencias de la vida, Ciencias físicas y químicas</w:t>
            </w:r>
          </w:p>
          <w:p>
            <w:r>
              <w:rPr>
                <w:b w:val="0"/>
                <w:i w:val="0"/>
                <w:sz w:val="15"/>
              </w:rPr>
              <w:t>Esta unidad tiene dos objetivos centrales.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100–125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33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5, OA 6, OA 9, 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5, OA 7, OA 9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Explorar, observar y formular inferencias y predicciones, en forma guiada, sobre objetos y eventos del entorno.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Explorar y experimentar, en forma guiada, con elementos del entorno: - a partir de preguntas dadas - en forma individual y colaborativa, - utilizando la observación, manipulación y clasificación de materiales simples.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Observar, medir y registrar los datos cuidadosamente utilizando unidades no estandarizadas. (OA c)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y comparar con otros sus ideas, observaciones, mediciones y experiencias de forma oral y escrita, y a través de presentaciones, TIC, dibujos, entre otros. (OA e)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Animales nativos en extinción.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Procesos tecnológicos que afectan el hábitat.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Características generales del agua.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Estados del agua: sólido, líquida, gaseoso.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Animales en extinción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estado físico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sólido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líquido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gaseoso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escurrir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adaptarse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transparente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inodora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disolver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evaporar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congelar y recurso.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7) · pág. 120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ejemplos de productos elaborados por el ser humano que impactan en el ambiente.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actividades o procesos industriales desarrollados por el ser humano que impactan en el ambiente.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en forma oral y escrita, observaciones que les llaman la atención sobre el evento o fenómeno en estudio.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fenómenos o eventos que se plantean u observan, utilizando las ideas que poseen y los conceptos en estudio.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Mencionan posibles comportamientos o resultados a partir de la ocurrencia de un evento o fenómeno.</w:t>
            </w:r>
          </w:p>
          <w:p>
            <w:r>
              <w:rPr>
                <w:b/>
                <w:i w:val="0"/>
                <w:sz w:val="15"/>
              </w:rPr>
              <w:t>Ejemplo 2 (OA 9) · pág. 121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ejemplos del escurrimiento del agua prediciendo su comportamiento.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Describen, por medio de la observación, las diferentes apariencias en que se encuentra el agua en el entorno.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Predicen la capacidad que posee el agua de disolver o no diferentes materiales del entorno.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y representan en forma oral y escrita las observaciones realizadas sobre las características del agua.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en forma oral y escrita, observaciones que les llaman la atención sobre el evento o fenómeno en estudio.</w:t>
            </w:r>
          </w:p>
          <w:p>
            <w:r>
              <w:rPr>
                <w:b/>
                <w:i w:val="0"/>
                <w:sz w:val="15"/>
              </w:rPr>
              <w:t>Ejemplo 3 (OA 5) · pág. 123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una investigación sobre animales nativos en peligro de extinción.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algunos animales nativos en peligro de extinción de Chile y su distribución por regiones.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ejemplos de animales nativos en peligro de extinción.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medidas que permitan proteger animales en peligro de extinción y sus hábitats.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Registran en forma escrita, sus ideas, observaciones, mediciones y experiencias sobre las investigaciones simples que realizan.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similitudes y diferencias, con sus compañeros, sobre la información y resultados obtenidos.</w:t>
            </w:r>
          </w:p>
          <w:p>
            <w:r>
              <w:rPr>
                <w:b/>
                <w:i w:val="0"/>
                <w:sz w:val="15"/>
              </w:rPr>
              <w:t>Ejemplo 4 (OA 9) · pág. 124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y representan en forma oral y escrita las observaciones realizadas sobre las características del agua.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en forma oral y escrita, observaciones que les llaman la atención sobre el evento o fenómeno en estudio.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e interés por conocer seres vivos, objetos y/o eventos que conforman el entorno natural.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Manifestar un estilo de trabajo riguroso, honesto y perseverante para lograr los aprendizajes de la asignatura.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Reconocer la importancia de seguir normas y procedimientos que resguarden y promuevan la seguridad personal y colectiva.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Reconocer la importancia del entorno natural y sus recursos, desarrollando conductas de cuidado y protección del ambiente.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Ficha sobre un animal nativo en peligro y cómo protegerlo; registro de experimentos con agua (escurrir, disolver, congelar); preguntas de salida.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Observa las imágenes A y B que se muestran a continuación: 1 ¿Qué actividad humana podrá haber ocasionado el cambio de la situación A a la situación B? 2 Menciona un ejemplo que muestre el efecto de la situación B sobre los animales del entorno. Instrumento: Criterios de evaluación. (pág. 120)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a Relaciona con líneas los elementos de las tres columnas. Instrumento: Criterios de evaluación. (pág. 121)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Las siguientes figuras representan a seis animales. Instrumento: Criterios de evaluación. (pág. 123)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4: </w:t>
            </w:r>
            <w:r>
              <w:rPr>
                <w:b w:val="0"/>
                <w:i w:val="0"/>
                <w:sz w:val="15"/>
              </w:rPr>
              <w:t>El agua puede ser absorbida por algunas sustancias. Instrumento: Criterios de evaluación. (pág. 124)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Información sobre especies amenazadas de la región; recipientes, sal, azúcar, hielo; congelador; fotos de ríos, lagos y glaciares de Chile.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Ejes: Ciencias físicas y químicas, Ciencias de la tierra y el universo</w:t>
            </w:r>
          </w:p>
          <w:p>
            <w:r>
              <w:rPr>
                <w:b w:val="0"/>
                <w:i w:val="0"/>
                <w:sz w:val="15"/>
              </w:rPr>
              <w:t>En esta unidad se espera que los estudiantes aprendan las características del agua, del tiempo atmosférico y de las estaciones del año.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126–148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31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11, OA 12, OA 13, 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12, OA 13, OA 14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Explorar, observar y formular inferencias y predicciones, en forma guiada, sobre objetos y eventos del entorno.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Explorar y experimentar, en forma guiada, con elementos del entorno: - a partir de preguntas dadas - en forma individual y colaborativa, - utilizando la observación, manipulación y clasificación de materiales simples.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Observar, medir y registrar los datos cuidadosamente utilizando unidades no estandarizadas. (OA c)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Seguir las instrucciones para utilizar los materiales e instrumentos en forma segura. (OA 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y comparar con otros sus ideas, observaciones, mediciones y experiencias de forma oral y escrita, y a través de presentaciones, TIC, dibujos, entre otros. (OA e)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Ciclo del agua en la naturaleza.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Situaciones de ahorro y malgasto de agua.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Importancia del agua para los seres vivos incluido el ser humano.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Características del tiempo atmosférico.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 termómetro en relación a su utilidad y su uso como instrumento de medición.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Factores del tiempo atmosférico en términos de los cambios de temperatura, las precipitaciones y el viento entre otros fenómenos.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Estaciones del año y su relación con el tiempo atmosférico.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Estaciones del año y la relación con los seres vivos.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Ciclo del agua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tiempo atmosférico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lluvia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nieve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viento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temperatura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termómetro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pluviómetro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estaciones del año y condiciones climáticas.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12) · pág. 144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fenómenos naturales relacionados con el tiempo atmosférico, tales como diferentes tipos de precipitaciones, temperatura, vientos, nubosidad,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el tiempo atmosférico durante las diferentes estaciones del año.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los días de lluvia con la existencia de nubes.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fenómenos o eventos que se plantean u observan, utilizando las ideas que poseen y los conceptos en estudio.</w:t>
            </w:r>
          </w:p>
          <w:p>
            <w:r>
              <w:rPr>
                <w:b/>
                <w:i w:val="0"/>
                <w:sz w:val="15"/>
              </w:rPr>
              <w:t>Ejemplo 2 (OA 14) · pág. 145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los movimientos del agua sobre la superficie terrestre.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esquemas rotulados sobre el ciclo del agua.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y comunican acciones que promueven el cuidado y uso responsable del agua.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Registran en forma escrita, sus ideas, observaciones, mediciones y experiencias sobre las investigaciones simples que realizan.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Relatan en forma oral y escrita, las experiencias desarrolladas.</w:t>
            </w:r>
          </w:p>
          <w:p>
            <w:r>
              <w:rPr>
                <w:b/>
                <w:i w:val="0"/>
                <w:sz w:val="15"/>
              </w:rPr>
              <w:t>Ejemplo 3 (OA 13) · pág. 146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la forma de utilizar un termómetro ambiental para comparar la temperatura entre el día y la noche.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el uso que se le da a un termómetro ambiental, un pluviómetro y una veleta.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Miden la temperatura y el agua caída por lluvias y registran sus datos.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la dirección del viento con el movimiento de las ramas de un árbol o banderas.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Exponen el uso correcto y seguro de diferentes instrumentos que utilizan.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Ilustran el uso correcto y seguro de materiales e instrumentos por medio de representaciones y presentaciones con uso de TIC.</w:t>
            </w:r>
          </w:p>
          <w:p>
            <w:r>
              <w:rPr>
                <w:b/>
                <w:i w:val="0"/>
                <w:sz w:val="15"/>
              </w:rPr>
              <w:t>Ejemplo 4 (OA b, OA d) · pág. 148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la forma de utilizar un termómetro ambiental para comparar la temperatura entre el día y la noche.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el uso que se le da a un termómetro ambiental, un pluviómetro y una veleta.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la dirección del viento con el movimiento de las ramas de un árbol o banderas.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Exponen el uso correcto y seguro de diferentes instrumentos que utilizan.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e interés por conocer seres vivos, objetos y/o eventos que conforman el entorno natural.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Manifestar un estilo de trabajo riguroso, honesto y perseverante para lograr los aprendizajes de la asignatura.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Asumir responsabilidades e interactuar en forma colaborativa y flexible en los trabajos en equipo, aportando y enriqueciendo el trabajo común.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Registro semanal del tiempo atmosférico con instrumentos construidos; dibujo del ciclo del agua explicado oralmente; compromisos de ahorro de agua.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Observa la siguiente imagen: Verano Otoño Invierno Primavera a ¿A qué estación del año corresponde cada una? Traza una línea entre la imagen y el nombre de la estación correspondiente. Instrumento: Criterios de evaluación. (pág. 144)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Observa el siguiente dibujo: a Identifica todas aquellas zonas donde existe presencia de agua. Instrumento: Criterios de evaluación. (pág. 145)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Las figuras representan tres aparatos que permiten determinar alguna característica del tiempo atmosférico. Instrumento: Criterios de evaluación. (pág. 146)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4: </w:t>
            </w:r>
            <w:r>
              <w:rPr>
                <w:b w:val="0"/>
                <w:i w:val="0"/>
                <w:sz w:val="15"/>
              </w:rPr>
              <w:t>En la sala hay un ventilador prendido y que lanza aire en forma de viento. Instrumento: Criterios de evaluación. (pág. 148)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Pluviómetro, veleta y termómetro hechos con material reciclado; tabla de registro del clima local (temperatura, viento, precipitaciones); láminas del ciclo del agua.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fenómenos con objetos reales, experiencias concretas, imágenes, modelos y videos breves, con vocabulario científico ilustrado.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registrar observaciones con dibujos, tablas simples, fotografías o explicaciones orales.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Partir de preguntas de los niños sobre su entorno; exploraciones en grupos pequeños con roles rotativos.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439/2012);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CIENCIAS DE LA VIDA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89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Observar, describir y clasificar los vertebrados en mamíferos, aves, reptiles, anfibios y peces, a partir de características como cubierta corporal, presencia de mamas y estructuras para la respiración, entre otras.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89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Observar, describir y clasificar, por medio de la exploración, las características de los animales sin columna vertebral, como insectos, arácnidos, crustáceos, entre otros, y compararlos con los vertebrados.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89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Observar y comparar las características de las etapas del ciclo de vida de distintos animales (mamíferos, aves, insectos y anfibios), relacionándolas con su hábitat.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89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Observar y comparar las características de distintos hábitat, identificando la luminosidad, la humedad y la temperatura necesarias para la supervivencia de los animales que habitan en él.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89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Observar e identificar algunos animales nativos que se encuentran en peligro de extinción, así como el deterioro de su hábitat, proponiendo medidas para protegerlos.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89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y comunicar los efectos de la actividad humana sobre los animales y su hábitat.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89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la ubicación y explicar la función de algunas partes del cuerpo que son fundamentales para vivir: corazón, pulmones, estómago, esqueleto y músculos.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89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la importancia de la actividad física para el desarrollo de los músculos y el fortalecimiento del corazón, proponiendo formas de ejercitarla e incorporarla en sus hábitos diarios.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CIENCIAS FÍSICAS Y QUÍMICAS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89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Observar y describir, por medio de la investigación experimental, algunas características del agua,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escurrir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adaptarse a la forma del recipiente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disolver algunos sólidos, como el azúcar y la sal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ser transparente e inodora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evaporarse y congelarse con los cambios de temperatura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90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y comparar, por medio de la exploración, los estados sólido, líquido y gaseoso del agua.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90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el ciclo del agua en la naturaleza, reconociendo que el agua es un recurso preciado y proponiendo acciones cotidianas para su cuidado.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CIENCIAS DE LA TIERRA Y EL UNIVERSO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90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y describir algunas características del tiempo atmosférico, como precipitaciones (lluvia, granizo, nieve), viento y temperatura ambiente, entre otras, y sus cambios a lo largo del año.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90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Medir algunas características del tiempo atmosférico, construyendo y/o usando algunos instrumentos tecnológicos útiles para su localidad, como termómetro, pluviómetro o veleta.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90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la relación de los cambios del tiempo atmosférico con las estaciones del año y sus efectos sobre los seres vivos y el ambiente.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Explorar, observar y formular inferencias y predicciones, en forma guiada, sobre objetos y eventos del entorno.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Explorar y experimentar, en forma guiada, con elementos del entorno: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 partir de preguntas dadas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en forma individual y colaborativa,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utilizando la observación, manipulación y clasificación de materiales simples.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Observar, medir y registrar los datos cuidadosamente utilizando unidades no estandarizadas.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Seguir las instrucciones para utilizar los materiales e instrumentos en forma segura.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Comunicar y comparar con otros sus ideas, observaciones, mediciones y experiencias de forma oral y escrita, y a través de presentaciones, TIC, dibujos, entre otros.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curiosidad e interés por conocer seres vivos, objetos y/o eventos que conforman el entorno natural.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 estilo de trabajo riguroso, honesto y perseverante para lograr los aprendizajes de la asignatura.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la importancia del entorno natural y sus recursos, desarrollando conductas de cuidado y protección del ambiente.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Asumir responsabilidades e interactuar en forma colaborativa y flexible en los trabajos en equipo, aportando y enriqueciendo el trabajo común.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compromiso con un estilo de vida saludable por medio del desarrollo físico y el autocuidado.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la importancia de seguir normas y procedimientos que resguarden y promuevan la seguridad personal y colectiva.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Ciencias Naturales 2° básico, Mineduc (Decreto Supremo N° 2960/2012) y Bases Curriculares DS 439/2012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Ciencias Naturales · 2°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Ciencias Naturales · 2° básico</dc:title>
  <dc:subject/>
  <dc:creator/>
  <cp:keywords/>
  <dc:description>Generado el 2026-10-23 desde programa_ciencias_2basico_paginas.pdf (sha256 30e2a5542ac8)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