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Ciencias Naturales · 3° básico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Ciencias Naturales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3° básico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3 h pedagógicas semanales · 114 h anuales (38 semanas)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439/2012 · Programa de Estudio Decreto Supremo N° 2960/2012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3° básico, los estudiantes investigan las propiedades de la luz y el sonido, describen el Sistema Solar y los movimientos de la Tierra, estudian las plantas, su ciclo de vida y su importancia, y reconocen hábitos de alimentación saludable e higiene en la manipulación de alimentos.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Eje: Ciencias físicas y químicas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27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Eje: Ciencias de la tierra y el universo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27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Eje: Ciencias de la vida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30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12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36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Eje: Ciencias de la vida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31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24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114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 (pág. 50).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2438"/>
        <w:gridCol w:w="2438"/>
        <w:gridCol w:w="3175"/>
        <w:gridCol w:w="147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Conocimientos y vocabulario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6"/>
              </w:rPr>
              <w:t>Actitudes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Eje: Ciencias físicas y químicas</w:t>
            </w:r>
          </w:p>
          <w:p>
            <w:r>
              <w:rPr>
                <w:b w:val="0"/>
                <w:i w:val="0"/>
                <w:sz w:val="15"/>
              </w:rPr>
              <w:t>Es una tarea fundamental dimensionar la importancia de la luz y el sonido.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54–75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27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8, OA 9, OA 10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8, OA 9, OA 10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Observar, plantear preguntas y formular inferencias y predicciones, en forma guiada, sobre objetos y eventos del entorno. (OA a)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Participar en investigaciones experimentales y no experimentales guiadas: − obteniendo información para responder a preguntas dadas a partir de diversas fuentes. − en forma individual y colaborativa, − por medio de la observación, manipulación y clasificación de la evidencia. (OA b)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Observar, medir y registrar datos en forma precisa utilizando instrumentos y unidades estandarizadas, organizándolos en tablas, gráficos y utilizando TIC cuando corresponda. (OA c)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Resumir las evidencias, obtenidas a partir de sus observaciones para responder la pregunta inicial. (OA e)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Comunicar y comparar con otros sus ideas, observaciones, mediciones y experiencias utilizando diagramas, material concreto, modelos, informes sencillos, presentaciones, TIC, entre otros. (OA f)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Fuentes de luz natural y artificial, como el Sol las ampolletas y el fuego.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Propiedades de la luz, como viajar en línea recta, que se refleja, se separe en colores, etc.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 sonido como una vibración.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Las propiedades del sonido, como viajar en todas las direcciones, que se absorbe, se refleja, se transmite por medio de distintos materiales, tiene tono e intensidad, etc.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Fuentes naturales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fuentes artificiales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luz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sonido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vibración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reflexión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absorción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colores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tono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intensidad.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8, OA 9) · pág. 70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Comparan fuentes naturales y artificiales de luz, indicando similitudes y diferencias entre ellas.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Comparan objetos transparentes de opacos identificando similitudes y diferencias en relación a la luz.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Representan en esquemas, los haces de luz que viajan desde un objeto que la emite hacia un objeto que la recibe.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Conduce un experimento de forma guiada, para demostrar que la luz blanca puede separarse en colores.</w:t>
            </w:r>
          </w:p>
          <w:p>
            <w:r>
              <w:rPr>
                <w:b/>
                <w:i w:val="0"/>
                <w:sz w:val="15"/>
              </w:rPr>
              <w:t>Ejemplo 2 (OA 10) · pág. 71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Dan ejemplos y explican situaciones en que los sonidos que se reflejan, absorben y se transmiten en diferentes medios.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Indagan en diferentes fuentes y obtienen información útil frente a las preguntas que formulan o escogen.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Ejecutan procedimientos para desarrollar investigaciones en las que se incluyan: observación, manipulación y clasificación de la evidencia.</w:t>
            </w:r>
          </w:p>
          <w:p>
            <w:r>
              <w:rPr>
                <w:b/>
                <w:i w:val="0"/>
                <w:sz w:val="15"/>
              </w:rPr>
              <w:t>Ejemplo 3 (OA 9) · pág. 72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Clasifican sonidos en función del tono y de la intensidad.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Comparan diferentes tipos de sonido distinguiendo los de alta y baja intensidad.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Predicen y registran la relación entre un objeto en vibración y el sonido que produce.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Determinan las principales evidencias obtenidas.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Resumen las evidencias obtenidas para responder la pregunta inicial.</w:t>
            </w:r>
          </w:p>
          <w:p>
            <w:r>
              <w:rPr>
                <w:b/>
                <w:i w:val="0"/>
                <w:sz w:val="15"/>
              </w:rPr>
              <w:t>Ejemplo 4 (OA 8, OA 9) · pág. 74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Comparan fuentes naturales y artificiales de luz, indicando similitudes y diferencias entre ellas.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Comparan objetos transparentes de opacos identificando similitudes y diferencias en relación a la luz.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Representan en esquemas, los haces de luz que viajan desde un objeto que la emite hacia un objeto que la recibe.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curiosidad e interés por conocer seres vivos, objetos y/o eventos que conforman el entorno natural.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Manifestar un estilo de trabajo riguroso, honesto y perseverante para lograr los aprendizajes de la asignatura.</w:t>
            </w:r>
          </w:p>
          <w:p>
            <w:r>
              <w:rPr>
                <w:b/>
                <w:i w:val="0"/>
                <w:sz w:val="15"/>
              </w:rPr>
              <w:t xml:space="preserve">Actitud f: </w:t>
            </w:r>
            <w:r>
              <w:rPr>
                <w:b w:val="0"/>
                <w:i w:val="0"/>
                <w:sz w:val="15"/>
              </w:rPr>
              <w:t>Reconocer la importancia de seguir normas y procedimientos que resguarden y promuevan la seguridad personal y colectiva.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clasificar imágenes de fuentes de luz y de sonido, y predecir qué pasa con la sombra al mover una linterna.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Registro de experimentos con sombras, espejos y prismas; teléfono de vasos para explorar la transmisión del sonido; ticket de salida con preguntas de predicción.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1 Dibuja un objeto que emita luz natural y otro que emita luz artificial. Instrumento: Criterios de evaluación. (pág. 70)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Una niña, que llega atrasada al colegio, le cuenta a su profesora que en la noche puso la alarma de su reloj a las 7:00 de la mañana. Instrumento: Criterios de evaluación. (pág. 71)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1 A continuación podrás observar la imagen de tres animales: a Ordénalos de acuerdo al sonido que emiten. Instrumento: Criterios de evaluación. (pág. 72)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4: </w:t>
            </w:r>
            <w:r>
              <w:rPr>
                <w:b w:val="0"/>
                <w:i w:val="0"/>
                <w:sz w:val="15"/>
              </w:rPr>
              <w:t>Se establecen dos estaciones en el patio del colegio. Instrumento: Criterios de evaluación. (pág. 74)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Linternas, espejos, prisma o CD; vasos y lana para teléfonos; instrumentos musicales simples; sonidos del entorno (viento, aves, voces, vehículos).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Eje: Ciencias de la tierra y el universo</w:t>
            </w:r>
          </w:p>
          <w:p>
            <w:r>
              <w:rPr>
                <w:b w:val="0"/>
                <w:i w:val="0"/>
                <w:sz w:val="15"/>
              </w:rPr>
              <w:t>La astronomía es uno de los tópicos más llamativos y atractivos para los estudiantes.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76–99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27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11, OA 12, OA 13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11, OA 12, OA 13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Observar, plantear preguntas, formular inferencias y predicciones, en forma guiada, sobre objetos y eventos del entorno. (OA a)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Participar en investigaciones experimentales y no experimentales guiadas: − obteniendo información para responder a preguntas dadas partir de diversas fuentes. − en forma individual y colaborativa, − por medio de la observación, manipulación y clasificación de la evidencia. (OA b)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Observar, medir y registrar datos en forma precisa utilizando instrumentos y unidades estandarizadas, organizándolos en tablas, gráficos y utilizando TIC cuando corresponda. (OA c)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Resumir las evidencias, obtenidas a partir de sus observaciones para responder la pregunta inicial. (OA e)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Comunicar y comparar con otros sus ideas, observaciones, mediciones y experiencias utilizando diagramas, material concreto, modelos, informes sencillos, presentaciones, TIC, entre otros. (OA f)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Componentes del sistema solar, como el Sol, los planetas, las lunas, los cometas y los asteroides.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Movimiento de rotación del planeta Tierra y sus efectos.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Movimiento de traslación de la Tierra y sus efectos.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Eventos de las fases de la Luna.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Los eclipses de Luna y Sol.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Sistema solar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planetas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lunas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cometas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asteroides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Tierra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Sol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rotación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traslación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órbita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inclinación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fases de la Luna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eclipse de Sol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eclipse de Luna.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12, OA 13) · pág. 93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el movimiento de rotación de la Tierra.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el día y la noche en base al concepto de rotación.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Comunican, mediante la realización de esquemas, los eclipses de Sol y Luna.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Exponen, por diversos medios escritos y material concreto, las observaciones y mediciones que realizan.</w:t>
            </w:r>
          </w:p>
          <w:p>
            <w:r>
              <w:rPr>
                <w:b/>
                <w:i w:val="0"/>
                <w:sz w:val="15"/>
              </w:rPr>
              <w:t>Ejemplo 2 (OA 11, OA 13) · pág. 95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y comparan los diversos componentes del sistema solar estableciendo similitudes y diferencias.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Ordenan los componentes del sistema solar según tamaño y ubicación en relación al Sol.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Comunican, mediante la realización de esquemas, los eclipses de Sol y Luna.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Formulan inferencias en forma guiada sobre objetos y eventos del entorno a partir de información y observaciones previas.</w:t>
            </w:r>
          </w:p>
          <w:p>
            <w:r>
              <w:rPr>
                <w:b/>
                <w:i w:val="0"/>
                <w:sz w:val="15"/>
              </w:rPr>
              <w:t>Ejemplo 3 (OA 11) · pág. 96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y comparan los diversos componentes del sistema solar estableciendo similitudes y diferencias.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Ilustran globalmente los cuerpos menores del sistema solar (lunas, cometas, asteroides).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Registran observaciones sobre objetos y eventos del entorno.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Formulan predicciones en forma guiada sobre objetos y eventos del entorno a partir de información y observaciones previas.</w:t>
            </w:r>
          </w:p>
          <w:p>
            <w:r>
              <w:rPr>
                <w:b/>
                <w:i w:val="0"/>
                <w:sz w:val="15"/>
              </w:rPr>
              <w:t>Ejemplo 4 (OA 11, OA 12) · pág. 98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el movimiento de rotación de la Tierra.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el día y la noche en base al concepto de rotación.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y comparan los diversos componentes del sistema solar estableciendo similitudes y diferencias.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Ilustrar globalmente los cuerpos menores del sistema solar (lunas, cometas, asteroides).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Comunican, mediante la realización de esquemas, los eclipses de Sol y Luna.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Exponen, por diversos medios escritos y material concreto, las observaciones y mediciones que realizan.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curiosidad e interés por conocer seres vivos, objetos y/o eventos que conforman el entorno natural.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Manifestar un estilo de trabajo riguroso, honesto y perseverante para lograr los aprendizajes de la asignatura.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Asumir responsabilidades e interactuar en forma colaborativa y flexible en los trabajos en equipo, aportando y enriqueciendo el trabajo común.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Modelo del Sistema Solar construido en grupo; dramatización de rotación y traslación; registro de las fases de la Luna durante un mes.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1 Aprendiste que la Tierra gira en torno a su propio eje. Instrumento: Criterios de evaluación. (pág. 93)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1 El siguiente diagrama muestra un modelo del Sol con la trayectoria de tres circunferencias que representan planetas que giran en torno a él. Instrumento: Criterios de evaluación. (pág. 95)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1 Explica en qué se diferencia el Sol de los planetas y de los otros componentes del sistema solar. Instrumento: Criterios de evaluación. (pág. 96)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4: </w:t>
            </w:r>
            <w:r>
              <w:rPr>
                <w:b w:val="0"/>
                <w:i w:val="0"/>
                <w:sz w:val="15"/>
              </w:rPr>
              <w:t>Organizar una coreografía en el patio del colegio, que represente al sistema solar: 1 El estudiante más alto se disfrazará de Sol, otros de los planetas Mercurio, Venus, etc., otro representará a nuestra Luna y los restantes a otros cuerpos del sistema solar, como las lunas de Júpiter, asteroides, cometas, etc. Instrumento: Criterios de evaluación. (pág. 98)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Pelotas de distinto tamaño; linterna y globo terráqueo; calendario lunar; imágenes del cielo nocturno del hemisferio sur (Cruz del Sur), visible en noches despejadas.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Eje: Ciencias de la vida</w:t>
            </w:r>
          </w:p>
          <w:p>
            <w:r>
              <w:rPr>
                <w:b w:val="0"/>
                <w:i w:val="0"/>
                <w:sz w:val="15"/>
              </w:rPr>
              <w:t>Las plantas son esenciales para el resto de los seres vivos y para el planeta en general, pues constituyen una fuente de alimentación, respiración y protección.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100–129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36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30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3, OA 4, 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3, OA 4, OA 5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Observar, plantear preguntas, formular inferencias y predicciones, en forma guiada, sobre objetos y eventos del entorno. (OA a)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Participar en investigaciones experimentales y no experimentales guiadas: - Obteniendo información para responder a preguntas dadas partir de diversas fuentes. - en forma individual y colaborativa, - por medio de la observación, manipulación y clasificación de la evidencia. (OA b)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Observar, medir y registrar datos en forma precisa utilizando instrumentos y unidades estandarizadas, organizándolos en tablas, gráficos y utilizando TIC cuando corresponda. (OA c)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Usar materiales e instrumentos en forma segura y autónoma, como reglas, termómetros, entre otros, para hacer observaciones y mediciones. (OA d)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Resumir las evidencias obtenidas a partir de sus observaciones para responder la pregunta inicial. (OA e)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Comunicar y comparar con otros sus ideas, observaciones, mediciones y experiencias utilizando diagramas, material concreto, modelos, informes sencillos, presentaciones, TIC, entre otros (OA f)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Partes de una planta (hojas, raíces, tallos, flor, semillas y frutos).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Funciones de las diferentes partes de una planta.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Necesidades de una planta para su crecimiento.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Cambios que experimentan las plantas durante su ciclo de vida.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Procesos de reproducción de plantas con flor (polinización, fecundación, dispersión).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Las plantas como fuente de alimentación, respiración, refugio y protección para otros seres vivos.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Diversidad de plantas de nuestro país.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Uso de plantas medicinales.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Plantas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raíz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tallo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hoja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semillas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frutos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flor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ciclo de vida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polinización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fertilización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dispersión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germinación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crecimiento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plantas medicinales.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3, OA 4) · pág. 123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Reconstituyen en orden, las diferentes etapas del ciclo de vida de una planta.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Comunican los cambios que experimenta una planta durante su desarrollo.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Comunican el rol alimenticio y protector de árboles en diversos seres vivos.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las consecuencias de la destrucción de plantas (pastizales, arbustos o bosques) para otros seres vivos.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y registran ideas, observaciones, mediciones y experiencias sobre las preguntas que surgen durante la investigación.</w:t>
            </w:r>
          </w:p>
          <w:p>
            <w:r>
              <w:rPr>
                <w:b/>
                <w:i w:val="0"/>
                <w:sz w:val="15"/>
              </w:rPr>
              <w:t>Ejemplo 2 (OA 5) · pág. 125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Clasifican desechos según su tiempo de degradación.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los diferentes destinos que tienen diversos desechos (reutilización, reciclaje y reducción).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Ejemplifican prácticas simples para reducir los desechos en la escuela y el hogar.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Formulan predicciones en forma guiada sobre objetos y eventos del entorno a partir de información y observaciones previas.</w:t>
            </w:r>
          </w:p>
          <w:p>
            <w:r>
              <w:rPr>
                <w:b/>
                <w:i w:val="0"/>
                <w:sz w:val="15"/>
              </w:rPr>
              <w:t>Ejemplo 3 (OA 3) · pág. 126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las diferentes partes de una flor y sus funciones.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el concepto de polinización y dan ejemplos de distintos agentes que la provocan.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Explican, en forma general, el cambio que experimenta la flor hasta transformarse en fruto.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Formulan inferencias en forma guiada sobre objetos y eventos del entorno a partir de información y observaciones previas.</w:t>
            </w:r>
          </w:p>
          <w:p>
            <w:r>
              <w:rPr>
                <w:b/>
                <w:i w:val="0"/>
                <w:sz w:val="15"/>
              </w:rPr>
              <w:t>Ejemplo 4 (OA 1) · pág. 128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Rotulan en un esquema, dibujo, fotografía o planta real, las diferentes partes de una planta.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Infieren funciones de las partes de una planta.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Investigan experimentalmente la función del tallo, raíz y hojas de una planta.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Realizan experimentos para determinar las necesidades de una planta para vivir (por ejemplo: agua, luz, aire).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Concluyen que las plantas necesitan de la luz, el aire y el agua para fabricar su alimento.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Comunican resultados sobre sus observaciones sobre las necesidades de las plantas para lograr su sobrevivencia.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Formulan inferencias en forma guiada sobre objetos y eventos del entorno a partir de información y observaciones previas.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curiosidad e interés por conocer seres vivos, objetos y/o eventos que conforman el entorno natural.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Manifestar compromiso con un estilo de vida saludable por medio del desarrollo físico y el autocuidado.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Asumir responsabilidades e interactuar en forma colaborativa y flexible en los trabajos en equipo, aportando y enriqueciendo el trabajo común.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Diario de germinación con dibujos y mediciones; experimento sobre necesidades de la planta con registro; clasificación de plantas nativas y cultivos.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1 A continuación se presentan algunas etapas en desorden del ciclo de vida de una planta. Instrumento: Criterios de evaluación. (pág. 123)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Agrupa los siguientes desechos en los basureros que se muestran a continuación: bolsa de plástico, botella de vidrio, cáscara de plátano, papel de diario, botella de plástico, restos de comida, pila usada, bombilla de ampolleta, bolsa de papel, envase de aluminio. Instrumento: Criterios de evaluación. (pág. 125)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1 Rotula las diferentes partes de la flor señaladas por números Con respecto a la imagen anterior, describe la función de cada una de las estructuras identificadas:</w:t>
              <w:br/>
              <w:t>- 1:</w:t>
              <w:br/>
              <w:t>- 2:</w:t>
              <w:br/>
              <w:t>- 3:</w:t>
              <w:br/>
              <w:t>- 4: 2 ¿Qué importancia tiene para las plantas la polinización y quién permite que esto ocurra? 3 ¿Qué sucederá con la reproducción de la planta si el pistilo se cubre completamente con una bolsita? ¿Por qué? Instrumento: Criterios de evaluación. (pág. 126)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4: </w:t>
            </w:r>
            <w:r>
              <w:rPr>
                <w:b w:val="0"/>
                <w:i w:val="0"/>
                <w:sz w:val="15"/>
              </w:rPr>
              <w:t>Mediante el juego de las estaciones realizada en el patio del colegio, asume y desarrolla los siguientes desafíos: Estación 1 Paso1: Explora en el patio o jardín del colegio para encontrar diversos tipos de plantas, escoge dos de ellas (diferentes entre si) y dibújalas. Instrumento: Criterios de evaluación. (pág. 128)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Semillas, vasos y algodón; imágenes de plantas nativas (araucaria, palma chilena, quillay, llareta) y cultivos locales; visita a un invernadero o huerto escolar.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Eje: Ciencias de la vida</w:t>
            </w:r>
          </w:p>
          <w:p>
            <w:r>
              <w:rPr>
                <w:b w:val="0"/>
                <w:i w:val="0"/>
                <w:sz w:val="15"/>
              </w:rPr>
              <w:t>El cuidado de la higiene en los alimentos y las buenas prácticas de nutrición, conducen a un desarrollo saludable del organismo.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130–144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24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31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6, 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6, OA 7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Observar, plantear preguntas, formular inferencias y predicciones, en forma guiada, sobre objetos y eventos del entorno. (OA a)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Participar en investigaciones experimentales y no experimentales guiadas: - obteniendo información para responder a preguntas dadas a partir de diversas fuentes. - en forma individual y colaborativa, - por medio de la observación, manipulación y clasificación de la evidencia. (OA b)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Observar, medir y registrar datos en forma precisa utilizando instrumentos y unidades estandarizadas, organizándolos en tablas, gráficos y utilizando TIC cuando corresponda. (OA c)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Resumir las evidencias obtenidas a partir de sus observaciones para responder la pregunta inicial. (OA e)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Comunicar y comparar con otros sus ideas, observaciones, mediciones y experiencias utilizando diagramas, material concreto, modelos, informes sencillos, presentaciones, TIC, entre otros. (OA f)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Rol de los alimentos en el ser humano.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Alimentos beneficiosos para la salud y hábitos que promueven una alimentación saludable.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Alimentos perjudiciales para la salud, cuando son consumidos en exceso.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Prácticas de higiene para una adecuada práctica de manipulación de alimentos.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Prevención de contagio de enfermedades por alimentos contaminados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Alimentación saludable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excesos alimenticios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higiene alimenticia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azúcar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grasas.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6, OA 7) · pág. 139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Distinguen alimentos saludables y perjudiciales para el cuerpo humano.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una dieta a partir de alimentos saludables.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la necesidad de lavar bien los alimentos antes de consumirlos.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Resumen las evidencias obtenidas para responder la pregunta inicial.</w:t>
            </w:r>
          </w:p>
          <w:p>
            <w:r>
              <w:rPr>
                <w:b/>
                <w:i w:val="0"/>
                <w:sz w:val="15"/>
              </w:rPr>
              <w:t>Ejemplo 2 (OA 7) · pág. 140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y comunican buenas prácticas de higiene en la vida cotidiana.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la necesidad de lavar bien los alimentos antes de consumirlos.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la reconstitución de la secuencia de acciones que favorecen una correcta higiene de los alimentos.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conductas que ayudan a prevenir el contagio de enfermedades.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Comunican en forma oral y escrita los resultados obtenidos de las investigaciones que realizan.</w:t>
            </w:r>
          </w:p>
          <w:p>
            <w:r>
              <w:rPr>
                <w:b/>
                <w:i w:val="0"/>
                <w:sz w:val="15"/>
              </w:rPr>
              <w:t>Ejemplo 3 (OA 7) · pág. 142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buenas prácticas de higiene en la vida cotidiana.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la reconstitución de la secuencia de acciones que favorecen una correcta higiene de los alimentos.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conductas que ayudan a prevenir el contagio de enfermedades.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Comunican en forma oral y escrita los resultados obtenidos de las investigaciones que realizan.</w:t>
            </w:r>
          </w:p>
          <w:p>
            <w:r>
              <w:rPr>
                <w:b/>
                <w:i w:val="0"/>
                <w:sz w:val="15"/>
              </w:rPr>
              <w:t>Ejemplo 4 (OA 6) · pág. 143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el rol (importancia, contribución) de diversos tipos de alimentos para el cuerpo a través de una investigación simple.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Distinguen alimentos saludables y perjudiciales para el cuerpo humano.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Agrupan alimentos según la función que cumplen en el organismo.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Organizan y resumen evidencia sobre las bases de una alimentación equilibrada.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Proponen y comunican hábitos alimenticios saludables.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Resumen las evidencias obtenidas para responder la pregunta inicial.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Manifestar compromiso con un estilo de vida saludable por medio del desarrollo físico y el autocuidado.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Asumir responsabilidades e interactuar en forma colaborativa y flexible en los trabajos en equipo, aportando y enriqueciendo el trabajo común.</w:t>
            </w:r>
          </w:p>
          <w:p>
            <w:r>
              <w:rPr>
                <w:b/>
                <w:i w:val="0"/>
                <w:sz w:val="15"/>
              </w:rPr>
              <w:t xml:space="preserve">Actitud f: </w:t>
            </w:r>
            <w:r>
              <w:rPr>
                <w:b w:val="0"/>
                <w:i w:val="0"/>
                <w:sz w:val="15"/>
              </w:rPr>
              <w:t>Reconocer la importancia de seguir normas y procedimientos que resguarden y promuevan la seguridad personal y colectiva.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Clasificación de alimentos de colaciones reales; análisis de etiquetas con sellos; demostración de prácticas de higiene evaluada con lista de cotejo.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La figura muestra una variedad de alimentos: 1 Selecciona de la figura alimentos que consideres saludables y a partir de ellos confecciona un menú para un día. Instrumento: Criterios de evaluación. (pág. 139)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1 Observa la siguiente secuencia de eventos: 1 No se lava las manos 2 Manipula alimentos 3 Los alimentos se contaminan 4 Se consumen los alimentos 5 a Completa la secuencia en el punto 5. b Menciona dos conductas que podrían evitar la situación 5. Instrumento: Criterios de evaluación. (pág. 140)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Observa la siguiente imagen de una cocina: 1 ¿Qué consecuencia podría traer para las personas de la casa, que la cocina esté en este estado? 2 Menciona dos formas de solucionar el problema. Instrumento: Criterios de evaluación. (pág. 142)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4: </w:t>
            </w:r>
            <w:r>
              <w:rPr>
                <w:b w:val="0"/>
                <w:i w:val="0"/>
                <w:sz w:val="15"/>
              </w:rPr>
              <w:t>Organízate en grupos pequeños con tus compañeros para realizar la “carrera de los desafíos”. Instrumento: Criterios de evaluación. (pág. 143)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Envases con sellos de advertencia; plato o pirámide alimentaria; recetas de preparaciones locales con productos de la zona; jabón y materiales de higiene.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los fenómenos con objetos reales, experiencias concretas, imágenes, modelos y videos breves, con vocabulario científico ilustrado.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registrar observaciones con dibujos, tablas simples, fotografías o explicaciones orales.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Partir de preguntas de los niños sobre su entorno; exploraciones en grupos pequeños con roles rotativos.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439/2012);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CIENCIAS DE LA VIDA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93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Observar y describir, por medio de la investigación experimental, las necesidades de las plantas y su relación con la raíz, el tallo y las hojas.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93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Observar, registrar e identificar variadas plantas de nuestro país, incluyendo vegetales autóctonos y cultivos principales a nivel nacional y regional.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93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Observar y describir algunos cambios de las plantas con flor durante su ciclo de vida (germinación, crecimiento, reproducción, formación de la flor y del fruto), reconociendo la importancia de la polinización y de la dispersión de la semilla.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93 · 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Describir la importancia de las plantas para los seres vivos, el ser humano y el medioambiente (por ejemplo: alimentación, aire para respirar, productos derivados, ornamentación, uso medicinal), proponiendo y comunicando medidas de cuidado.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93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Explicar la importancia de usar adecuadamente los recursos, proponiendo acciones y construyendo instrumentos tecnológicos para reutilizarlos, reducirlos y reciclarlos en la casa y en la escuela.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93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Clasificar los alimentos, distinguiendo sus efectos sobre la salud, y proponer hábitos alimenticios saludables.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93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Proponer, comunicar y ejercitar buenas prácticas de higiene en la manipulación de alimentos para prevenir enfermedades.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CIENCIAS FÍSICAS Y QUÍMICAS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93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Distinguir fuentes naturales y artificiales de luz, como el Sol, las ampolletas y el fuego, entre otras.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93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Investigar experimentalmente y explicar algunas características de la luz; por ejemplo: viaja en línea recta, se refleja, puede ser separada en colores.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10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93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Investigar experimentalmente y explicar las características del sonido; por ejemplo: viaja en todas las direcciones, se absorbe o se refleja, se transmite por medio de distintos materiales, tiene tono e intensidad.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CIENCIAS DE LA TIERRA Y EL UNIVERSO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94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Describir las características de algunos de los componentes del Sistema Solar (Sol, planetas, lunas, cometas y asteroides) en relación con su tamaño, localización, apariencia y distancia relativa a la Tierra, entre otros.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94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Explicar, por medio de modelos, los movimientos de rotación y traslación, considerando sus efectos en la Tierra.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94 · P 47)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Diseñar y construir modelos tecnológicos para explicar eventos del Sistema Solar, como la sucesión de las fases de la Luna y los eclipses de Luna y de Sol, entre otros.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Observar, plantear preguntas, formular inferencias y predicciones, en forma guiada, sobre objetos y eventos del entorno.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Participar en investigaciones experimentales y no experimentales guiadas: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obteniendo información para responder a preguntas dadas partir de diversas fuentes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en forma individual y colaborativa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por medio de la observación, manipulación y clasificación de la evidencia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Observar, medir y registrar datos en forma precisa utilizando instrumentos y unidades estandarizadas, organizándolos en tablas, gráficos y utilizando TIC cuando corresponda.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Usar materiales e instrumentos en forma segura y autónoma, como reglas, termómetros, entre otros, para hacer observaciones y mediciones.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Resumir las evidencias, obtenidas a partir de sus observaciones para responder la pregunta inicial.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Comunicar y comparar con otros sus ideas, observaciones, mediciones y experiencias utilizando diagramas, material concreto, modelos, informes sencillos, presentaciones, TIC, entre otros.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ACTITUDES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curiosidad e interés por conocer seres vivos, objetos y/o eventos que conforman el entorno natural.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Manifestar un estilo de trabajo riguroso, honesto y perseverante para lograr los aprendizajes de la asignatura.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Reconocer la importancia del entorno natural y sus recursos, desarrollando conductas de cuidado y protección del ambiente.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Asumir responsabilidades e interactuar en forma colaborativa y flexible en los trabajos en equipo, aportando y enriqueciendo el trabajo común.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Manifestar compromiso con un estilo de vida saludable por medio del desarrollo físico y el autocuidado.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Reconocer la importancia de seguir normas y procedimientos que resguarden y promuevan la seguridad personal y colectiva.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Ciencias Naturales 3° básico, Mineduc (Decreto Supremo N° 2960/2012) y Bases Curriculares DS 439/2012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Ciencias Naturales · 3° básico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Ciencias Naturales · 3° básico</dc:title>
  <dc:subject/>
  <dc:creator/>
  <cp:keywords/>
  <dc:description>Generado el 2026-10-23 desde programa_ciencias_3basico.pdf (sha256 b7edc01ee7fb)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