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investigan la materia, sus estados y la medición de masa, volumen y temperatura, el efecto de las fuerzas, la estructura de la Tierra y los riesgos naturales, los sistemas esquelético, muscular y nervioso, y los ecosistemas de Chile con sus adaptaciones y cadenas alimentarias.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Ciencias de la tierra y el universo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14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Ciencias físicas y químicas</w:t>
            </w:r>
          </w:p>
          <w:p>
            <w:r>
              <w:rPr>
                <w:b w:val="0"/>
                <w:i w:val="0"/>
                <w:sz w:val="15"/>
              </w:rPr>
              <w:t>Nuestro entorno está constituido por distintos objetos, con características y propiedades definidas.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56–91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9, OA 10, OA 11, 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10, OA 11, OA 12, OA 13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Plantear preguntas y formular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(OA b) - obteniendo información para responder a preguntas dadas partir de diversas fuentes - en base a una pregunta formulada por ellos u otros - estableciendo un procedimiento previo simple para responderla - trabajando de forma individual o colaborativa.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medir, registrar y comparar datos en forma precisa con instrumentos de medición utilizando tablas y gráficos y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e instrumentos en forma segura y autónoma, como reglas, termómetros, vasos graduados entre otros, para hacer observaciones y mediciones.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sus predicciones con la pregunta inicial utilizando sus observaciones como evidencia para apoyar ideas.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ideas, explicaciones, observaciones y mediciones, utilizando diagramas, modelos físicos, informes y presentaciones usando TIC.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y definición de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Tres estados físicos en que se presenta la materia en su entorno inmediato; sólido líquido y gaseoso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la materia en cada uno de los estados; capacidad de fluir, cambiar de forma y volumen,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de los estados sólido, líquido y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Medición de masa, volumen y temperatura.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peso, roce y las interacciones magnéticas como ejemplos de fuerzas.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 de deformación de los materiales por medio de fuerzas.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Dinamómetro para medir fuerzas en situaciones estáticas.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 de las fuerzas en el cambio de movimiento (rapidez, dirección del movimiento).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sólido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líquido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gaseoso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volumen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grado Celsius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 de roce y fuerza magnética.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11)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el valor de la masa de un mismo material en los estados físicos sólido, líquido y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con precisión la masa de diversos materiales del entorno en diferentes estados, utilizando la balanza y unidades de medida estandarizadas.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 validez de las predicciones que realizan a partir de la comparación de las observaciones que obtienen.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ideas o eventuales respuestas a partir de las observaciones que realizan</w:t>
            </w:r>
          </w:p>
          <w:p>
            <w:r>
              <w:rPr>
                <w:b/>
                <w:i w:val="0"/>
                <w:sz w:val="15"/>
              </w:rPr>
              <w:t>Ejemplo 2 (OA 12, OA 13)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Muestran ejemplos en que fuerzas aumenten o disminuyan la rapidez de un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qué le ocurre a un cuerpo en movimiento cuando les aplican fuerzas.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efectos de la fuerza de roce en el movimiento de u objeto en diferentes superficies, por medio de la experimentación, (por ejemplo lija, madera, papel corrugado,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el efecto de la fuerza de roce sobre un objeto en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Exponen, por diversos medios escritos, las observaciones y mediciones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y escrita los resultados obtenidos de las investigaciones que realizan.</w:t>
            </w:r>
          </w:p>
          <w:p>
            <w:r>
              <w:rPr>
                <w:b/>
                <w:i w:val="0"/>
                <w:sz w:val="15"/>
              </w:rPr>
              <w:t>Ejemplo 3 (OA 12, OA 10)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“masa” con sus palabras a partir de ejemplos.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“volumen” de la materia con sus palabras a partir de ejemplos.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Demuestran, por medio de la investigación experimental, que el volumen de un líquido no cambia aunque se encuentre en diferentes recipientes.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materia con sus palabras considerando su masa y su volumen y dan ejemplos a partir de diversos materiales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semejanzas y diferencias entre los materiales del entorno al encontrarse en los estados sólido, líquido y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Observan, miden y obtienen información útil sobre la investigación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apropiados.</w:t>
            </w:r>
          </w:p>
          <w:p>
            <w:r>
              <w:rPr>
                <w:b/>
                <w:i w:val="0"/>
                <w:sz w:val="15"/>
              </w:rPr>
              <w:t>Ejemplo 4 (OA 12, OA 10)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“volumen” de la materia con sus palabras a partir de ejemplos.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Demuestran, por medio de la investigación experimental, que el volumen de un líquido no cambia aunque se encuentre en diferentes recipientes.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materia con sus palabras considerando su masa y su volumen y dan ejemplos a partir de diversos materiales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semejanzas y diferencias entre los materiales del entorno al encontrarse en los estados sólido, líquido y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Observan, miden y obtienen información útil sobre la investigación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clasificar objetos en sólidos, líquidos y gases, y predecir qué pasará al empujar objetos sobre distintas superficies.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mediciones de masa, volumen y temperatura en tablas; experimentos de roce y magnetismo con predicción y conclusión; presentación del objeto tecnológico construido.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La siguiente imagen muestra dos balanzas (A y B) en equilibrio.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Imagina un libro sobre una mesa y una persona empujándolo con la mano hacia la derecha. Instrumento: Criterios de evaluación.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Observa la siguiente figura: Con respecto a la situación anterior: a ¿Cuánto volumen hay del líquido? b ¿Se podría determinar la masa del líquido conociendo sólo el dato del volumen? Explica tu respuesta. Instrumento: Criterios de evaluación. (pág. 88)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Toma tres botellas plásticas idénticas (1, 2 y 3): Llena con agua de la llave la botella 1, llena también con agua, pero hasta la mitad, la botella 2 y deja “vacía” la botella 3. Cierra lo más herméticamente posible las tres botellas. Instrumento: Criterios de evaluación. (pág. 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Balanza, probetas, termómetros; imanes, rampas y superficies (madera, alfombra, hielo); materiales reciclados; ejemplo: el roce en caminos de tierra, ripio o pavimento mojado.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Ciencias de la tierra y el universo</w:t>
            </w:r>
          </w:p>
          <w:p>
            <w:r>
              <w:rPr>
                <w:b w:val="0"/>
                <w:i w:val="0"/>
                <w:sz w:val="15"/>
              </w:rPr>
              <w:t>Nuestro país prácticamente se alinea con la zona en que interactúan las placas tectónicas de Nazca y Sudamericana, lo que impacta con frecuencia a Chile y al mundo con destructores sismos y tsunamis.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92–112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14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15, OA 16, 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15, OA 16, 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Plantear preguntas y formular predicciones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(OA b) - obteniendo información para responder a preguntas dadas partir de diversas fuentes - en base a una pregunta formulada por ellos u otros - estableciendo un procedimiento previo simple para responderla - trabajando de forma individual o colaborativa.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los datos y representarlos en una variedad de formas, incluyendo tablas y gráficos y las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sus predicciones con la pregunta inicial utilizando sus observaciones para apoyar sus ideas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ideas, explicaciones, observaciones y mediciones, utilizando diagramas, modelos físicos, informes y presentaciones usando TIC.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capas de la Tierra (corteza, manto y núcleo) y sus características principales de composición, rigidez y temperatura,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movimientos de las placas tectónicas y sus características en relación a sus causas, efectos y comparaciones de magnitudes,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placas tectónicas y su relación con sismos, tsunamis y erupciones volcánicas.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medidas de prevención y seguridad ante riesgos naturales producto de sismos, tsunamis y erupciones.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Tierra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corteza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núcleo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placas tectónicas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sismos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tsunamis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erupciones volcánicas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riesgos naturales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 y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15, OA 16)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diferentes capas que conforman la Tierra (corteza, manto y núcleo) en relación a su posición, rigidez y temperatura.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principales características de la corteza, manto y núcleo en cuanto a composición, rigidez, temperatura y estado.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se producen los sismos y tsunamis a partir del movimiento de placas tectónicas.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 y explicaciones sobre las preguntas que surgen durante la investigación.</w:t>
            </w:r>
          </w:p>
          <w:p>
            <w:r>
              <w:rPr>
                <w:b/>
                <w:i w:val="0"/>
                <w:sz w:val="15"/>
              </w:rPr>
              <w:t>Ejemplo 2 (OA 17)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peligros eventuales de sismos, tsunamis y erupciones volcánicas en la calle, el hogar y la escuela.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medidas de seguridad que existen en la escuela y en el hogar frente a riesgos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medidas de seguridad, individuales y grupales, ante riesgos naturales en la escuela, la calle y el hogar.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3 (OA 15, OA 16)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diferentes capas que conforman la Tierra (corteza, manto y núcleo) en relación a su posición, rigidez y temperatura.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las placas tectónicas de Nazca y Sudamericana.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se producen los sismos y tsunamis a partir del movimiento de placas tectónicas.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formación de volcanes y su actividad a partir de la tectónica de placas.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ideas o eventuales respuestas a partir de las observaciones que realizan.</w:t>
            </w:r>
          </w:p>
          <w:p>
            <w:r>
              <w:rPr>
                <w:b/>
                <w:i w:val="0"/>
                <w:sz w:val="15"/>
              </w:rPr>
              <w:t>Ejemplo 4 (OA 15, OA 16)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diferentes capas que conforman la Tierra (corteza, manto y núcleo) en relación a su posición, rigidez y temperatura.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las placas tectónicas de Nazca y Sudamericana.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se producen los sismos y tsunamis a partir del movimiento de placas tectónicas.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formación de volcanes y su actividad a partir de la tectónica de placas.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ideas o eventuales respuestas a partir de las observaciones que realizan.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 las capas de la Tierra con plasticina; explicación oral de cómo se producen los sismos; plan de seguridad escolar revisado en grupo.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En el siguiente esquema de la Tierra, rotula las capas que la conforman. Instrumento: Criterios de evaluación. (pág. 107)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la casa que se ilustra a continuación. Instrumento: Criterios de evaluación. (pág. 108)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figura siguiente representa el borde costero de nuestro país: 1 Coloca los nombres que corresponda en cada uno de los recuadros en blanco. Instrumento: Criterios de evaluación. (pág. 110)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El curso se divide en cuatro grupos. Instrumento: Criterios de evaluación. (pág. 111)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Plasticina de colores; mapas de placas tectónicas; videos breves; material sobre sismos y tsunamis ocurridos en Chile; plan de emergencia de la escuela.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que el cuerpo humano está constituido por diversos sistemas de órganos.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Plantear preguntas y formular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(OA b) - obteniendo información para responder a preguntas dadas partir de diversas fuentes - en base a una pregunta formulada por ellos u otros - estableciendo un procedimiento previo simple para responderla - trabajando de forma individual o colaborativa.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medir, registrar y comparar datos en forma precisa con instrumentos de medición utilizando tablas y gráficos y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e instrumentos en forma segura y autónoma, como reglas, termómetros, vasos graduados entre otros, para hacer observaciones y mediciones.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las observaciones con las predicciones y usar las observaciones como evidencias para apoyar ideas y responder preguntas.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ideas, explicaciones, observaciones y mediciones, utilizando diagramas, modelos físicos, informes y presentaciones usando TIC.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sistema esquelético, sus estructuras y funciones; protección (costillas y cráneo), soporte (vértebras y columna vertebral) y movimiento (pelvis y fémur).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Interacción coordinada entre tendones, músculos y huesos en el movimiento; movimiento de brazos y piernas.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sistema nervioso, sus estructuras y funciones; conducción de información (médula espinal y nervios) y elaboración y control (cerebro).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 del consumo excesivo de alcohol en el comportamiento y en la salud.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esquelético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costillas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cráneo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vértebras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columna vertebral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pelvis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fémur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tendón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hueso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nervioso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medula espinal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cerebro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nervios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alcoholismo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8)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datos en papel o usando las TIC dados sobre la evolución del consumo de alcohol de un individuo a lo largo de su vida en un gráfico de barras, y lo lee e interpretan (reconocer el efecto adictivo, daño corporal,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tecnologías de la información y comunicación (TIC) para representar los datos e información obtenidos de las investigaciones que desarrollen.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 y explicaciones sobre las preguntas que surgen durante la investigación.</w:t>
            </w:r>
          </w:p>
          <w:p>
            <w:r>
              <w:rPr>
                <w:b/>
                <w:i w:val="0"/>
                <w:sz w:val="15"/>
              </w:rPr>
              <w:t>Ejemplo 2 (OA 6)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beneficios de la actividad física habitual en huesos y músculos.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usando un modelo simple construido por ellos, como participan huesos, músculos, ligamentos y tendones para permitir la flexión de una extremidad y así permitir el movimiento del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 y explicaciones sobre las preguntas que surgen durante la investigación.</w:t>
            </w:r>
          </w:p>
          <w:p>
            <w:r>
              <w:rPr>
                <w:b/>
                <w:i w:val="0"/>
                <w:sz w:val="15"/>
              </w:rPr>
              <w:t>Ejemplo 3 (OA 5, OA 6)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estructuras del cuerpo humano que participan en el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el movimiento del cuerpo con objetos tecnológicos. Por ejemplo, flexión del brazo con una bisagra.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ideas o eventuales respuestas a partir de las observaciones que realizan.</w:t>
            </w:r>
          </w:p>
          <w:p>
            <w:r>
              <w:rPr>
                <w:b/>
                <w:i w:val="0"/>
                <w:sz w:val="15"/>
              </w:rPr>
              <w:t>Ejemplo 4 (OA 6)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estructuras del cuerpo humano que participan en el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usando un modelo simple construido por ellos, como participan huesos, músculos, ligamentos y tendones para permitir la flexión de una extremidad y así permitir el movimiento del cuerpo.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beneficios que tiene la actividad física habitual en huesos y músculos y proponen una rutina para realizar ejercicios en forma regular.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Manipulan materiales e instrumentos en forma correcta y describen las condiciones requeridas para su uso seguro.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 y explicaciones sobre preguntas que surgen durante la investigación.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 brazo con cartón y elásticos explicado oralmente; rotulado de huesos en una silueta; ticket de salida sobre funciones del sistema nervioso.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La siguiente tabla muestra el número de veces a la semana que una persona consume alcohol, en el transcurso de algunos años.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las siguientes situaciones: 1 Selecciona aquellas situaciones donde se promueva el fortalecimiento de huesos y músculos y explica las razones de tu elección.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Nombra dos sistemas del cuerpo humano que trabajan juntos y permiten el movimiento. Instrumento: Criterios de evaluación.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Compite en equipo, en una carrera de 3 bases, desplazándote de manera diferente entre cada base. Instrumento: Criterios de evaluación. (pág. 132)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o modelo del esqueleto; cartón, elásticos y chinches; radiografías en desuso; fuentes informativas sobre los efectos del alcohol.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Chile tiene una gran diversidad de ecosistemas algunos con características desérticas y otros más húmedos como los bosques del sur.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134–158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Plantear preguntas y formular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(OA b) - obteniendo información para responder a preguntas dadas partir de diversas fuentes - en base a una pregunta formulada por ellos u otros - estableciendo un procedimiento previo simple para responderla - trabajando de forma individual o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medir, registrar y comparar datos en forma precisa con instrumentos de medición utilizando tablas y gráficos y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las observaciones con las predicciones y usar las observaciones como evidencias para apoyar ideas y responder preguntas.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ideas, explicaciones, observaciones y mediciones, utilizando diagramas, modelos físicos, informes y presentaciones usando TIC.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Componentes de un ecosistema.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Adaptaciones conductuales y estructurales de plantas y animales a distintos ecosistemas: cubierta corporal formas de extremidades, tipo de hoja, hibernación, entre otras.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las cadenas alimentarias de diferentes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Acción del ser humano sobre los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características de los principales tipos de ecosistemas chilenos.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Ecosistema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adaptación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cadena alimentaria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consumidor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descomponedor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omnívoro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carnívoro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herbívoro y protección.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152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interacciones de alimentación entre distintos organismos de un ecosistema.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interacciones de alimentación en cadenas alimentarias.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organismos productores, consumidores y descomponedores en una cadena alimentaria.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función de los descomponedores en una cadena alimentaria.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consecuencias en una cadena alimentaria al aumentar o disminuir el número de organismos en distintos niveles tróficos.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2 (OA 2, OA 3) · pág. 153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adaptaciones estructurales y conductuales de los animales a diferentes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organismos productores, consumidores y descomponedores en una cadena alimentaria.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 y explicaciones sobre las preguntas que surgen durante la investigación.</w:t>
            </w:r>
          </w:p>
          <w:p>
            <w:r>
              <w:rPr>
                <w:b/>
                <w:i w:val="0"/>
                <w:sz w:val="15"/>
              </w:rPr>
              <w:t>Ejemplo 3 (OA 2) · pág. 155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el hábitat y algunos rasgos de animales y plantas a partir de la observación de sus características externas.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adaptaciones estructurales y conductuales de los animales a diferentes ecosistemas. Por ejemplo la membrana de las patas de los patos, hibernaciones o color de la cubierta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características que tendría un animal para adaptarse a distintas condiciones ambientales. Por ejemplo, al frío o al hielo.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ideas o eventuales respuestas a partir de las observaciones que realizan.</w:t>
            </w:r>
          </w:p>
          <w:p>
            <w:r>
              <w:rPr>
                <w:b/>
                <w:i w:val="0"/>
                <w:sz w:val="15"/>
              </w:rPr>
              <w:t>Ejemplo 4 (OA 1)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no vivos, tales como temperatura, aire, cantidad de luz y agua (humedad) y vivos al explorar un ecosistema terrestre.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interacciones que se generan entre elementos vivos y no vivos de un ecosistema.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los resultados y explican los procedimientos de una investigación experimental simple que permita indagar los efectos de la luz, el aire y el agua (humedad) en los seres vivos, por ejemplo, en chanchitos de tierra y lombrices.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objetos y eventos de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observaciones sobre objetos y eventos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en forma guiada sobre objetos y eventos del entorno a partir de información y observaciones previas.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Cadena alimentaria de un ecosistema de la región elaborada en grupo; tabla de adaptaciones; propuesta argumentada de medidas de protección.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Dibuja en el siguiente cuadro una cadena alimentaria de tres o más eslabones con seres vivos de tu región, señalando aquellos que son productores, consumidores y descomponedores. Instrumento: Criterios de evaluación. (pág. 152)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el siguiente animal: 1 ¿Cuál es el nombre de este animal? Señala cuatro características que sepas de él. Instrumento: Criterios de evaluación. (pág. 153)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A continuación se muestran las patas de dos aves: a Describe el hábitat de ambas aves a partir de las características de sus patas. Instrumento: Criterios de evaluación. (pág. 155)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- Explora en el patio y jardín del colegio o en una salida a terreno, al menos dos diferentes lugares donde encuentres seres vivos - Describe mediante dibujos, donde habitan estos seres vivos identificando también elementos no vivos que existen en dicho lugar (temperatura, aire, cantidad de agua y luz, etc.) - Expresa oralmente y por escrito, cuales son las interacciones e interdependencias que existen entre los diferentes seres vivos que se encuentran en dichos hábitat - Compara las características y resultados de tu exploración de estos diferentes lugares y responde preguntas como: - ¿Existen en ambos lugares seres vivos que interactúan entre sí? - En otros lugares físicos donde existan diferentes seres vivos ¿existirá interacción entre ellos? - ¿Cuáles son los efectos de los elementos no vivos sobre los seres vivos que se encuentran en dichos lugares? - Con toda la evidencia e información que has obtenido, define el término “ecosistema” con la ayuda de tu profesor. Instrumento: Criterios de evaluación. (pág. 156)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de ecosistemas de Chile (desierto, bosque, costa, cordillera); fichas de fauna (cóndor, puma, guanaco, chungungo); información sobre áreas protegidas de la región.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experimentos, modelos, simulaciones, esquemas y textos de distinta extensión, con glosario científico.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resultados de forma oral, escrita o multimodal (informe breve, póster, modelo, video).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de la escuela como punto de partida; investigaciones en equipos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Reconocer, por medio de la exploración, que un ecosistema está compuesto por elementos vivos (animales, plantas, etc.) y no vivos (piedras, agua, tierra, etc.) que interactúan entre sí.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comparar adaptaciones de plantas y animales para sobrevivir en los ecosistemas en relación con su estructura y conducta; por ejemplo: cubierta corporal, camuflaje, tipo de hojas, hibernación,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Dar ejemplos de cadenas alimentarias, identificando la función de los organismos productores, consumidores y descomponedores, en diferentes ecosistemas de Chile.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los efectos de la actividad humana en ecosistemas de Chile, proponiendo medidas para protegerlos (parques nacionales y vedas, entre otras).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describir, usando modelos, estructuras del sistema esquelético y algunas de sus funciones, como protección (costillas y cráneo), soporte (vértebras y columna vertebral) y movimiento (pelvis y fémur).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con apoyo de modelos, el movimiento del cuerpo, considerando la acción coordinada de músculos, huesos, tendones y articulación (ejemplo: brazo y pierna), y describir los beneficios de la actividad física para el sistema músculo-esquelético.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estructuras del sistema nervioso y describir algunas de sus funciones, como conducción de información (médula espinal y nervios) y elaboración y control (cerebro).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en diversas fuentes y comunicar los efectos que produce el consumo excesivo de alcohol en la salud humana (como descoordinación, confusión y lentitud, entre otras).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FÍSICAS Y QUÍMICAS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Demostrar, por medio de la investigación experimental, que la materia tiene masa y ocupa espacio, usando materiales del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97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los tres estados de la materia (sólido, líquido y gaseoso) en relación con criterios como la capacidad de fluir y cambiar de forma y volumen,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la masa, el volumen y la temperatura de la materia (en estados sólido, líquido y gaseoso), utilizando instrumentos y unidades de medida apropiados.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Demostrar, por medio de la investigación experimental, los efectos de la aplicación de fuerzas sobre objetos, considerando cambios en la forma, la rapidez y la dirección del movimiento,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Identificar, por medio de la investigación experimental, diferentes tipos de fuerzas y sus efectos en situaciones concretas: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fuerza de roce (arrastrando objetos)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peso (fuerza de gravedad)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fuerza magnética (en imanes)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construir objetos tecnológicos que usen la fuerza, para resolver problemas cotidianos.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TIERRA Y EL UNIVERSO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Describir, por medio de modelos, que la Tierra tiene una estructura de capas (corteza, manto y núcleo) con características distintivas en cuanto a su composición, rigidez y temperatura.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los cambios de la superficie de la Tierra a partir de la interacción de sus capas y los movimientos de las placas tectónicas (sismos, tsunamis y erupciones volcánicas).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98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Proponer medidas de prevención y seguridad ante riesgos naturales en la escuela, la calle y el hogar, para desarrollar una cultura preventiva.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Plantear preguntas y formular predicciones, en forma guiada, sobre objetos y eventos del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llevar a cabo investigaciones guiadas experimentales y no experimentales: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obteniendo información para responder a preguntas dadas a partir de diversas fuentes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base a una pregunta formulada por ellos u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un procedimiento previo simple para responderla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trabajando en forma individual o colaborativa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medir, registrar y comparar datos en forma precisa con instrumentos de medición utilizando tablas y gráficos y TIC cuando corresponda.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materiales e instrumentos en forma segura y autónoma, como reglas, termómetros, entre otros, para hacer observaciones y mediciones.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sus predicciones con la pregunta inicial utilizando sus observaciones como evidencia para apoyar ideas.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ideas, explicaciones, observaciones y mediciones, utilizando diagramas, modelos físicos, informes y presentaciones usando TIC.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seres vivos, objetos y/o eventos que conforman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riguroso, honesto y perseverante para lograr los aprendizajes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desarrollando conductas de cuidado y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Asumir responsabilidades e interactuar en forma colaborativa y flexible en los trabajos en equipo, aportando y enriqueciendo el trabajo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compromiso con un estilo de vida saludable por medio del desarrollo físico y el autocuidado.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 seguir normas y procedimientos que resguarden y promuevan la seguridad personal y colectiva.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4°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 · 4° básico</dc:title>
  <dc:subject/>
  <dc:creator/>
  <cp:keywords/>
  <dc:description>Generado el 2026-10-23 desde programa_ciencias_4basico.pdf (sha256 cb0d9a42a9af)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