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Ciencias Naturales · 5°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Ciencias Naturales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5°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4 h pedagógicas semanales con JEC (152 h anuales) · 3 h sin JEC (114 h anuales) · 38 semanas: usar las del plan del establecimiento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5° básico, los estudiantes describen la distribución y características del agua en océanos, lagos y glaciares y el efecto humano sobre ella, comprenden la organización celular y los sistemas digestivo, respiratorio y circulatorio, los riesgos del tabaco y los microorganismos, y construyen circuitos eléctricos simples.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Ciencias de la tierra y el universo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Eje: Ciencias de la vida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8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Eje: Ciencias de la vida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Ciencias físicas y químicas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40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152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50).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Ciencias de la tierra y el universo</w:t>
            </w:r>
          </w:p>
          <w:p>
            <w:r>
              <w:rPr>
                <w:b w:val="0"/>
                <w:i w:val="0"/>
                <w:sz w:val="15"/>
              </w:rPr>
              <w:t>El objetivo central de la unidad es que los estudiantes aprendan las múltiples características, distribución y estados en que se encuentra el agua en la naturaleza.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55–78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12, OA 13,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12, OA 13, OA 14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Seleccionar preguntas significativas que se puedan investigar.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predicciones de resultados de una investigación, de forma autónoma, fundamentándolas.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y llevar a cabo investigaciones guiadas experimentales y no experimentales: − en base a una pregunta formulada por ellos u otros − considerando el cambio de una sola variable − trabajando de forma individual o colaborativa − obteniendo información sobre el tema en estudio a partir de diversas fuentes y aplicando estrategias para organizar y comunicar la información.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Medir y registrar datos en forma precisa con instrumentos de medición, especificando las unidades de medida y comparándolos utilizando tablas, gráficos y TIC cuando corresponda.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Seleccionar materiales e instrumentos usándolos de manera segura y adecuada, identificando los riesgos potenciales.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explicaciones razonables y conclusiones a partir de la comparación entre los resultados obtenidos y sus predicciones.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evidencias y conclusiones de una investigación, utilizando modelos, presentaciones, TIC e informes, entre otros. (OA g)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Proporción de la Tierra cubierta por agua por océanos, mares y agua dulce.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de los océanos: temperatura, luminosidad, presión, diversidad de flora y fauna.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Corriente de Humboldt, ubicación y sus efectos.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Corrientes del Niño y la Niña, sus ciclos y efectos en el clima, la flora y fauna marina.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Las mareas y sus causas.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 actividad humana y su impacto en los océanos, mares, lagos y cursos de agua dulce.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Océanos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corriente de Humboldt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corriente del Niño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 la Niña y contaminación de recursos hídricos.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13) · pág. 72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información que relaciona la temperatura, luminosidad y presión con la profundidad en océanos y lagos para evaluar predicciones.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preguntas que se puedan investigar acerca de las diferencias entre el movimiento de las corrientes marinas, las olas y las mareas.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diversidad de flora y fauna marina con el hábitat en que viven.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cuáles son las preguntas que subyacen en una investigación.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preguntas significativas de una investigación.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Concluyen información a partir de la investigación realizada.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presentaciones usando TIC para divulgar los procedimientos y resultados obtenidos de las investigaciones que realizan.</w:t>
            </w:r>
          </w:p>
          <w:p>
            <w:r>
              <w:rPr>
                <w:b/>
                <w:i w:val="0"/>
                <w:sz w:val="15"/>
              </w:rPr>
              <w:t>Ejemplo 2 (OA 12, OA 14) · pág. 74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Ubican, en mapas o esquemas, los lugares de nuestro país donde se encuentran los mayores depósitos de agua dulce.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otros lugares en que el agua dulce está presente en la Tierra: ríos, lagos, casquetes polares, nubes, vapor de agua en la atmósfera, aguas subterráneas, y el papel que juega el ciclo del agua en su presencia.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e indican medidas que la comunidad y las personas deben adoptar para preservar las fuentes de agua, tanto dulce como salada.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Clasifican y registran las formas de contaminación más frecuentes y significativas en los mares, ríos y lagos.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Concluyen información a partir de la investigación realizada.</w:t>
            </w:r>
          </w:p>
          <w:p>
            <w:r>
              <w:rPr>
                <w:b/>
                <w:i w:val="0"/>
                <w:sz w:val="15"/>
              </w:rPr>
              <w:t>Ejemplo 3 (OA 14) · pág. 75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Planifican investigaciones sobre las fuentes laborales que se basan en el recurso marítimo, tanto en transporte, pesca, y otras industrias.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evidencias que permitan detectar sectores de mar costero con mayores índices de contaminación.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e indican medidas que la comunidad y las personas deben adoptar para preservar las fuentes de agua, tanto dulce como salada.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Clasifican y registran las formas de contaminación más frecuentes y significativas en los mares, ríos y lagos.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las tareas y responsabilidades de la investigación asignando trabajo individual y colectivo.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presentaciones usando TIC para divulgar los procedimientos y resultados obtenidos de las investigaciones que realizan.</w:t>
            </w:r>
          </w:p>
          <w:p>
            <w:r>
              <w:rPr>
                <w:b/>
                <w:i w:val="0"/>
                <w:sz w:val="15"/>
              </w:rPr>
              <w:t>Ejemplo 4 (OA 12) · pág. 77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otros lugares en que el agua dulce está presente en la Tierra: ríos, lagos, casquetes polares, nubes, vapor de agua en la atmósfera, aguas subterráneas, y el papel que juega el ciclo del agua en su presencia.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Concluyen información a partir de la investigación realizada.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 el significado del término “agua dulce” y su importancia en el desarrollo de la agricultura y la vida sobre el planeta.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algunas características del agua dulce y salada señalando los porcentajes de estas en la Tierra.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seres vivos, objetos y/o eventos que conforman el entorno natural.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Reconocer la importancia del entorno natural y sus recursos, desarrollando conductas de cuidado y protección del ambiente.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 estilo de trabajo riguroso, honesto y perseverante para lograr los aprendizajes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Reconocer la importancia de seguir normas y procedimientos que resguarden y promuevan la seguridad personal y colectiva.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estimar qué parte de la Tierra es agua y cuánta es dulce, y nombrar cuerpos de agua de su región.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Modelo de distribución del agua con recipientes graduados; ticket de salida sobre océanos y lagos; propuesta de protección de un cuerpo de agua local.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Lea con atención el siguiente párrafo referente a las corrientes marinas: La corriente de Humboldt es una corriente que se encuentra en el océano Pacífico, y abarca desde frente a las costas del centro de Chile hasta en norte del Perú y sur de Ecuador. Instrumento: Criterios de evaluación. (pág. 72)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Dibuje un mapa de su región y señale en él los lugares donde se encuentran reservas de agua dulce indicando en cuales se encuentra la mayor proporción de ella. Instrumento: Criterios de evaluación. (pág. 74)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Obtenga información en libros, revistas, internet u otras fuentes sobre las características de los recursos hídricos de Chile que incluya: - Disponibilidad del recurso - Usos - Fuentes laborales que ofrece - Formas más frecuentes de contaminación - Medidas destinadas a su protección 2 Con la información recabada en la investigación prepare una exposición, idealmente usando TIC, que cumpla con: a Representar adecuadamente los datos, por ejemplo el porcentaje de agua dulce en relación al agua salada, el uso de agua dulce para vivienda, industria, etc., tabulándolos o graficándolos b Dar ejemplos de fuentes laborales en Chile que se basan en recursos marítimos. Instrumento: Criterios de evaluación. (pág. 75)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Sobre su escritorio se encuentra un platillo con cubos de hielo, papel de toalla absorbente y una lata de bebida vacía y cortada a modo de un vaso. Instrumento: Criterios de evaluación. (pág. 77)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Recipientes graduados; mapa de los principales ríos, lagos y glaciares de Chile; noticias sobre el uso del agua en las actividades productivas y la marea roja; videos de fauna marina.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Eje: Ciencias de la vida</w:t>
            </w:r>
          </w:p>
          <w:p>
            <w:r>
              <w:rPr>
                <w:b w:val="0"/>
                <w:i w:val="0"/>
                <w:sz w:val="15"/>
              </w:rPr>
              <w:t>En esta unidad se espera que los estudiantes comprendan los diferentes niveles de organización de los seres vivos, desde la célula hasta la totalidad del organismo.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79–101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48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8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Seleccionar preguntas significativas que se puedan investigar.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predicciones de resultados de una investigación, de forma autónoma, fundamentándolas.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y llevar a cabo investigaciones guiadas experimentales y no experimentales: − en base a una pregunta formulada por ellos u otros − considerando el cambio de una sola variable − trabajando en forma individual o colaborativa. − obteniendo información sobre el tema en estudio a partir de diversas fuentes y aplicando estrategias para organizar y comunicar la información.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Medir y registrar datos en forma precisa con instrumentos de medición, especificando las unidades de medida y comparándolos utilizando tablas, gráficos y TIC cuando corresponda.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Seleccionar materiales e instrumentos usándolos de manera segura y adecuada, identificando los riesgos potenciales.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explicaciones razonables y conclusiones a partir de la comparación entre los resultados obtenidos y sus predicciones. (OA f)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Niveles de organización de los seres vivos.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Alimentos y su relación con las actividades vitales.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Aporte de algunos alimentos.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 digestivo, estructuras y función.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 respiratorio, estructuras y función.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 circulatorio, estructuras y función.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Integración de sistemas.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Células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tejidos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crecimiento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 digestivo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boca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esófago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estómago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intestino delgado y grueso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absorción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eliminación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 respiratorio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nariz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tráquea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pulmones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diafragma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intercambio gaseoso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 circulatorio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nutrientes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corazón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vasos sanguíneos y sangre.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2) · pág. 95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las principales estructuras del sistema digestivo con la función que éstas realizan en el organismo.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que los nutrientes ya digeridos pueden ser absorbidos por estructuras especializadas, al interior del organismo.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que la fracción de los alimentos que no fue absorbidos es eliminada como desecho.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Concluyen información a partir de la investigación realizada.</w:t>
            </w:r>
          </w:p>
          <w:p>
            <w:r>
              <w:rPr>
                <w:b/>
                <w:i w:val="0"/>
                <w:sz w:val="15"/>
              </w:rPr>
              <w:t>Ejemplo 2 (OA 4) · pág. 97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tablas y/o gráficos sobre frecuencia cardiaca, describiendo las variaciones del pulso con el ejercicio físico.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que el movimiento de la sangre permite el transporte de nutrientes y gases a todo el organismo.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autónomamente predicciones de los resultados que obtendrán en una investigación.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resultados obtenidos de la investigación realizada.</w:t>
            </w:r>
          </w:p>
          <w:p>
            <w:r>
              <w:rPr>
                <w:b/>
                <w:i w:val="0"/>
                <w:sz w:val="15"/>
              </w:rPr>
              <w:t>Ejemplo 3 (OA 1) · pág. 98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los niveles de organización de los seres vivos (célula, tejido, órgano, sistema, organismo).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relaciones simples entre los distintos niveles de organización de los organismos.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una investigación simple a partir de la formulación y/o selección de una pregunta de investigación.</w:t>
            </w:r>
          </w:p>
          <w:p>
            <w:r>
              <w:rPr>
                <w:b/>
                <w:i w:val="0"/>
                <w:sz w:val="15"/>
              </w:rPr>
              <w:t>Ejemplo 4 (OA 4) · pág. 99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tablas y/o gráficos sobre frecuencia cardiaca, describiendo las variaciones del pulso con el ejercicio físico.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que el movimiento de la sangre permite el transporte de nutrientes y gases a todo el organismo.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autónomamente predicciones de los resultados que obtendrán en una investigación.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resultados obtenidos de la investigación realizada.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Manifestar compromiso con un estilo de vida saludable por medio del desarrollo físico y el autocuidado.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 estilo de trabajo riguroso, honesto y perseverante para lograr los aprendizajes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Asumir responsabilidades e interactuar en forma colaborativa y flexible en los trabajos en equipo, aportando y enriqueciendo el trabajo común.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Observación de células al microscopio con dibujo rotulado; modelo del sistema digestivo; registro del consumo diario de alimentos con análisis.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Observa los siguientes gráficos que muestran la cantidad de alimento A, B y C al comienzo de cada una de las zonas señaladas del sistema digestivo. Instrumento: Criterios de evaluación. (pág. 95)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Analiza la siguiente tabla que muestra datos sobre el pulso de un estudiante a distintos niveles de actividad física. Instrumento: Criterios de evaluación. (pág. 97)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Completa los espacios con los niveles de organización de los organismos. Instrumento: Criterios de evaluación. (pág. 98)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A partir de una serie de actividades físicas que se proponen, como pasos secuenciales y uno en seguida del otro, debes medir el número de tus pulsaciones por minuto, anotarlo en la tabla y responder a las preguntas siguientes: Paso 1 Mide tu pulso estando en reposo y sin actividad física. Instrumento: Criterios de evaluación. (pág. 99)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Microscopio o imágenes ampliadas; modelos de los sistemas con materiales simples; pauta de registro de alimentación; láminas de órganos.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Eje: Ciencias de la vida</w:t>
            </w:r>
          </w:p>
          <w:p>
            <w:r>
              <w:rPr>
                <w:b w:val="0"/>
                <w:i w:val="0"/>
                <w:sz w:val="15"/>
              </w:rPr>
              <w:t>El objetivo central de la unidad es que los estudiantes tomen conciencia sobre los efectos nocivos para la salud que producen el consumo de cigarrillos y el contagio de enfermedades por agentes infecciosos.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102–122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6,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predicciones de resultados de una investigación, de forma autónoma, fundamentándolas.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y llevar a cabo investigaciones guiadas experimentales y no experimentales: - en base a una pregunta formulada por ellos u otros - considerando el cambio de una sola variable - trabajando de forma individual o colaborativa - obteniendo información sobre el tema en estudio a partir de diversas fuentes y aplicando estrategias para organizar y comunicar la información.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Seleccionar materiales e instrumentos usándolos de manera segura y adecuada, identificando los riesgos potenciales.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explicaciones razonables y conclusiones a partir de la comparación entre los resultados obtenidos y sus predicciones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evidencias y conclusiones de una investigación, utilizando modelos, presentaciones, TIC e informes, entre otros. (OA g)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Efectos nocivos que produce el cigarrillo (humo del tabaco) en el organismo.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Agentes infecciosos causantes de enfermedades.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Cuerpo humano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cigarrillo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tabaco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agentes beneficiosos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agentes infecciosos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virus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bacterias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hongos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enfermedades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prevención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avances tecnológicos y salud.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7) · pág. 117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agentes dañinos para la salud (bacterias, virus y hongos).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Mencionan diversas acciones, como, lavarse las manos, cubrirse la boca al estornudar, lavar los alimentos, etc., que permiten prevenir el contagio de enfermedades infecto contagiosas.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los objetivos de una determinada investigación.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autónomamente predicciones de los resultados que obtendrán en una investigación.</w:t>
            </w:r>
          </w:p>
          <w:p>
            <w:r>
              <w:rPr>
                <w:b/>
                <w:i w:val="0"/>
                <w:sz w:val="15"/>
              </w:rPr>
              <w:t>Ejemplo 2 (OA 6) · pág. 118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que se producen daños graves a la salud en personas fumadoras y también en personas expuestas al humo del tabaco de forma pasiva.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enfermedades del sistema respiratorio y circulatorio, provocadas por el consumo de tabaco (trombosis, arritmias, infecciones respiratorias, asma, cáncer pulmonar).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resultados obtenidos de la investigación realizada.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Concluyen información a partir de la investigación realizada.</w:t>
            </w:r>
          </w:p>
          <w:p>
            <w:r>
              <w:rPr>
                <w:b/>
                <w:i w:val="0"/>
                <w:sz w:val="15"/>
              </w:rPr>
              <w:t>Ejemplo 3 (OA 3) · pág. 119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estructuras básicas que conforman el sistema respiratorio.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 función de los pulmones en el intercambio de gases.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mediante esquemas simples cómo se realiza el intercambio gaseoso.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los resultados obtenidos de la investigación realizada.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resultados obtenidos de la investigación realizada.</w:t>
            </w:r>
          </w:p>
          <w:p>
            <w:r>
              <w:rPr>
                <w:b/>
                <w:i w:val="0"/>
                <w:sz w:val="15"/>
              </w:rPr>
              <w:t>Ejemplo 4 (OA 6) · pág. 121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que se producen daños graves a la salud en personas fumadoras y también en personas expuestas al humo del tabaco de forma pasiva.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enfermedades del sistema respiratorio y circulatorio, provocadas por el consumo de tabaco (trombosis, arritmias, infecciones respiratorias, asma, cáncer pulmonar).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resultados obtenidos de la investigación realizada.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Concluyen información a partir de la investigación realizada.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Manifestar compromiso con un estilo de vida saludable por medio del desarrollo físico y el autocuidado.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 estilo de trabajo riguroso, honesto y perseverante para lograr los aprendizajes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Asumir responsabilidades e interactuar en forma colaborativa y flexible en los trabajos en equipo, aportando y enriqueciendo el trabajo común.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Modelo de pulmón con botella y globos; análisis de información sobre el tabaco; experimento de crecimiento de hongos en pan con registro.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Los estudiantes leen el siguiente titular de un periódico: martes 2 de junio, 2013 “NUEVO BROTE DE INFLUENZA EN EL PAÍS” Autoridades alertan a la población a tomar medidas de prevención a ¿Qué tipo de agente produce esta enfermedad? b Enumera cuatro medidas de prevención que aconsejarías tomar en tu escuela. Instrumento: Criterios de evaluación. (pág. 117)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Lea atentamente la siguiente tabla con información relativa al número de niños con asma en relación a la cantidad de cigarrillos fumados por sus padres: Número diario de ciga-Número de rrillos niños enfermos de asma fumados por los padres 0 3 20 10 40 16 1 Organiza los datos obtenidos en un gráfico de barras, utilizando como ejes el número diario de cigarrillos fumados por los padres (ordenada) y el número de niños enfermos de asma (abscisa). Instrumento: Criterios de evaluación. (pág. 118)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¿Qué estructura se ilustra en el siguiente esquema? 2 Dibuja flechas para mostrar cómo se produce el intercambio de gases. Instrumento: Criterios de evaluación. (pág. 119)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En grupos de trabajo y en compañía de tu profesor, diríjanse a las proximidades del colegio. Instrumento: Criterios de evaluación. (pág. 121)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Botellas, globos y bombillas; infografías sobre efectos del humo del tabaco; pan, bolsas y lupas; jabón para comparar la higiene de manos.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Ciencias físicas y químicas</w:t>
            </w:r>
          </w:p>
          <w:p>
            <w:r>
              <w:rPr>
                <w:b w:val="0"/>
                <w:i w:val="0"/>
                <w:sz w:val="15"/>
              </w:rPr>
              <w:t>El estudio experimental de los circuitos eléctricos es idóneo para que los estudiantes aprendan el significado de los conceptos de corriente y energía eléctrica.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123–150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40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8, OA 9, OA 10,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8, OA 9, OA 11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predicciones de resultados de una investigación, de forma autónoma, fundamentándolas.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y llevar a cabo investigaciones guiadas experimentales y no experimentales: - en base a una pregunta formulada por ellos u otros - considerando el cambio de una sola variable - trabajando de forma individual o colaborativa - obteniendo información sobre el tema en estudio a partir de diversas fuentes y aplicando estrategias para organizar y comunicar la información.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Seleccionar materiales e instrumentos usándolos de manera segura y adecuada, identificando los riesgos potenciales.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explicaciones razonables y conclusiones a partir de la comparación entre los resultados obtenidos y sus predicciones. (OA f)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Las diferentes formas que se presenta la energía: calórica, lumínica, eólica, eléctrica,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Las máquinas y aparatos que funcionan con energía eléctrica.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Elementos de un circuito eléctrico simple y sus funciones.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Las conexiones en circuitos.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 función de conductores y aislantes en los circuitos eléctricos.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Importancia para el ser humano de la energía eléctrica.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Pila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batería eléctrica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cables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interruptor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ampolleta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circuito eléctrico simple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formas de energía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energía eléctrica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corriente eléctrica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generador eléctrico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conductores y aisladores eléctricos.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9) · pág. 142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 función de cada uno de los elementos que constituyen un circuito eléctrico simple.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similitudes y diferencias entre materiales conductores y aisladores de la electricidad.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Conectan los dispositivos que conforman un circuito simple.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Clasifican materiales buenos y malos conductores de la electricidad.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Planifican un experimento que permita diferenciar entre materiales conductores y aislantes de la electricidad.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y comunican las normas de seguridad frente a los peligros de la corriente eléctrica.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autónomamente predicciones de los resultados que obtendrán en una investigación.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científicamente las predicciones formuladas.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Controlan una variable de la investigación.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tareas y responsabilidades que se desprenden de la investigación que realizan.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las tareas y responsabilidades de la investigación asignando trabajo individual y colectivo.</w:t>
            </w:r>
          </w:p>
          <w:p>
            <w:r>
              <w:rPr>
                <w:b/>
                <w:i w:val="0"/>
                <w:sz w:val="15"/>
              </w:rPr>
              <w:t>Ejemplo 2 (OA 9, OA 11) · pág. 144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 función de cada uno de los elementos que constituyen un circuito eléctrico simple.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Planifican un experimento que le permitan diferenciar entre materiales conductores y aislantes de la electricidad.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cambios de conductas destinados a ahorrar energía eléctrica.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una investigación simple a partir de la formulación y/o selección de una pregunta de investigación.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variables que se desean investigar.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Controlan una variable de la investigación.</w:t>
            </w:r>
          </w:p>
          <w:p>
            <w:r>
              <w:rPr>
                <w:b/>
                <w:i w:val="0"/>
                <w:sz w:val="15"/>
              </w:rPr>
              <w:t>Ejemplo 3 (OA 8) · pág. 146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significado del concepto de energía proporcionando ejemplos en que se evidencia.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formas en que se manifiesta la energía en la naturaleza.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las formas en que se manifiesta la energía en la naturaleza comunicando similitudes y diferencias.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aparatos o máquinas que funcionan con energía eléctrica (por ejemplo: ampolleta, aspiradora, timbre, etc.) y a qué tipo de energía están asociadas.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los resultados obtenidos con las predicciones formuladas previamente.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Concluyen información a partir de la investigación realizada.</w:t>
            </w:r>
          </w:p>
          <w:p>
            <w:r>
              <w:rPr>
                <w:b/>
                <w:i w:val="0"/>
                <w:sz w:val="15"/>
              </w:rPr>
              <w:t>Ejemplo 4 (OA 9) · pág. 147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 función de cada uno de los elementos que constituyen un circuito eléctrico simple.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Conectan los dispositivos que conforman un circuito simple.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y comunican las normas de seguridad frente a los peligros de la corriente eléctrica.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autónomamente predicciones de los resultados que obtendrán en una investigación.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científicamente las predicciones formuladas.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Controlan una variable de la investigación.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tareas y responsabilidades que se desprenden de la investigación que realizan.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 estilo de trabajo riguroso, honesto y perseverante para lograr los aprendizajes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Asumir responsabilidades e interactuar en forma colaborativa y flexible en los trabajos en equipo, aportando y enriqueciendo el trabajo común.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Reconocer la importancia de seguir normas y procedimientos que resguarden y promuevan la seguridad personal y colectiva.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Construcción y explicación de un circuito simple; prueba de materiales conductores y aisladores con tabla; plan de ahorro de energía en el hogar.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Con los materiales entregados, construye el montaje del circuito eléctrico de la figura, que se encuentra interrumpido en la parte inferior, entre los puntos marcados con las letras A y B. Instrumento: Criterios de evaluación. (pág. 142)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Un estudiante necesita construir un circuito eléctrico que le permita encender una ampolleta de una linterna. Instrumento: Criterios de evaluación. (pág. 144)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Considere un circuito eléctrico domiciliario y los siguientes aparatos conectados a él y funcionando. Instrumento: Criterios de evaluación. (pág. 146)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Sobre la mesa se encuentran dos pilas, una ampolleta y cables conductores. Instrumento: Criterios de evaluación. (pág. 147)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Pilas, cables, ampolletas pequeñas, interruptores; objetos de cobre, aluminio, plástico y goma; boletas de electricidad; información sobre energía hidroeléctrica, solar y eólica en Chile.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experimentos, modelos, simulaciones, esquemas y textos de distinta extensión, con glosario científico.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comunicar resultados de forma oral, escrita o multimodal (informe breve, póster, modelo, video).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Plantear problemas de la comuna como punto de partida; investigaciones en equipos con roles definidos.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CIENCIAS DE LA VIDA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101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explicar que los seres vivos están formados por una o más células y que estas se organizan en tejidos, órganos y sistemas.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101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describir, por medio de modelos, las estructuras básicas del sistema digestivo (boca, esófago, estómago, hígado, intestino delgado, intestino grueso, recto y ano) y sus funciones en la digestión, la absorción de alimentos y la eliminación de desechos.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101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Explicar, por medio de modelos, la respiración (inspiración-espiración-intercambio de oxígeno y dióxido de carbono), identificando las estructuras básicas del sistema respiratorio (nariz, tráquea, bronquios, alvéolos, pulmones).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101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la función de transporte del sistema circulatorio (sustancias alimenticias, oxígeno y dióxido de carbono), identificando sus estructuras básicas (corazón, vasos sanguíneos y sangre).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101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el consumo de alimento diario (variedad, tamaño y frecuencia de porciones), reconociendo los alimentos para el crecimiento, la reparación, el desarrollo y el movimiento del cuerpo.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101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en diversas fuentes y comunicar los efectos nocivos que produce el cigarrillo (humo del tabaco) en los sistemas respiratorio y circulatorio.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101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e identificar algunos microorganismos beneficiosos y dañinos para la salud (bacterias, virus y hongos), y proponer medidas de cuidado e higiene del cuerpo.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CIENCIAS FÍSICAS Y QUÍMICAS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101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los cambios que experimenta la energía eléctrica al pasar de una forma a otra (eléctrica a calórica, sonora, lumínica, etc.) e investigar los principales aportes de científicos en su estudio a lo largo del tiempo.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101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un circuito eléctrico simple (cable, ampolleta, interruptor y pila), usarlo para resolver problemas cotidianos y explicar su funcionamiento.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102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 y distinguir, por medio de la investigación experimental, los materiales conductores (cobre y aluminio) y aisladores (plásticos y goma) de electricidad, relacionándolos con la manipulación segura de artefactos tecnológicos y circuitos eléctricos domiciliarios.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102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la importancia de la energía eléctrica en la vida cotidiana y proponer medidas para promover su ahorro y su uso responsable.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CIENCIAS DE LA TIERRA Y EL UNIVERSO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102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 distribución del agua dulce y salada en la Tierra, considerando océanos, glaciares, ríos y lagos, aguas subterráneas, nubes, vapor de agua, etc., y comparar sus volúmenes, reconociendo la escasez relativa de agua dulce.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102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y describir las características de los océanos y lagos: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variación de temperatura, luminosidad y presión en relación con la profundidad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diversidad de flora y fauna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movimiento de las aguas, como olas, mareas, corrientes (El Niño y Humboldt)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102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y explicar efectos positivos y negativos de la actividad humana en océanos, lagos, ríos, glaciares, entre otros, proponiendo acciones de protección de las reservas hídricas en Chile y comunicando sus resultados.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Seleccionar preguntas significativas que se puedan investigar.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predicciones de resultados de una investigación, de forma autónoma, fundamentándolas.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y llevar a cabo investigaciones guiadas experimentales y no experimentales: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 base a una pregunta formulada por ellos u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considerando el cambio de una sola variable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trabajando de forma individual o colaborativa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obteniendo información sobre el tema en estudio a partir de diversas fuentes y aplicando estrategias para organizar y comunicar la información.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Medir y registrar datos en forma precisa con instrumentos de medición, especificando las unidades de medida y comparándolos utilizando tablas, gráficos y TIC cuando corresponda.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Seleccionar materiales e instrumentos usándolos de manera segura y adecuada, identificando los riesgos potenciales.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explicaciones razonables y conclusiones a partir de la comparación entre los resultados obtenidos y sus predicciones.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evidencias y conclusiones de una investigación, utilizando modelos, presentaciones, TIC e informes,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Reflexionar y comunicar fortalezas y debilidades en la planificación y desarrollo de sus investigaciones en forma oral y escrita.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 e interés por conocer seres vivos, objetos y/o eventos que conforman el entorno natural.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 estilo de trabajo riguroso, honesto y perseverante para lograr los aprendizajes de la asignatura.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importancia del entorno natural y sus recursos, desarrollando conductas de cuidado y protección del ambiente.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Asumir responsabilidades e interactuar en forma colaborativa y flexible en los trabajos en equipo, aportando y enriqueciendo el trabajo común.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compromiso con un estilo de vida saludable por medio del desarrollo físico y el autocuidado.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importancia de seguir normas y procedimientos que resguarden y promuevan la seguridad personal y colectiva.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Ciencias Naturales 5°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Ciencias Naturales · 5°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Ciencias Naturales · 5° básico</dc:title>
  <dc:subject/>
  <dc:creator/>
  <cp:keywords/>
  <dc:description>Generado el 2026-10-23 desde programa_ciencias_5basico.pdf (sha256 134aec11b54d)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