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SEMESTRAL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para la Ciudadanía: Seguridad, Prevención y Autocuidado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para la Ciudadanía: Seguridad, Prevención y Autocuidado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38 h en el semestre (19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este módulo semestral de 3° o 4° medio, los estudiantes analizan con modelos los riesgos socionaturales de su territorio y evalúan la preparación de la escuela y la comunidad, investigan sustancias químicas de uso cotidiano y diseñan soluciones para reducir amenazas en el hogar y el trabajo, actuando con responsabilidad hacia sí mismos, los demás y el ambiente.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semestre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Riesgos socionaturales en nuestros territorios: ¿Preparados para actuar en situación de emergencia?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Amenazas y riesgos cerca de nosotros: ¿estoy actuando responsablemente?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del semestre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Módulo semestral: </w:t>
      </w:r>
      <w:r>
        <w:rPr>
          <w:b w:val="0"/>
          <w:i w:val="0"/>
          <w:sz w:val="16"/>
        </w:rPr>
        <w:t xml:space="preserve">el establecimiento elige qué módulos dicta cada año y en qué semestre; las semanas están calculadas para el primer semestre y se corren al segundo si el módulo va ahí.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Riesgos socionaturales en nuestros territorios: ¿Preparados para actuar en situación de emergencia?</w:t>
            </w:r>
          </w:p>
          <w:p>
            <w:r>
              <w:rPr>
                <w:b w:val="0"/>
                <w:i w:val="0"/>
                <w:sz w:val="15"/>
              </w:rPr>
              <w:t>Se espera que los estudiantes reflexionen, tomen conciencia y adopten medidas de prevención frente a riesgos socionaturales presentes en diversos contextos, a partir de interrogantes como: ¿Qué entendemos por riesgos socionaturales? ¿Cuáles son los riesgos de origen antropogénico? ¿Qué riesgos existen en mi contexto local y regional? ¿Cómo está preparada mi comunidad ante riesgos potenciales?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104–132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1. Diseñando un plan de emergencia (OA 3)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riesgos de origen natural o provocados por la acción humana, a partir del estudio de patrones y tendencias en su contexto local.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la necesidad de planes de prevención, mitigación y adaptación frente a riesgos de origen natural y antropogénico, a partir de las capacidades existentes en la escuela y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propuestas y medidas de seguridad existentes frente a fenómenos naturales y antropogénicos, a escala local y nacional.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módulo: mapa mental y conversación sobre qué emergencias recuerdan sus familias en la región (terremotos, tsunamis, erupciones volcánicas, aluviones, incendios forestales o inundaciones) y qué saben de las vías de evacuación del establecimiento.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en grupos de un mapa de riesgos de la localidad (sismos, tsunami, remociones en masa, aluviones, marejadas, incendios forestales o erupciones), revisado con pauta (OA 3, OA f); evaluación del plan de seguridad del establecimiento con lista de cotejo y propuestas de mejora argumentadas (OA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1. Diseñando un plan de emergencia: </w:t>
            </w:r>
            <w:r>
              <w:rPr>
                <w:b w:val="0"/>
                <w:i w:val="0"/>
                <w:sz w:val="15"/>
              </w:rPr>
              <w:t>OA 3 con 3 indicadores. (pág. 128)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Integral de Seguridad Escolar del establecimiento; mapas y fotos de la región y relatos de vecinos sobre emergencias que haya vivido la comunidad; información de SENAPRED, el municipio y bomberos, impresa para trabajar sin conexión; maquetas sencillas para modelar deslizamientos o tsunamis.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Amenazas y riesgos cerca de nosotros: ¿estoy actuando responsablemente?</w:t>
            </w:r>
          </w:p>
          <w:p>
            <w:r>
              <w:rPr>
                <w:b w:val="0"/>
                <w:i w:val="0"/>
                <w:sz w:val="15"/>
              </w:rPr>
              <w:t>Se busca que los estudiantes reflexionen y actúen de manera responsable y propositiva frente a amenazas y riesgos en el hogar y en el trabajo que impliquen un peligro para ellos, para otros y el ambiente.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133–164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2. Construcción de orientaciones de seguridad (OA 2) · pág. 161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proyectos de seguridad y prevención para disminuir posibles riesgos en el bienestar de las personas y el cuidado del ambiente en contexto local.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de análisis de etiquetas de productos de limpieza, medicamentos y plaguicidas del hogar, con riesgos, almacenaje y eliminación (OA 1, OA b), sin mezclar ni manipular productos en la sala; diseño de una solución para reducir riesgos de la calefacción o la cocina a gas o parafina (monóxido de carbono, incendios, instalaciones eléctricas), evaluada y mejorada con retroalimentación de pares (OA 2,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2. Construcción de orientaciones de seguridad: </w:t>
            </w:r>
            <w:r>
              <w:rPr>
                <w:b w:val="0"/>
                <w:i w:val="0"/>
                <w:sz w:val="15"/>
              </w:rPr>
              <w:t>OA 2 con 1 indicadores. (pág. 161)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Etiquetas y hojas de seguridad de productos de uso común; orientaciones de bomberos y de la SEC sobre uso seguro de estufas, cañones y detectores de monóxido de carbono; entrevistas a trabajadores de faenas locales (agricultura, pesca, minería, construcción) sobre elementos de protección personal.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riesgos con mapas, modelos físicos, fotos, relatos de la comunidad y simulaciones, con instrucciones de seguridad paso a paso y pictogramas.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mapas de riesgo, planes de emergencia, afiches, simulacros guiados o cápsulas informativas para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con amenazas reales de la localidad y del hogar, con roles en el diseño del plan de emergencia, cuidando a quienes hayan vivido una emergencia y evitando relatos que generen angustia.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MÓDULO SEMESTRAL: SEGURIDAD, PREVENCIÓN Y AUTOCUIDADO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sustancias químicas de uso cotidiano en el hogar y el trabajo (medicamentos, detergentes y plaguicidas, entre otros), analizando su composición, reactividad, riesgos potenciales y medidas de seguridad asociadas (manipulación, almacenaje y eliminación).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Diseñar, evaluar y mejorar soluciones que permitan reducir las amenazas existentes en el hogar y en el mundo del trabajo (en sistemas eléctricos y de calefacción, y exposición a radiaciones, entre otros) para disminuir posibles riesgos en el bienestar de las personas y el cuidado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a partir de modelos, riesgos de origen natural o provocados por la acción humana en su contexto local (como aludes, incendios, sismos de alta magnitud, erupciones volcánicas, tsunamis e inundaciones, entre otros) y evaluar las capacidades existentes en la escuela y la comunidad para la prevención, la mitigación y la adaptación frente a sus consecuencias.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evidencia,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para la Ciudadanía: Seguridad, Prevención y Autocuidado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Semestral 2027 · Ciencias para la Ciudadanía: Seguridad, Prevención y Autocuidado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Semestral 2027 — Ciencias para la Ciudadanía: Seguridad, Prevención y Autocuidado · 3° o 4° medio</dc:title>
  <dc:subject/>
  <dc:creator/>
  <cp:keywords/>
  <dc:description>Generado el 2026-10-23 desde programa_ciencias_ciudadania_34medio.pdf (sha256 36e4927840c5)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