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Danza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Danza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exploran el cuerpo y sus posibilidades de movimiento de manera consciente y expresiva, crean obras de danza individuales y colectivas, interpretan y evalúan críticamente obras y manifestaciones de distintos contextos, y gestionan la difusión de sus creaciones en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Cuerpo, movimiento consciente y expresión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Creación y expresión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Danza, creación y contextos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Difundiendo nuestras obras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Cuerpo, movimiento consciente y expresión</w:t>
            </w:r>
          </w:p>
          <w:p>
            <w:r>
              <w:rPr>
                <w:b w:val="0"/>
                <w:i w:val="0"/>
                <w:sz w:val="15"/>
              </w:rPr>
              <w:t>En esta unidad, los estudiantes podrán experimentar diversas posibilidades de movimiento desde una perspectiva sensible y consciente, vinculando sensaciones, ideas y emociones mediante la exploración de elementos de la danza relacionados con el cuerpo, como tono muscular, respiración, relaciones y conexiones corporales, entre otros, y con los factores del movimiento –energía, tiempo y espacio–, lo que favorece el conocimiento de la propia corporalidad.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36–60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nuestros procesos (OA 1, OA 2, OA 4) · pág. 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Integran la movilidad de la columna vertebral a las diferentes propuestas de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movimiento con sensaciones, ideas y emociones surgidas durante la exploración, identificando cambios corporales.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aplicando nociones de tiempo, energía y espacio, variando la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movilidad articular para expresar con distintos puntos de inicio y flujos, posibilidades de movimiento, sensaciones e imaginarios.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sobre sus procesos preceptivos y las transformaciones de estos durante el proceso de aprendizaje.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propósitos expresivos a partir de la observación y el análisis de los elementos de la danza.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propósitos expresivos a partir de las sensaciones e imaginarios que proponen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actitudes de respeto hacia sus compañeros durante el proceso de creación y en el trabajo grupal.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improvisación guiada breve y conversación sobre sus experiencias de danza (folclórica, urbana, de fiestas costumbristas, talleres) y cómo se sienten moviéndose frente a otros.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corporal en que registran sensaciones, emociones e ideas después de cada exploración (OA 1, OA 2); pauta de observación de improvisaciones con nociones de tiempo, energía y espacio, con retroalimentación oral (OA 2); comentario guiado de un registro de obra de danza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nuestros procesos: </w:t>
            </w:r>
            <w:r>
              <w:rPr>
                <w:b w:val="0"/>
                <w:i w:val="0"/>
                <w:sz w:val="15"/>
              </w:rPr>
              <w:t>En esta actividad, los estudiantes, por grupos, organizan y presentan una estructura de improvisación de 10 minutos, donde se enfatiza mediante la improvisación el proceso de exploración por medio del movimiento consciente, la aplicación de cualidades expresivas y procesos reflexivos en torno a la metacognición. (pág. 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Sala amplia o gimnasio, colchonetas y ropa cómoda; parlante con música variada, incluida música de la zona; percusión corporal o con objetos cuando no hay equipo de sonido; registros de obras descargados previamente para verlos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Creación y expresión</w:t>
            </w:r>
          </w:p>
          <w:p>
            <w:r>
              <w:rPr>
                <w:b w:val="0"/>
                <w:i w:val="0"/>
                <w:sz w:val="15"/>
              </w:rPr>
              <w:t>En esta unidad, los estudiantes desarrollarán procesos creativos de carácter colectivo, a partir de sus propios intereses y mediante el desarrollo de los componentes de la danza.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62–84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2, OA 3)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diversas posibilidades corporales y espaciales de manera consciente, durante la composición in situ.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el movimiento con sensaciones, imágenes y emociones en tiempo real, y proponen cambios corporales.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sobre sus procesos preceptivos y las transformaciones de estos durante el proceso de aprendizaje.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los factores del movimiento y relaciones corporales de manera consciente y variada para generar imaginarios y sentidos en relación con la propuesta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relaciones entre los factores del movimiento y la comunicación de sensaciones, imaginarios e ideas que generan.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disposición para tomar decisiones grupales, generar propuestas y colaborar con las propuestas de los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formas, acciones, sensaciones, imaginarios y sentidos durante la composición in situ como recursos para la creación.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composición de forma colectiva, organizando elementos del lenguaje de la danza in situ.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estrategias grupales para resolver problemas durante la composición in situ, aplicando procedimientos de percepción, evaluación y acción.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colectiva de una secuencia a partir de un tema de interés del grupo, con revisión de avances y coevaluación (OA 3); reflexión oral o escrita sobre las transformaciones del proceso creativo (OA 1, 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En esta actividad, se espera que los estudiantes realicen una composición in situ en el que se enfatiza en procesos de percepción, evaluación y acción en tiempo real, y en procesos de atención y toma de decisiones de manera colectiva. (pág. 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Sala o gimnasio; telas, objetos y vestuario sencillo; imágenes y sonidos del paisaje de la región (viento, agua, mar, cerros, bosque) como estímulos para el movimiento; celular para grabar ensayos, con observación entre pares como alternativa.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Danza, creación y contextos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amplíen sus conocimientos acerca de la danza tanto en relación con su lenguaje, recursos y medios expresivos como en sus relaciones con el contexto.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85–104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3, OA 4, OA 5) · pág. 101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colectivamente una intervención en espacio público, integrando propósitos expresivos de manera situada.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recursos del lenguaje de la danza en la creación colectiva.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estrategias grupales para resolver problemas durante la intervención.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una creación en danza, aplicando recursos del lenguaje de la danza y aspectos contextuales.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vínculos entre la intervención y aspectos del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actitudes de respeto hacia sus compañeros durante el proceso de creación e intervención.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realización de la presentación general, considerando aspectos actitudinales, estéticos y técnicos.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obras de danza nacionales y de manifestaciones socioculturales de la región, como los bailes de fiestas costumbristas, religiosas o de tradición campesina, con criterios estéticos y de contexto (OA 4); creación colectiva de una intervención en un espacio público, evaluada con pauta (OA 3, 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En esta actividad de evaluación, se espera que los estudiantes compartan sus creaciones de manera situada y vinculada con el contexto por medio de una intervención en el espacio público. (pág. 101)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Registros de obras impresos o descargados para ver sin conexión; invitación a cultores o agrupaciones folclóricas locales; plaza, patio o espacio comunitario con autorización y supervisión, y alternativa bajo techo si el clima no lo permite.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Difundiendo nuestras obras</w:t>
            </w:r>
          </w:p>
          <w:p>
            <w:r>
              <w:rPr>
                <w:b w:val="0"/>
                <w:i w:val="0"/>
                <w:sz w:val="15"/>
              </w:rPr>
              <w:t>En esta unidad, los estudiantes tienen la oportunidad de presentar sus trabajos coreográficos a los miembros de la comunidad escolar para aportar el desarrollo cultural propio y de otros.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105–119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5, OA 6) · pág. 116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presentación general, considerando aspectos actitudinales, estéticos y técnicos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presentación de cada una de las creaciones, considerando aspectos estéticos y técnicos.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cumplimiento de los roles asignados en el plan de gestión y producción.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 plan de gestión y producción para difundir ante la comunidad educativa las obras o propuestas escénicas creadas por los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roles y responsabilidades para ejecutar el plan de difusión.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Implementan el plan de gestión y producción para ejecutar las tareas asignadas hasta la presentación de las obras o propuestas escénicas creadas por los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situaciones emergentes dentro de la gestión y producción, así como en la creación y la interpretación escénica.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de gestión y producción de la muestra con roles y lista de cotejo (OA 6); evaluación de la presentación y del cumplimiento de roles con pauta y coevaluación argumentada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En esta actividad, el docente y los estudiantes evalúan los resultados de los proyectos de difusión y la implementación de la función ante la comunidad escolar. (pág. 116)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Gimnasio, salón o espacio comunitario; afiches, radio comunitaria y redes del establecimiento; apoyo del municipio o la casa de la cultura para presentar en la comuna o en una fiesta costumbrista local.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propuestas de movimiento con demostraciones, imágenes, registros de obras, música y consignas verbales claras.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improvisaciones, secuencias, bitácoras, grabaciones o comentarios orales y escritos.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Crear un clima de confianza, respetar distintos cuerpos y niveles de experiencia, y dejar que los grupos elijan temas y músicas de su interés.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el cuerpo y sus posibilidades de movimiento de manera consciente y expresiva, utilizando los diversos recursos y elementos del lenguaje de la danza.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comunicar ideas, sensaciones, emociones, temas, vinculando diversos elementos y recursos del lenguaje de la danza (aspectos técnicos, espacio, tiempo, energía,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obras y proyectos de danza individuales y colectivos, considerando temas de interés, recursos del lenguaje de la danza y elementos de la puesta en escena.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Interpretar propósitos expresivos de obras de danza a partir de criterios estéticos (lenguaje de la danza, puesta en escena, emociones, sensaciones e ideas que generan, entre otros) y aspectos contextuales.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y proyectos de danza propios y de sus pares, considerando criterios estéticos y propósitos expresivos, y dando cuenta de una postura personal fundada y respetuosa.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COMUNICAR Y DIFUNDIR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123)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 colaborativamente procesos de difusión de obras y proyectos propios de danza, empleando una diversidad de medios o TIC.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Danza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Danza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Danza · 3° o 4° medio</dc:title>
  <dc:subject/>
  <dc:creator/>
  <cp:keywords/>
  <dc:description>Generado el 2026-10-23 desde programa_danza_34medio.pdf (sha256 5d866e06dac4)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