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Educación Ciudadana · 3° medio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Educación Ciudadana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3° medio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193/2019 · Programa de Estudio Decreto Exento N° 496/2020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3° medio, los estudiantes comprenden los fundamentos de la democracia y la ciudadanía, investigan el acceso a la justicia y la defensa de los derechos humanos, analizan cómo se configura el territorio y la participación en distintas escalas, y evalúan las relaciones entre Estado y mercado, para participar de manera informada y responsable.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Estado, Democracia y Ciudadanía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11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22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Justicia y derechos humanos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Participación y organización territorial en democracia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16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Relaciones entre Estado y mercado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29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de la Actividad de evaluación con que el Programa cierra cada unidad (los Programas de 3° y 4° medio no traen indicadores por OA).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4003"/>
        <w:gridCol w:w="5522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Estado, Democracia y Ciudadanía</w:t>
            </w:r>
          </w:p>
          <w:p>
            <w:r>
              <w:rPr>
                <w:b w:val="0"/>
                <w:i w:val="0"/>
                <w:sz w:val="15"/>
              </w:rPr>
              <w:t>Se busca que los estudiantes comprendan la democracia como forma de organización política y de involucramiento de las personas en los asuntos públicos.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37–83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22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3, OA 6,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3, OA 6, OA 8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r>
              <w:rPr>
                <w:b/>
                <w:i/>
                <w:sz w:val="15"/>
              </w:rPr>
              <w:t>OA a: Investigar sobre la realidad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Elaborar interpretaciones y argumentos, basados en fuentes variadas y pertinentes, haciendo uso ético de la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Comunicar explicaciones, conclusiones u opiniones fundamentadas haciendo uso de lenguaje, las normas y convenciones de la disciplina.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1, OA 3, OA 6, OA 8) · pág. 78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formas de participación en algunas organizaciones sociales y políticas, a partir de experiencias personales y de fenómenos contemporáneos.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los conceptos de democracia y ciudadanía a partir de sus fundamentos, dimensiones y atributos.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las libertades fundamentales de las personas con la democracia y la ciudadanía en Chile.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los deberes del Estado con la democracia y la ciudadanía en Chile.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los derechos y responsabilidades de las personas en el marco de la democracia y la ciudadanía en Chile.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forman una opinión sobre los riesgos para la democracia en Chile y entregan recomendaciones sobre cómo detenerlos.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cuestionario breve y conversación sobre qué entienden por democracia, ciudadanía y participación, y en qué organizaciones de su comunidad participan ellos o sus familias.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Mapa de organizaciones sociales y políticas de la comuna (juntas de vecinos, clubes, centro de estudiantes) evaluando sus formas de participación (OA 6); tickets de salida sobre democracia y libertades fundamentales (OA 1).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busca que los estudiantes analicen formas de participación política presentes en la sociedad y propongan lineamientos para mejorar la participación en sus propias comunidades educativas. (pág. 78)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Constitución Política y texto escolar; información del municipio y de organizaciones comunitarias locales; entrevistas a dirigentes vecinales o del centro de estudiantes.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Justicia y derechos humanos</w:t>
            </w:r>
          </w:p>
          <w:p>
            <w:r>
              <w:rPr>
                <w:b w:val="0"/>
                <w:i w:val="0"/>
                <w:sz w:val="15"/>
              </w:rPr>
              <w:t>Se busca que los estudiantes conozcan, en primer lugar, los mecanismos de accesos a la justicia y las características del poder judicial chileno, y luego profundicen en sus conocimientos sobre los derechos humanos, particularmente sus principios, fundamentos y presencia en nuestro sistema democrático.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84–112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2,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2, OA 5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r>
              <w:rPr>
                <w:b/>
                <w:i/>
                <w:sz w:val="15"/>
              </w:rPr>
              <w:t>OA a: Investigar sobre la realidad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b: Hacer conexiones entre fenómenos, acontecimientos y/o procesos de la realidad, considerando conceptos como multidimensionalidad, multicausalidad y multiescalaridad, temporalidad y variables y patrones.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Elaborar interpretaciones y argumentos, basados en fuentes variadas y pertinentes, haciendo uso ético de la información.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2, OA 5) · pág. 108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los diferentes mecanismos de acceso a la justicia en materia de derechos humanos.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cómo las instancias nacionales e internacionales a las que las personas pueden recurrir en busca de justicia, promueven el resguardo y la defensa legal de los derechos humanos.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Reflexionan acerca de la importancia de participar y generar acciones en el ámbito, nacional y mundial para promover el reconocimiento, la defensa y exigibilidad de los derechos humanos.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la manera en que la legislación vigente promueve y resguarda el reconocimiento, defensa y exigibilidad de los derechos humanos en la vida cotidiana.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casos de interés público con pauta sobre los mecanismos de acceso a la justicia (OA 2); afiche o cápsula grupal sobre un derecho humano en la vida cotidiana, con retroalimentación (OA 5).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espera que los estudiantes conozcan y comprendan la institucionalidad, las normativas y los mecanismos políticos y legales dedicados a resguardar los derechos humanos en Chile. (pág. 108)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Declaración Universal de Derechos Humanos; información de instituciones como la Corporación de Asistencia Judicial, la Defensoría Penal Pública y el INDH; entrevista a profesionales del sistema judicial de la región, si es posible.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Participación y organización territorial en democracia</w:t>
            </w:r>
          </w:p>
          <w:p>
            <w:r>
              <w:rPr>
                <w:b w:val="0"/>
                <w:i w:val="0"/>
                <w:sz w:val="15"/>
              </w:rPr>
              <w:t>Se busca que los estudiantes comprenden que el territorio se configura a partir de decisiones políticas de distintos actores.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113–140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16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3, OA 7, 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7, OA 8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Elaborar interpretaciones y argumentos, basados en fuentes variadas y pertinentes, haciendo uso ético de la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f: Elaborar juicios éticos de manera rigurosa y basados en conocimiento disciplinar sobre hitos, fenómenos, procesos, ideas, acciones de personas,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g: Comunicar explicaciones, conclusiones u opiniones fundamentadas haciendo uso de lenguaje, las normas y convenciones de la disciplina.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3, OA 7, OA 8) · pág. 136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Dan ejemplos sobre situaciones que ocurren en su entorno local y que constituyen riesgos para la democracia.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Entregan recomendaciones para fortalecer la democracia en distintos ámbitos de la vida de las personas.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Analizan actores e instituciones públicas y privadas que actúan sobre el territorio, especificando sus roles, acciones y conflictos sobre el territorio.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impactos positivos y negativos de la organización y administración territorial sobre la comunidad, interrelacionando distintas escalas.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las dinámicas geográficas locales con los impactos en el medioambiente, el acceso a servicios o la calidad de vida de las personas.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Investigación grupal sobre un proceso territorial de la región, como un movimiento social regional o una demanda de descentralización, identificando actores, demandas e instituciones (OA 7, OA c); debate con pauta sobre riesgos y fortalezas de la democracia local (OA 3).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Se pretende recoger evidencia sobre la capacidad de los estudiantes de proponer acciones para favorecer la participación propia y de otros en espacios públicos o comunes. (pág. 136)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Prensa regional y nacional de la época, mapas de la región y testimonios de vecinos; información del municipio y del gobierno regional; versiones impresas para trabajar sin conexión.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Relaciones entre Estado y mercado</w:t>
            </w:r>
          </w:p>
          <w:p>
            <w:r>
              <w:rPr>
                <w:b w:val="0"/>
                <w:i w:val="0"/>
                <w:sz w:val="15"/>
              </w:rPr>
              <w:t>Se busca que los estudiantes reconozcan las dinámicas que definen las relaciones entre Estado y mercado y comprendan que deben orientarse a la colaboración.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141–170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29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4</w:t>
            </w:r>
          </w:p>
        </w:tc>
        <w:tc>
          <w:tcPr>
            <w:tcW w:type="dxa" w:w="4003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r>
              <w:rPr>
                <w:b/>
                <w:i/>
                <w:sz w:val="15"/>
              </w:rPr>
              <w:t>OA a: Investigar sobre la realidad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OA c: Elaborar interpretaciones y argumentos, basados en fuentes variadas y pertinentes, haciendo uso ético de la información.</w:t>
            </w:r>
          </w:p>
        </w:tc>
        <w:tc>
          <w:tcPr>
            <w:tcW w:type="dxa" w:w="5522"/>
          </w:tcPr>
          <w:p>
            <w:r/>
            <w:r>
              <w:rPr>
                <w:b/>
                <w:i w:val="0"/>
                <w:sz w:val="15"/>
              </w:rPr>
              <w:t>Actividad de evaluación (OA 4) · pág. 167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 las principales características del Estado, el mercado y las personas como agentes económicos.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Evalúan formas en que el Estado y el mercado colaboran para el desarrollo social y el bien común.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Elaboran propuestas de colaboración entre el Estado y el mundo privado para la solución de desafíos sociales.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Análisis de casos de la economía regional (minería, agricultura, turismo, pesca artesanal) sobre la relación entre Estado, mercado y personas (OA 4); propuestas de colaboración público-privada evaluadas con rúbrica.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la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Actividad de evaluación: </w:t>
            </w:r>
            <w:r>
              <w:rPr>
                <w:b w:val="0"/>
                <w:i w:val="0"/>
                <w:sz w:val="15"/>
              </w:rPr>
              <w:t>El objetivo de esta actividad es que los estudiantes indaguen, analicen y evalúen las distintas formas en que el Estado, el mercado y los privados pueden colaborar para solucionar desafíos sociales. (pág. 167)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Texto escolar y noticias regionales; datos de empleo y actividad económica de la región consultados en el INE; entrevistas a trabajadores o emprendedores locales.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los contenidos con casos reales, mapas, esquemas institucionales, testimonios y fuentes escritas y audiovisuales, con glosario de conceptos clave.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mediante ensayos, debates, afiches, podcast, entrevistas o propuestas a la comunidad escolar.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Partir de problemas de la comuna y de la vida escolar, y dar espacio a que los estudiantes elijan el caso o la organización que investigan.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193/2019);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COMUNICACIÓN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61 · P 61)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Identificar los fundamentos, atributos y dimensiones de la democracia y la ciudadanía, considerando las libertades fundamentales de las personas como un principio de estas y reconociendo sus implicancias en los deberes del Estado y en los derechos y responsabilidades ciudadanas.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61 · P 61)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Investigar, a partir de casos de interés público, los mecanismos de acceso a la justicia y las principales características del sistema judicial, para fortalecer estrategias de resguardo de las libertades fundamentales, los propios derechos y los de la comunidad.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61 · P 61)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Reflexionar personal y grupalmente sobre riesgos para la democracia en Chile y el mundo, tales como el fenómeno de la desafección política, la desigualdad, la corrupción, el narcotráfico, la violencia, entre otros.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61 · P 61)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las relaciones entre el Estado y el mercado, considerando temas como sueldos justos, productividad, carga tributaria, comercio justo, probidad, desarrollo sustentable, riqueza y pobreza.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61 · P 61)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Promover el reconocimiento, la defensa y exigibilidad de los derechos humanos en la vida cotidiana, considerando los principios de universalidad, indivisibilidad, inalienabilidad, igualdad y no discriminación que los sustentan.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61 · P 61)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Reflexionar personal y grupalmente sobre diversas formas de participación y su aporte al fortalecimiento del bien común, considerando experiencias personales, fenómenos sociales contemporáneos y las perspectivas del republicanismo, el liberalismo y el comunitarismo.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61 · P 61)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Distinguir relaciones políticas, económicas y socioculturales que configuran el territorio en distintas escalas, proponiendo alternativas para avanzar en justicia social y ambiental.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61 · P 61)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distintas instancias escolares de ejercicio democrático, reconociendo la necesidad de organizar socialmente la vida en comunidad, a fin de fortalecer una sana convivencia que resguarde las libertades fundamentales y el bien común.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INVESTIGACIÓN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Investigar sobre la realidad considerando: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Formulación de preguntas o problemas de investigación a partir de la observación de fenómenos.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Levantamiento de información a partir de métodos y técnicas propias de Historia, Geografía, Economía y otras ciencias sociales.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Análisis crítico de las evidencias y evaluación de su validez, considerando su uso ético para respaldar opiniones.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Definición del marco teórico, del estado de la cuestión y de los conceptos disciplinares del tema por investigar.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Análisis de las propias conclusiones en relación con los supuestos iniciales.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PENSAMIENTO CRÍTICO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Hacer conexiones entre fenómenos, acontecimientos y/o procesos de la realidad, considerando conceptos como multidimensionalidad, multicausalidad y multiescalaridad, temporalidad y variables y patrones.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interpretaciones y argumentos, basados en fuentes variadas y pertinentes, haciendo uso ético de la información.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Analizar interpretaciones y perspectivas de diversas fuentes, considerando propósito, intencionalidad, enfoque y contexto del autor, y las preguntas que intenta responder.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Evaluar la validez de las propias interpretaciones sobre acontecimientos, fenómenos y procesos estudiados, a través del diálogo y el uso de fuentes.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Elaborar juicios éticos de manera rigurosa y basados en conocimiento disciplinar sobre hitos, fenómenos, procesos, ideas, acciones de personas, entre otros.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HABILIDADES · COMUNICACIÓN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60)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Comunicar explicaciones, conclusiones u opiniones fundamentadas haciendo uso de lenguaje, las normas y convenciones de la disciplina.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Educación Ciudadana 3° medio, Mineduc (Decreto Exento N° 496/2020) y Bases Curriculares DS 193/2019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Educación Ciudadana · 3° medio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Educación Ciudadana · 3° medio</dc:title>
  <dc:subject/>
  <dc:creator/>
  <cp:keywords/>
  <dc:description>Generado el 2026-10-23 desde programa_ciudadania_3medio.pdf (sha256 dcaf270832b9)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