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Educación Física y Salud · 1°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Educación Física y Salud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1°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4 h pedagógicas semanales con JEC (152 h anuales) · 3 h sin JEC (114 h anuales) · 38 semanas: usar las del plan del establecimiento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1° básico, los estudiantes desarrollan habilidades motrices básicas de locomoción, manipulación y estabilidad mediante juegos, circuitos y rondas. Reconocen respuestas de su cuerpo al ejercicio, se ubican en el espacio, practican hábitos de higiene y juegan de forma segura y en equipo.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Seguridad, juego limpio y liderazgo, Vida activa y saludable, Habilidades motrices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Seguridad, juego limpio y liderazgo, Vida activa y saludable, Habilidades motrices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Ejes: Seguridad, juego limpio y liderazgo, Vida activa y saludable, Habilidades motrices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Ejes: Seguridad, juego limpio y liderazgo, Vida activa y saludable, Habilidades motrices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29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4400"/>
            <w:gridSpan w:val="4"/>
          </w:tcPr>
          <w:p>
            <w:pPr>
              <w:keepNext/>
            </w:pPr>
            <w:r/>
            <w:r>
              <w:rPr>
                <w:b w:val="0"/>
                <w:i w:val="0"/>
                <w:sz w:val="18"/>
              </w:rPr>
              <w:t>Horas sin asignar en el Programa (diagnóstico, evaluaciones, imprevistos)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36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152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46).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Seguridad, juego limpio y liderazgo, Vida activa y saludable, Habilidades motrices</w:t>
            </w:r>
          </w:p>
          <w:p>
            <w:r>
              <w:rPr>
                <w:b w:val="0"/>
                <w:i w:val="0"/>
                <w:sz w:val="15"/>
              </w:rPr>
              <w:t>La unidad tiene dos propósitos centrales.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48–72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30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6, OA 8, OA 9, 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8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Ejecutar habilidades motrices básicas de locomoción (correr, saltar, caminar, entre otros) en diferentes juegos y actividades físicas lúdicas.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Ejecutar habilidades motrices básicas de manipulación (lanzar, recibir, patear, entre otros) en diferentes situaciones por medio de variadas actividades físicas y juegos.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Ejecutar habilidades motrices básicas de equilibrio (levantar, inclinarse, estirarse, girar, empujar, colgarse) en diferentes situaciones por medio de variadas actividades físicas y juegos.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Practicar hábitos de higiene, prevención y seguridad durante la práctica de actividad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implementos en forma segura.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Ejecutar una variedad de movimientos y juegos como actividades de calentamiento.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Reconocer sensaciones corporales provocadas por la práctica de actividad física.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Conceptos de higiene, como lavarse las manos, los pies y la cara,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Respuestas corporales asociadas a la actividad física, como aumento de la respiración, de los latidos del corazón, del sudor,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Conceptos de seguridad, como mantenerse dentro de los límites, seguir instrucciones, entre otros.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Rodar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voltear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girar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sudor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derecha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izquierda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adelante y atrás.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68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la acción motriz de manera eficiente, logrando cumplir el objetivo propuesto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capacidad para ejecutar una habilidad motriz, venciendo un obstáculo.</w:t>
            </w:r>
          </w:p>
          <w:p>
            <w:r>
              <w:rPr>
                <w:b/>
                <w:i w:val="0"/>
                <w:sz w:val="15"/>
              </w:rPr>
              <w:t>Ejemplo 2 (OA 1) · pág. 69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una acción motriz de estabilidad sin implementos.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Mantienen la posición del cuerpo sin perder el equilibrio.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desplazan sobre una línea, manteniendo el control del cuerpo.</w:t>
            </w:r>
          </w:p>
          <w:p>
            <w:r>
              <w:rPr>
                <w:b/>
                <w:i w:val="0"/>
                <w:sz w:val="15"/>
              </w:rPr>
              <w:t>Ejemplo 3 (OA 8) · pág. 71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en qué actividad física aumentó más la frecuencia respiratoria.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 actividad que hizo aumentar el trabajo muscular.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qué actividad física incrementa más los latidos del corazón.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confianza en sí mismos al practicar actividad física.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Promover la participación equitativa de hombres y mujeres en toda actividad física o deporte.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Respetar la diversidad física de las personas, sin discriminar por características como altura, peso, color de piel o pelo, etc.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h: </w:t>
            </w:r>
            <w:r>
              <w:rPr>
                <w:b w:val="0"/>
                <w:i w:val="0"/>
                <w:sz w:val="15"/>
              </w:rPr>
              <w:t>Demostrar disposición al esfuerzo personal, superación y perseverancia.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participar de manera activa en la clase.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mejorar su condición física e interés por practicar actividad física de forma regular.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circuito lúdico de correr, saltar, lanzar y equilibrarse para observar sus habilidades motrices básicas.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Observación de saltos, giros y rodadas con lista de cotejo; preguntas sobre cómo se siente el cuerpo después de jugar.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Ejecutan un salto a pies juntos a lo largo de la colchoneta, sin tocarla. Instrumento: Criterios de evaluación. (pág. 68)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En posición de pie y sobre una línea, el estudiante debe caminar y realizar un giro de 360°, manteniendo los pies sobre la línea. Instrumento: Criterios de evaluación. (pág. 69)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Observe estas imágenes y responda: a Marque con una cruz la imagen que puede mejorar la función de su corazón. Instrumento: Criterios de evaluación. (pág. 71)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Aros, conos, pelotas y colchonetas; gimnasio o espacio techado si el clima no permite salir; útiles de aseo personal.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Seguridad, juego limpio y liderazgo, Vida activa y saludable, Habilidades motrices</w:t>
            </w:r>
          </w:p>
          <w:p>
            <w:r>
              <w:rPr>
                <w:b w:val="0"/>
                <w:i w:val="0"/>
                <w:sz w:val="15"/>
              </w:rPr>
              <w:t>La unidad tiene dos propósitos centrales.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73–94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6, OA 8, OA 9, 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habilidades motrices básicas para practicar diversos juegos y actividades físicas.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las nociones topológicas básicas para orientarse en el espacio (derecha, izquierda, adentro, afuera).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Ejecutar e identificar actividades motrices que involucren las cualidades físicas básicas (resistencia, fuerza, flexibilidad, velocidad).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Emplear normas de higiene, prevención y seguridad durante la práctica de actividad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situaciones de riesgo que pueden afectar la seguridad personal durante la práctica de actividad física.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Conocen su cuerpo en relación con el espacio.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Conceptos de resistencia, fuerza, flexibilidad y velocidad.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Concepto de hábitos de higiene, como lavarse las manos, la cara, ducharse, cambiarse de ropa después de realizar actividad física.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Equilibrio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rodar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voltear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girar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suspenderse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intensidad moderada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intensidad vigorosa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derecha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izquierda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adelante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atrás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arriba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abajo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adentro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afuera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entre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 lado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antes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durante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después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rápido y lento.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90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una acción motriz de manipulación con un implemento.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actividades de evaluación con un compañero.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un lanzamiento a una distancia determinada, cumpliendo el objetivo propuesto.</w:t>
            </w:r>
          </w:p>
          <w:p>
            <w:r>
              <w:rPr>
                <w:b/>
                <w:i w:val="0"/>
                <w:sz w:val="15"/>
              </w:rPr>
              <w:t>Ejemplo 2 (OA 6) · pág. 91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Mantienen un esfuerzo continuo durante cinco minutos.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el nivel de flexibilidad alcanzada.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actividades de flexibilidad de carácter dinámico.</w:t>
            </w:r>
          </w:p>
          <w:p>
            <w:r>
              <w:rPr>
                <w:b/>
                <w:i w:val="0"/>
                <w:sz w:val="15"/>
              </w:rPr>
              <w:t>Ejemplo 3 (OA 2) · pág. 93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las nociones espaciales en el movimiento, derecha e izquierda.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las nociones de izquierda y derecha en el movimiento y en la interacción con otros. Por ejemplo: siguen instrucciones que les indican desplazarse hacia la izquierda o la derecha.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una variedad de movimientos en respuesta a las indicaciones del profesor.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mejorar su condición física e interés por practicar actividad física de forma regular.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participar de manera activa en la clase.</w:t>
            </w:r>
          </w:p>
          <w:p>
            <w:r>
              <w:rPr>
                <w:b/>
                <w:i w:val="0"/>
                <w:sz w:val="15"/>
              </w:rPr>
              <w:t xml:space="preserve">Actitud h: </w:t>
            </w:r>
            <w:r>
              <w:rPr>
                <w:b w:val="0"/>
                <w:i w:val="0"/>
                <w:sz w:val="15"/>
              </w:rPr>
              <w:t>Demostrar disposición al esfuerzo personal, superación y perseverancia.</w:t>
            </w:r>
          </w:p>
          <w:p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Valorar los efectos positivos de la práctica regular de actividad física en la salud.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Juegos de orientación (derecha, izquierda, arriba, abajo) observados con pauta; registro de logros en equilibrio y suspensión.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ejecutan las siguientes actividades en posición de pie. Instrumento: Criterios de evaluación. (pág. 90)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Los estudiantes forman hileras de seis integrantes como máximo. Instrumento: Criterios de evaluación. (pág. 91)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a El estudiante se ubica de pie y, cuando el docente lo solicite, saluda con la mano derecha y luego con la izquierda. Instrumento: Criterios de evaluación. (pág. 93)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Bancas, cuerdas, barras bajas y colchonetas; circuitos con imágenes; botellas para hidratación.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Ejes: Seguridad, juego limpio y liderazgo, Vida activa y saludable, Habilidades motrices</w:t>
            </w:r>
          </w:p>
          <w:p>
            <w:r>
              <w:rPr>
                <w:b w:val="0"/>
                <w:i w:val="0"/>
                <w:sz w:val="15"/>
              </w:rPr>
              <w:t>La tercera unidad tiene tres objetivos principales.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95–115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5, OA 6, OA 7, OA 8, OA 9, 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7, OA 9, OA 11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una variedad de movimientos corporales a diferentes ritmos.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habilidades motrices básicas en variados juegos con y sin oposición y colaboración.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habilidades motrices básicas para practicar diversos juegos recreativos.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las habilidades rítmicas.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Formas de expresión, como rondas o bailes.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Formas de registro de actividad física diaria.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Reglas de juego.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Ritmo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calentamiento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respuestas corporales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energía.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5) · pág. 112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Exploran diferentes sensaciones que involucren sentimientos por medio del movimiento.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movimientos en respuesta a diferentes ritmos y músicas.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secuencias de movimiento en respuesta a sonidos y ritmos.</w:t>
            </w:r>
          </w:p>
          <w:p>
            <w:r>
              <w:rPr>
                <w:b/>
                <w:i w:val="0"/>
                <w:sz w:val="15"/>
              </w:rPr>
              <w:t>Ejemplo 2 (OA 7, OA 11) · pág. 113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juegos al inicio de la clase como calentamiento.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mantienen en los límites establecidos.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Siguen instrucciones.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juegos en grupos pequeños, utilizando todos los espacios propuestos para la actividad.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de manera activa en el juego.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actividades en conjunto con sus compañeros.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todas las dimensiones del terreno de juego.</w:t>
            </w:r>
          </w:p>
          <w:p>
            <w:r>
              <w:rPr>
                <w:b/>
                <w:i w:val="0"/>
                <w:sz w:val="15"/>
              </w:rPr>
              <w:t>Ejemplo 3 (OA 9, OA 7) · pág. 114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Practican una variedad de juegos tradicionales que pueden ser incorporados en su vida diaria.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 necesidad de participar en una variedad de juegos o actividades físicas fuera del colegio.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cinco veces a la semana en actividades físicas por un periodo de 60 minutos.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h: </w:t>
            </w:r>
            <w:r>
              <w:rPr>
                <w:b w:val="0"/>
                <w:i w:val="0"/>
                <w:sz w:val="15"/>
              </w:rPr>
              <w:t>Demostrar disposición al esfuerzo personal, superación y perseverancia.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participar de manera activa en la clase.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mejorar su condición física e interés por practicar actividad física de forma regular.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Promover la participación equitativa de hombres y mujeres en toda actividad física o deporte.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Observación de rondas y bailes con lista de cotejo; registro diario de actividad física con dibujos.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Al escuchar diferentes sonidos o ritmos musicales, crean y se expresan de manera espontánea por medio del movimiento. Instrumento: Criterios de evaluación. (pág. 112)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Al inicio de la clase, los estudiantes se ubican libremente por el espacio delimitado por el profesor. (pág. 113)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Al finalizar la clase o la práctica de actividad física, el estudiante practica hábitos de higiene, como, lavarse las manos y la cara y cambiarse de ropa. Instrumento: Criterios de evaluación. (pág. 114)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Música para rondas y bailes infantiles; cintas y pañuelos; juegos tradicionales chilenos.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Ejes: Seguridad, juego limpio y liderazgo, Vida activa y saludable, Habilidades motrices</w:t>
            </w:r>
          </w:p>
          <w:p>
            <w:r>
              <w:rPr>
                <w:b w:val="0"/>
                <w:i w:val="0"/>
                <w:sz w:val="15"/>
              </w:rPr>
              <w:t>La unidad tiene tres propósitos centrales.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116–138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30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29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4, OA 6, OA 8, OA 9, OA 10, 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4, OA 10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Ejecutar habilidades motrices básicas de locomoción, manipulación y equilibrio en diferentes entornos.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una variedad de entornos y ambientes para la práctica de actividad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Asumir diferentes roles durante la práctica de juegos y actividades físicas.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Trabajo en equipo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Actividades físicas en el entorno natural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Autocuidado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Rol y liderazgo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Rol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trabajo en equipo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actividades físicas al aire libre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autocuidado.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3, OA 10) · pág. 135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juegos en los cuales asumen diferentes roles.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Asumen las tareas asignadas por el profesor.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Trabajan cooperativamente para completar un trabajo asignado.</w:t>
            </w:r>
          </w:p>
          <w:p>
            <w:r>
              <w:rPr>
                <w:b/>
                <w:i w:val="0"/>
                <w:sz w:val="15"/>
              </w:rPr>
              <w:t>Ejemplo 2 (OA 10) · pág. 136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juegos en los cuales asumen diferentes roles.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Asumen las tareas asignadas por el docente.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Trabajan cooperativamente para completar un trabajo asignado.</w:t>
            </w:r>
          </w:p>
          <w:p>
            <w:r>
              <w:rPr>
                <w:b/>
                <w:i w:val="0"/>
                <w:sz w:val="15"/>
              </w:rPr>
              <w:t>Ejemplo 3 (OA 4) · pág. 137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entornos alternativos (plazas activas, patios del colegio) para ejecutar las habilidades motoras básicas.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elementos que permiten mantener los espacios limpios y ordenados.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confianza en sí mismos al practicar actividad física.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Promover la participación equitativa de hombres y mujeres en toda actividad física o deporte.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Respetar la diversidad física de las personas, sin discriminar por características como altura, peso, color de piel o pelo, etc.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Pauta de trabajo en equipo durante juegos al aire libre; conversación sobre autocuidado, abrigo y protección solar.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Se forman grupos de seis estudiantes. Instrumento: Criterios de evaluación. (pág. 135)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Tres estudiantes se ubican dentro de un aro y deben salir de ahí, sin la ayuda de sus manos. Instrumento: Criterios de evaluación. (pág. 136)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Observe estas imágenes y responda: a Coloree con azul los lugares donde puede jugar con sus amigos. (pág. 137)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Patio, plaza o parque cercano; ropa adecuada según la estación; juegos colectivos simples.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Demostrar cada movimiento con el cuerpo, imágenes y consignas breves; usar conos, colores y música como apoyo.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Aceptar distintas formas de resolver un desafío motor y de contar cómo se sintió (oral, gestual o con dibujos).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juegos con variantes de dificultad, roles rotativos y reglas acordadas por el curso.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MOTRICES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115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habilidades motrices básicas de locomoción, manipulación y estabilidad en una variedad de juegos y actividades físicas, como saltar con dos pies en una dirección, caminar y correr alternadamente, lanzar y recoger un balón, caminar sobre una línea manteniendo el control del cuerpo, realizar suspensiones, giros y rodadas o volteos.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115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Ejecutar acciones motrices en relación a sí mismo, a un objeto o un compañero, usando diferentes categorías de ubicación espacial y temporal, como derecha, izquierda, adelante, atrás, arriba, abajo, adentro, afuera, entre, al lado, antes, durante, después, rápido y lento.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115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una amplia gama de juegos con y sin oposición, con y sin colaboración, de persecución, individuales y colectivos.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115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Ejecutar habilidades motrices básicas en diferentes entornos, como las plazas activas, el patio del colegio, parques, playas, entre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115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Ejecutar movimientos corporales, expresando sensaciones, ideas, estados de ánimo y emociones en variados espacios y a diferentes ritmos.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VIDA ACTIVA Y SALUDABLE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115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Ejecutar actividades físicas de intensidad moderada a vigorosa que incrementen la condición física, por medio de juegos y circuitos.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115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en su vida cotidiana de forma guiada actividades físicas de intensidad moderada a vigorosa por medio de juegos tradicionales y actividades lúdicas.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115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las sensaciones y respuestas corporales provocadas por la práctica de actividad física, como cambios del color de la piel, sudor, agitación, ritmo de respiración, cansancio y dificultad al hablar.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115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actividades físicas en forma segura, demostrando la adquisición de hábitos de higiene, posturales y de vida saludable, como lavarse las manos y la cara después de la clase, mantener una correcta postura y comer una colación saludable antes y luego de la práctica de actividad física.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SEGURIDAD, JUEGO LIMPIO Y LIDERAZGO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116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juegos o actividades motrices para aprender a trabajar en equipo, asumiendo diferentes roles (respetar al otro, recoger los materiales solicitados o liderar si se le asigna ese rol).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116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actividades físicas, demostrando comportamientos seguros,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realizar un calentamiento mediante un juego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escuchar y seguir instrucciones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utilizar implementos bajo supervisión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mantener su posición dentro de los límites establecidos para la actividad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Valorar los efectos positivos de la práctica regular de actividad física en la salud.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mejorar su condición física e interés por practicar actividad física de forma regular.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confianza en sí mismos al practicar actividad física.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participar de manera activa en la clase.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Promover la participación equitativa de hombres y mujeres en toda actividad física o deporte.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Respetar la diversidad física de las personas, sin discriminar por características como altura, peso, color de piel o pelo, etc.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trabajar en equipo, colaborar con otros y aceptar consejos y críticas.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al esfuerzo personal, superación y perseverancia.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Educación Física y Salud 1°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Educación Física y Salud · 1°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Educación Física y Salud · 1° básico</dc:title>
  <dc:subject/>
  <dc:creator/>
  <cp:keywords/>
  <dc:description>Generado el 2026-10-23 desde programa_edfisica_1basico.pdf (sha256 19146d51d64d)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