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Educación Física y Salud · 2°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Educación Física y Salud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2°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4 h pedagógicas semanales con JEC (152 h anuales) · 3 h sin JEC (114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2° básico, los estudiantes practican habilidades motrices básicas en distintas direcciones, alturas y niveles, resuelven problemas motrices y expresan emociones con el cuerpo. Reconocen la intensidad del esfuerzo, practican hábitos de higiene y alimentación saludable, y juegan en equipo en distintos entornos.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7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Ejes: Seguridad, juego limpio y liderazgo, Vida activa y saludable, Habilidades motrices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Horas sin asignar en el Programa (diagnóstico, evaluaciones, imprevistos)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36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152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dos propósitos centrales.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48–69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6, OA 8, OA 9,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6, OA 8, OA 9, OA 11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habilidades motrices básicas de locomoción (correr, saltar, caminar, entre otros) en diferentes situaciones.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habilidades motrices básicas de manipulación (lanzar, recibir, patear, entre otros) en diferentes situaciones.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habilidades motrices básicas de equilibrio (levantar, inclinarse, estirarse, girar, empujar, colgarse) en diferentes situaciones.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habilidades motoras básicas para practicar diversos juegos recreativos.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Emplear normas de higiene, prevención y seguridad durante la práctica de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Relacionar sus respuestas corporales con variadas actividades físicas.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Autocuidado e higiene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Alimentos saludables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Figuras geométricas, números, letras y símbolos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Giros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volteos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hidratación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cuidado del cuerpo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alimentación saludable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hábitos de higiene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latidos del corazón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temperatura corporal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símbolos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letras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números o figuras geométricas.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66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desplazamientos con control de su cuerpo sobre una superficie en altura.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Lanzan y reciben con control un aro que se encuentra en movimiento.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actividades de equilibrio en superficies más pequeñas estables a nivel de suelo, con control de su cuerpo.</w:t>
            </w:r>
          </w:p>
          <w:p>
            <w:r>
              <w:rPr>
                <w:b/>
                <w:i w:val="0"/>
                <w:sz w:val="15"/>
              </w:rPr>
              <w:t>Ejemplo 2 (OA 11, OA 9) · pág. 67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un calentamiento al inicio de la clase, que incluya desplazamientos, ejercicios de movilidad articular y estiramientos.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hábitos de higiene como lavarse la cara y las manos al término de la clase de Educación Física y Salud.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que el agua hidrata cuando realizan actividad física.</w:t>
            </w:r>
          </w:p>
          <w:p>
            <w:r>
              <w:rPr>
                <w:b/>
                <w:i w:val="0"/>
                <w:sz w:val="15"/>
              </w:rPr>
              <w:t>Ejemplo 3 (OA 6, OA 8) · pág. 68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Mantener por cinco minutos una carrera continua.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actividades físicas que mejoran la función del corazón, la fuerza y la flexibilidad.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las respuestas corporales asociadas a la carrera.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Mencionar actividades físicas que provocan respuestas corporales similares a la carrera.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confianza en sí mismos al practicar actividad física.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Promover la participación equitativa de hombres y mujeres en toda actividad física o deporte.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Respetar la diversidad física de las personas, sin discriminar por características como altura, peso, color de piel o pelo, etc.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disposición al esfuerzo personal, superación y perseverancia.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participar de manera activa en la clase.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mejorar su condición física e interés por practicar actividad física de forma regular.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circuito de saltos, boteo y equilibrio para observar habilidades motrices logradas en 1° básico.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Desafíos de formar letras, números y figuras con el cuerpo observados con pauta; preguntas sobre hidratación y aseo.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Se traza una línea de unos diez metros en el suelo y se pide al estudiante que camine sobre ella con seguridad y manteniendo control de su cuerpo. Instrumento: Criterios de evaluación. (pág. 66)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Al inicio de la clase, se pide a los estudiantes que ejecuten la mayor cantidad de desplazamientos posible por todo el espacio disponible en un tiempo de tres minutos. Instrumento: Criterios de evaluación. (pág. 67)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Se solicita a los estudiantes que hagan una carrera continua en el espacio delimitado por el docente durante cinco minutos. Instrumento: Criterios de evaluación. (pág. 68)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Conos, aros, pelotas y cuerdas; láminas de alimentos saludables; espacio techado para cuando el clima no acompañe.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dos propósitos centrales.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70–89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6, OA 8, OA 9,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6, OA 11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las habilidades motricess básicas para representar símbolos, letras, números o figuras geométricas.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las cualidades físicas básicas (resistencia, fuerza, flexibilidad, velocidad).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Demostrar situaciones de riesgo que pueden afectar a la seguridad personal.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una variedad de movimientos y juegos como actividad de calentamiento.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Conceptos de resistencia, fuerza, flexibilidad, velocidad.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Niveles de intensidad.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Respuestas corporales a la actividad física.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Suspensiones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giros y rodadas o volteos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resistencia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fuerza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flexibilidad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velocidad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intensidad moderada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intensidad vigorosa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cambios del color de la piel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agitación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ritmo de respiración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cansancio y dificultad al hablar.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6) · pág. 86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de manera continua un circuito por cinco minutos.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un circuito, utilizando los implementos existentes en un circuito previo.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Mencionan nuevas formas de vencer los obstáculos de manera continua.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un salto longitudinal sobre una línea dispuesta de manera perpendicular al ejecutante.</w:t>
            </w:r>
          </w:p>
          <w:p>
            <w:r>
              <w:rPr>
                <w:b/>
                <w:i w:val="0"/>
                <w:sz w:val="15"/>
              </w:rPr>
              <w:t>Ejemplo 2 (OA 2) · pág. 87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de forma grupal diferentes representaciones, como símbolos, letras, números o figuras geométricas.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Forman palabras en diferentes espacios y en forma grupal.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las tareas solicitadas por el docente en forma correcta.</w:t>
            </w:r>
          </w:p>
          <w:p>
            <w:r>
              <w:rPr>
                <w:b/>
                <w:i w:val="0"/>
                <w:sz w:val="15"/>
              </w:rPr>
              <w:t>Ejemplo 3 (OA 11) · pág. 88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un calentamiento, siguiendo instrucciones para preparar el cuerpo antes de la clase.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un calentamiento por medio de actividades de desplazamientos.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las respuestas corporales provocadas por el calentamiento.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posibles situaciones que los pongan en riesgo durante la práctica de actividad física.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mejorar su condición física e interés por practicar actividad física de forma regular.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participar de manera activa en la clase.</w:t>
            </w:r>
          </w:p>
          <w:p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disposición al esfuerzo personal, superación y perseverancia.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Valorar los efectos positivos de la práctica regular de actividad física en la salud.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de cambios corporales (latidos, sudor, temperatura) con fichas de dibujos; observación de suspensiones y volteos.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Se traza un recorrido con diez bancos (pueden ser cajones) a una distancia de un metro cada una. Instrumento: Criterios de evaluación. (pág. 86)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En tríos, tienen que formar una letra del abecedario con sus cuerpos; por ejemplo: la H. Instrumento: Criterios de evaluación. (pág. 87)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Se forman grupos de cuatro estudiantes. Instrumento: Criterios de evaluación. (pág. 88)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Colchonetas, barras y bancas; juegos de intensidad moderada y vigorosa; botellas para hidratación.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tres propósitos centrales.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90–112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5, OA 6, OA 7, OA 8, OA 9,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5,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una variedad de movimientos corporales a diferentes ritmos.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habilidades motoras básicas en variados juegos con y sin oposición y de colaboración.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habilidades motoras básicas para practicar diversos juegos recreativos en su vida cotidiana.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Orientación espacio-cuerpo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Relación tiempo-espacio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Ritmo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Ritmo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ubicación espacial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juegos con y sin oposición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juegos de colaboración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hábitos de higiene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seguridad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nociones generales de juego.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7) · pág. 109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una variedad de juegos tradicionales que pueden incorporar a su vida diaria.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la necesidad de participar en una variedad de juegos o actividades físicas fuera del colegio.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actividades físicas que puede realizar al menos cinco veces a la semana.</w:t>
            </w:r>
          </w:p>
          <w:p>
            <w:r>
              <w:rPr>
                <w:b/>
                <w:i w:val="0"/>
                <w:sz w:val="15"/>
              </w:rPr>
              <w:t>Ejemplo 2 (OA 5) · pág. 110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por medio del movimiento, acciones asociadas a la vida cotidiana.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Exploran diferentes sensaciones por medio del movimiento.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movimientos en respuesta a diferentes ritmos y músicas.</w:t>
            </w:r>
          </w:p>
          <w:p>
            <w:r>
              <w:rPr>
                <w:b/>
                <w:i w:val="0"/>
                <w:sz w:val="15"/>
              </w:rPr>
              <w:t>Ejemplo 3 (OA 1) · pág. 111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una voltereta sobre una colchoneta y al terminar, ejecutan un salto vertical.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Lanzan un balón y lo reciben luego de haber tocado el suelo con ambas manos.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Reciben un balón en el aire que ha sido lanzado por un compañero.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h: </w:t>
            </w:r>
            <w:r>
              <w:rPr>
                <w:b w:val="0"/>
                <w:i w:val="0"/>
                <w:sz w:val="15"/>
              </w:rPr>
              <w:t>Demostrar disposición al esfuerzo personal, superación y perseverancia.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participar de manera activa en la clase.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mejorar su condición física e interés por practicar actividad física de forma regular.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Promover la participación equitativa de hombres y mujeres en toda actividad física o deporte.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Observación de secuencias rítmicas con lista de cotejo; conversación sobre juegos con y sin oposición.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El docente entrega a cada estudiante una hoja de trabajo dividida en siete columnas y tres filas, e imágenes de actividades físicas recreativas que pueden practicar fuera del horario escolar. Instrumento: Criterios de evaluación. (pág. 109)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El docente los invita a ubicarse en círculos de ocho estudiantes. Instrumento: Criterios de evaluación. (pág. 110)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Sobre una colchoneta, el estudiante realiza una voltereta y, al terminar, salta de forma vertical lo más alto posible. Instrumento: Criterios de evaluación. (pág. 111)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Música tradicional chilena para movimiento (cueca, trote, ranchera); pañuelos; juegos de colaboración.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Ejes: Seguridad, juego limpio y liderazgo, Vida activa y saludable, Habilidades motrices</w:t>
            </w:r>
          </w:p>
          <w:p>
            <w:r>
              <w:rPr>
                <w:b w:val="0"/>
                <w:i w:val="0"/>
                <w:sz w:val="15"/>
              </w:rPr>
              <w:t>La unidad tiene tres propósitos centrales.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113–134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30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6, OA 8, OA 9, OA 10, 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4, OA 10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Ejecutar habilidades motoras básicas de locomoción, manipulación y equilibrio en diferentes entornos.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Usar una variedad de entornos y ambientes para la práctica de actividad física.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Asumir diferentes roles durante la práctica de juegos y actividades físicas.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Liderazgo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Trabajo en equipo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Reconocer diferentes roles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Cuidado del medioambiente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Rol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liderazgo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trabajo en equipo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reglas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calentamiento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sudor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temperatura corporal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hidratación.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10) · pág. 131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Guían a un compañero por medio de indicaciones y señales para que cumpla con la tarea propuesta.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Asumen las tareas asignadas por el docente.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Trabajan cooperativamente para completar un trabajo asignado.</w:t>
            </w:r>
          </w:p>
          <w:p>
            <w:r>
              <w:rPr>
                <w:b/>
                <w:i w:val="0"/>
                <w:sz w:val="15"/>
              </w:rPr>
              <w:t>Ejemplo 2 (OA 4) · pág. 132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diferentes saltos en distintos entornos.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Ejecutan de forma segura la tarea propuesta en el entorno natural.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diferentes habilidades motrices de acuerdo a los requerimientos del entorno natural.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medidas de limpieza en los diferentes lugares que hayan utilizado.</w:t>
            </w:r>
          </w:p>
          <w:p>
            <w:r>
              <w:rPr>
                <w:b/>
                <w:i w:val="0"/>
                <w:sz w:val="15"/>
              </w:rPr>
              <w:t>Ejemplo 3 (OA 4) · pág. 133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sistemas de referencias (mapas, símbolos, etc.) como guías para ejecutar diferentes actividades físicas en el entorno natural.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diferentes habilidades motrices de acuerdo a los requerimientos del entorno natural.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forma activa en las actividades realizadas al aire libre.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confianza en sí mismos al practicar actividad física.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Promover la participación equitativa de hombres y mujeres en toda actividad física o deporte.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Respetar la diversidad física de las personas, sin discriminar por características como altura, peso, color de piel o pelo, etc.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Pauta de roles y liderazgo en juegos al aire libre; reflexión sobre el cuidado del entorno natural.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1 Se establecen dos equipos y cada uno elegirá a un representante. Instrumento: Criterios de evaluación. (pág. 131)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1 El docente forma una ruta con diversos materiales, con alfombras, colchonetas, cajones, bloques de espuma, cuadrados de cartones, entre otros. Instrumento: Criterios de evaluación. (pág. 132)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1 Se establece un circuito con cuatro estaciones marcadas con las iniciales de los puntos cardinales. (pág. 133)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Patio, plaza o sendero cercano; bolsas para recoger basura; ropa adecuada a la estación.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Demostrar cada movimiento con el cuerpo, imágenes y consignas breves; usar conos, colores y música como apoyo.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formas de resolver un desafío motor y de contar cómo se sintió (oral, gestual o con dibujos).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juegos con variantes de dificultad, roles rotativos y reglas acordadas por el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MOTRICES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habilidades motrices básicas de locomoción, manipulación y estabilidad en diferentes direcciones, alturas y niveles, como saltar de forma continua en un pie y luego en el otro, botear un balón mientras camina, mantener el equilibrio sobre una base a una pequeña altura, realizar suspensiones, giros y rodadas o volteos.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acciones motrices que presenten una solución a un problema, por ejemplo, agrupaciones, representaciones de símbolos, letras, números o figuras geométricas.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una amplia gama de juegos con y sin oposición, con y sin colaboración, de persecución, individuales y colectivos.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habilidades motrices básicas en diferentes entornos, como plazas activas, patio del colegio, playa, entre otros, utilizando referencias (rutas, mapas, símbolos, etc.) guiados por el profesor.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movimientos corporales, expresando sensaciones, ideas, estados de ánimo y emociones en variados espacios y a diferentes ritmos e intensidades.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VIDA ACTIVA Y SALUDABLE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actividades físicas de intensidad moderada a vigorosa que incrementen la condición física por medio de juegos y circuitos.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Ejecutar e incorporar a su vida cotidiana juegos y actividades físicas de intensidad moderada a vigorosa (cinco veces por semana), como juegos tradicionales, saltar la cuerda y realizar caminatas al aire libre.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las sensaciones y respuestas corporales provocadas por la práctica de actividad física, como cambios del color de la piel, sudor, agitación, ritmo de respiración, cansancio y dificultad al hablar.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119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actividades físicas en forma segura, demostrando la adquisición de hábitos de higiene, posturales y de vida saludable, como lavarse las manos y la cara después de la clase, mantener una correcta postura y comer una colación saludable antes y luego de la práctica de actividad física.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SEGURIDAD, JUEGO LIMPIO Y LIDERAZGO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120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juegos o actividades motrices para aprender a trabajar en equipo, asumiendo diferentes roles (respetar al otro, recoger los materiales solicitados o liderar si se le asigna ese rol).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120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actividades físicas, demostrando comportamientos seguros,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realizar un calentamiento mediante un juego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escuchar y seguir instrucciones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utilizar implementos bajo supervisión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mantener su posición dentro de los límites establecidos para la actividad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los efectos positivos de la práctica regular de actividad física en la salud.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mejorar su condición física e interés por practicar actividad física de forma regular.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confianza en sí mismos al practicar actividad física.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participar de manera activa en la clase.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Promover la participación equitativa de hombres y mujeres en toda actividad física o deporte.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la diversidad física de las personas, sin discriminar por características como altura, peso, color de piel o pelo, etc.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al esfuerzo personal, superación y perseverancia.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Educación Física y Salud 2°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Educación Física y Salud · 2°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Educación Física y Salud · 2° básico</dc:title>
  <dc:subject/>
  <dc:creator/>
  <cp:keywords/>
  <dc:description>Generado el 2026-10-23 desde programa_edfisica_2basico.pdf (sha256 29ea9ef1bedb)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