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Educación Física y Salud · 4°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Educación Física y Salud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4°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4 h pedagógicas semanales con JEC (152 h anuales) · 3 h sin JEC (114 h anuales) · 38 semanas: usar las del plan del establecimiento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4° básico, los estudiantes demuestran control en sus habilidades motrices básicas, crean estrategias en juegos colectivos y practican juegos predeportivos aplicando reglas y principios de juego. Ejecutan danzas tradicionales, miden su esfuerzo con el pulso y la escala de Borg, y actúan con responsabilidad y seguridad.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Seguridad, juego limpio y liderazgo, Vida activa y saludable, Habilidades motrices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Seguridad, juego limpio y liderazgo, Vida activa y saludable, Habilidades motrices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Ejes: Seguridad, juego limpio y liderazgo, Vida activa y saludable, Habilidades motrices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Ejes: Seguridad, juego limpio y liderazgo, Vida activa y saludable, Habilidades motrices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29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4400"/>
            <w:gridSpan w:val="4"/>
          </w:tcPr>
          <w:p>
            <w:pPr>
              <w:keepNext/>
            </w:pPr>
            <w:r/>
            <w:r>
              <w:rPr>
                <w:b w:val="0"/>
                <w:i w:val="0"/>
                <w:sz w:val="18"/>
              </w:rPr>
              <w:t>Horas sin asignar en el Programa (diagnóstico, evaluaciones, imprevistos)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36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152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46).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Seguridad, juego limpio y liderazgo, Vida activa y saludable, Habilidades motrices</w:t>
            </w:r>
          </w:p>
          <w:p>
            <w:r>
              <w:rPr>
                <w:b w:val="0"/>
                <w:i w:val="0"/>
                <w:sz w:val="15"/>
              </w:rPr>
              <w:t>La unidad tiene dos propósitos principales.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48–67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30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6, OA 8, OA 9, 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11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Adquirir y perfeccionar las habilidades motrices básicas de locomoción, manipulación y equilibrio.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Practicar juegos recreativos para el desarrollo de las habilidades motrices básicas.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Realizar un calentamiento antes de la práctica de actividad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Adquirir normas de higiene, prevención y seguridad durante la práctica de actividad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Resolver problemas por medio de una acción motriz.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Niveles de intensidad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Estrategias de juego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Relación entre habilidades motrices y resolución de problemas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Calentamiento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seguridad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intensidad moderada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intensidad vigorosa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hábitos posturales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higiene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alimentación saludable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frecuencia cardiaca.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65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Perfeccionan la ejecución para controlar las habilidades motrices en variadas secuencias de movimiento para alcanzar un objetivo.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Corren con amplitud de zancada, marcando la fase aérea.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salto largo, utilizando impulso de tronco y brazos; demuestran control y coordinación durante la fase aérea del salto.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habilidades motrices de locomoción para optimizar su ejecución u obtener un resultado; por ejemplo: correr para saltar más alto o más lejos.</w:t>
            </w:r>
          </w:p>
          <w:p>
            <w:r>
              <w:rPr>
                <w:b/>
                <w:i w:val="0"/>
                <w:sz w:val="15"/>
              </w:rPr>
              <w:t>Ejemplo 2 (OA 11) · pág. 66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de forma correcta los ejercicios de calentamiento.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la importancia de realizar un calentamiento antes de la parte principal de la clase de Educación Física y Salud.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las partes del cuerpo que son trabajadas durante una actividad del calentamiento.</w:t>
            </w:r>
          </w:p>
          <w:p>
            <w:r>
              <w:rPr>
                <w:b/>
                <w:i w:val="0"/>
                <w:sz w:val="15"/>
              </w:rPr>
              <w:t>Ejemplo 3 (OA 2) · pág. 67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tareas motrices dadas por el docente en relación con el tiempo, el espacio y números.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que se le presentan en el momento de ejecutar la actividad.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en forma grupal si las estrategias seleccionadas fueron adecuadas para cumplir el objetivo.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en forma colaborativa problemas que se dan en el juego.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confianza en sí mismos al practicar actividad física.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Promover la participación equitativa de hombres y mujeres en toda actividad física o deporte.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Respetar la diversidad física de las personas, sin discriminar por características como altura, peso, color de piel o pelo, etc.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h: </w:t>
            </w:r>
            <w:r>
              <w:rPr>
                <w:b w:val="0"/>
                <w:i w:val="0"/>
                <w:sz w:val="15"/>
              </w:rPr>
              <w:t>Demostrar disposición al esfuerzo personal, superación y perseverancia.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participar de manera activa en la clase.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mejorar su condición física e interés por practicar actividad física de forma regular.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circuito de habilidades motrices y juego colectivo para observar control y toma de decisiones.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Lista de cotejo de control motor; registro de frecuencia cardiaca en reposo y tras el juego.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Corren una distancia marcada con conos y al término de la carrera, saltar lo ancho de una colchoneta y lanzar una pelotita hacia un punto determinado. Instrumento: Criterios de evaluación. (pág. 65)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Los estudiantes se ubicaran libremente por el espacio delimitado por el docente. Instrumento: Criterios de evaluación. (pág. 66)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Los estudiantes forman equipos de tres. Instrumento: Criterios de evaluación. (pág. 67)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Pelotas, conos y aros; fichas de registro; láminas de postura e higiene; espacio techado para días de mal tiempo.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Seguridad, juego limpio y liderazgo, Vida activa y saludable, Habilidades motrices</w:t>
            </w:r>
          </w:p>
          <w:p>
            <w:r>
              <w:rPr>
                <w:b w:val="0"/>
                <w:i w:val="0"/>
                <w:sz w:val="15"/>
              </w:rPr>
              <w:t>La unidad tiene dos propósitos principales.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68–88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6, OA 8, OA 9, 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6, OA 8, OA 9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Practicar juegos recreativos para el desarrollo de la condición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Monitorear la frecuencia cardiaca.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Realizar un calentamiento específico antes de la práctica de actividad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Adquirir normas de higiene, prevención y seguridad durante la práctica de actividad física.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Principios generales de juego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Frecuencia cardiaca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Utilización de escala de Borg (percepción de esfuerzo)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Calentamiento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condición física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resistencia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fuerza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fatiga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tensión muscular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velocidad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flexibilidad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frecuencia cardiaca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frecuencia respiratoria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percepción de esfuerzo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salud.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9) · pág. 85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 correcta ejecución de una respiración tranquila y en ejercicio.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diferencias en la frecuencia respiratoria en diferentes posiciones.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Incrementan hábitos de higiene personal y grupal.</w:t>
            </w:r>
          </w:p>
          <w:p>
            <w:r>
              <w:rPr>
                <w:b/>
                <w:i w:val="0"/>
                <w:sz w:val="15"/>
              </w:rPr>
              <w:t>Ejemplo 2 (OA 6) · pág. 86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circuitos que impliquen la participación de distintos grupos musculares.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alguna prueba o test para valorar el nivel personal de desarrollo de las cualidades físicas y comparan el resultado con sus compañeros.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carreras continuas para mejorar la resistencia.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actividades físicas de fuerza, como transporte de compañeros, tracción y empuje.</w:t>
            </w:r>
          </w:p>
          <w:p>
            <w:r>
              <w:rPr>
                <w:b/>
                <w:i w:val="0"/>
                <w:sz w:val="15"/>
              </w:rPr>
              <w:t>Ejemplo 3 (OA 8) · pág. 87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Miden la frecuencia cardíaca y la frecuencia respiratoria luego del ejercicio físico continuo.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la intensidad del ejercicio continuo con escalas de percepción de esfuerzo.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una planilla para registrar las respuestas corporales luego de realizar actividad física y las comparan con resultados anteriores para ver los posibles avances obtenidos con el entrenamiento.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mejorar su condición física e interés por practicar actividad física de forma regular.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participar de manera activa en la clase.</w:t>
            </w:r>
          </w:p>
          <w:p>
            <w:r>
              <w:rPr>
                <w:b/>
                <w:i w:val="0"/>
                <w:sz w:val="15"/>
              </w:rPr>
              <w:t xml:space="preserve">Actitud h: </w:t>
            </w:r>
            <w:r>
              <w:rPr>
                <w:b w:val="0"/>
                <w:i w:val="0"/>
                <w:sz w:val="15"/>
              </w:rPr>
              <w:t>Demostrar disposición al esfuerzo personal, superación y perseverancia.</w:t>
            </w:r>
          </w:p>
          <w:p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Valorar los efectos positivos de la práctica regular de actividad física en la salud.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Uso de la escala de Borg con fichas para autoevaluar el esfuerzo; observación de estrategias en juegos.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De pie, cuentan durante un minuto las veces que completan un ciclo respiratorio (inspiración y espiración). Instrumento: Criterios de evaluación. (pág. 85)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Los estudiantes confeccionan y realizan un circuito de resistencia que implique saltar pequeños obstáculos, correr metiendo un pie en una sucesión de diez aros en forma alternada, correr entre conos. Instrumento: Criterios de evaluación. (pág. 86)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Cada alumno tiene una hoja con una escala de percepción de esfuerzo. Instrumento: Criterios de evaluación. (pág. 87)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Escala de Borg ilustrada; cronómetro; circuitos de resistencia, fuerza, velocidad y flexibilidad.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Ejes: Seguridad, juego limpio y liderazgo, Vida activa y saludable, Habilidades motrices</w:t>
            </w:r>
          </w:p>
          <w:p>
            <w:r>
              <w:rPr>
                <w:b w:val="0"/>
                <w:i w:val="0"/>
                <w:sz w:val="15"/>
              </w:rPr>
              <w:t>La unidad tiene tres propósitos principales.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89–109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5, OA 6, OA 7, OA 8, OA 9, 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6,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Ejecutar una danza tradicional.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principios generales de juego.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Practicar juegos en la jornada extraescolar.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Sistemas generales de ataque y defensa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Reglas generales de juego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Habilidades rítmicas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Ritmo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danzas tradicionales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respuestas corporales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principios generales de juego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estrategias de juego.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7) · pág. 106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las dependencias del colegio, plazas y entornos cercanos a sus hogares para practicar ejercicio físico, rutina de actividades, juegos tradicionales y/o deportes, cinco veces a la semana.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la importancia de mantener un registro de las actividades físicas que realizan diariamente.</w:t>
            </w:r>
          </w:p>
          <w:p>
            <w:r>
              <w:rPr>
                <w:b/>
                <w:i w:val="0"/>
                <w:sz w:val="15"/>
              </w:rPr>
              <w:t>Ejemplo 2 (OA 5) · pág. 107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secuencias de movimientos, procurando llevar el ritmo de una melodía.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combinaciones simples de movimientos creados por ellos mismos, procurando expresar sentimientos o ideas por medio de sus movimientos corporales.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el movimiento y los gestos como medio de expresión frente a sonidos y ritmos variados.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distintos materiales para realizar secuencias de movimientos que impliquen cambios de dirección, diferentes planos, cambios de ritmos, etc.</w:t>
            </w:r>
          </w:p>
          <w:p>
            <w:r>
              <w:rPr>
                <w:b/>
                <w:i w:val="0"/>
                <w:sz w:val="15"/>
              </w:rPr>
              <w:t>Ejemplo 3 (OA 6) · pág. 108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circuitos de carácter continuo e intermitente para mejorar la resistencia.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actividades de fuerza para grupos musculares, como abdominales, cuádriceps, tríceps y bíceps.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de manera correcta actividades de movilidad articular y elongación muscular de tronco y extremidades.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h: </w:t>
            </w:r>
            <w:r>
              <w:rPr>
                <w:b w:val="0"/>
                <w:i w:val="0"/>
                <w:sz w:val="15"/>
              </w:rPr>
              <w:t>Demostrar disposición al esfuerzo personal, superación y perseverancia.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participar de manera activa en la clase.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mejorar su condición física e interés por practicar actividad física de forma regular.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Promover la participación equitativa de hombres y mujeres en toda actividad física o deporte.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Pauta de observación de danzas tradicionales y de sistemas de ataque y defensa en juegos predeportivos.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Los estudiantes elaboran un afiche con las actividades físicas que realizaron durante la semana con la familia, con los amigos, en el colegio y en instancias extracurriculares. Instrumento: Criterios de evaluación. (pág. 106)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Los estudiantes se dividen en grupos de seis. Instrumento: Criterios de evaluación. (pág. 107)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Forman grupos de 10 alumnos y elaboran un circuito de carreras con distancias de entre 20 y 30 metros e intensidades diferentes, que deberán recorrer en forma continua por ocho minutos. Instrumento: Criterios de evaluación. (pág. 108)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Música folclórica chilena de distintas zonas (cueca, trote, ranchera); balones y petos; juegos predeportivos adaptados.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Ejes: Seguridad, juego limpio y liderazgo, Vida activa y saludable, Habilidades motrices</w:t>
            </w:r>
          </w:p>
          <w:p>
            <w:r>
              <w:rPr>
                <w:b w:val="0"/>
                <w:i w:val="0"/>
                <w:sz w:val="15"/>
              </w:rPr>
              <w:t>La unidad tiene tres objetivos principales.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110–132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30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29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4, OA 6, OA 8, OA 9, OA 10, 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4, OA 10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Ejecutar habilidades motoras básicas de locomoción, manipulación y equilibrio en diferentes entornos.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una variedad de entornos y ambientes para la práctica de actividad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Asumir diferentes roles durante la práctica de juegos y actividades físicas.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Medidas de seguridad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Trabajo en equipo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Entender la actividad física como un medio de distracción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Rol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liderazgo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trabajo en equipo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cooperación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seguridad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honestidad.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4) · pág. 129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diferentes habilidades motoras de acuerdo a los requerimientos del entorno natural.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actividades en el medio natural, procurando sensibilizar a los compañeros en cuanto al respeto y la conservación del medio natural.</w:t>
            </w:r>
          </w:p>
          <w:p>
            <w:r>
              <w:rPr>
                <w:b/>
                <w:i w:val="0"/>
                <w:sz w:val="15"/>
              </w:rPr>
              <w:t>Ejemplo 2 (OA 3) · pág. 130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el juego como elemento de relación con los demás.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el juego como objeto de diversión y de aprendizaje de futuros deportes individuales y colectivos.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de manera activa en juegos adaptados en espacios y reglas simples que ponen en práctica algunos fundamentos elementales de deportes colectivos.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juegos pre-deportivos colectivos, utilizando sus principios básicos.</w:t>
            </w:r>
          </w:p>
          <w:p>
            <w:r>
              <w:rPr>
                <w:b/>
                <w:i w:val="0"/>
                <w:sz w:val="15"/>
              </w:rPr>
              <w:t>Ejemplo 3 (OA 10) · pág. 131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colaborativamente con sus compañeros en un juego o actividad deportiva.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equipos sin hacer diferencias.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Preparan material necesario para la realización de una actividad.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confianza en sí mismos al practicar actividad física.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Promover la participación equitativa de hombres y mujeres en toda actividad física o deporte.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Respetar la diversidad física de las personas, sin discriminar por características como altura, peso, color de piel o pelo, etc.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Coevaluación de honestidad, roles y respeto a las reglas; reflexión sobre medidas de seguridad al aire libre.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Salen a la plaza más cercana (si no hay una, se puede usar el patio del colegio). Instrumento: Criterios de evaluación. (pág. 129)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Se forman dos equipos de igual número de jugadores. Instrumento: Criterios de evaluación. (pág. 130)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Los estudiantes organizan un campeonato de algún juego pre-deportivo con ocho equipos que compiten entre sí. Instrumento: Criterios de evaluación. (pág. 131)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Entornos naturales cercanos; botiquín básico; ropa adecuada a la estación; juegos colectivos al aire libre.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Combinar demostración, videos cortos, esquemas de juego y fichas de registro del esfuerzo.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en la práctica, explicando tácticas, registrando datos o guiando a un grupo.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variantes adaptadas por nivel, elección de rol y deporte, y espacio techado cuando el clima no permita salir.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MOTRICES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127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control en la ejecución de las habilidades motrices básicas de locomoción, manipulación y estabilidad en diferentes direcciones, alturas y niveles, por ejemplo, atrapar un objeto con una mano a diferentes alturas, desplazarse boteando un objeto en zig-zag y saltar, caminar sobre una base a una pequeña altura y realizar un giro de 360° en un solo pie.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127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Ejecutar juegos colectivos y crear estrategias con el apoyo del docente para resolver problemas en relación al tiempo, el espacio y el número de personas, por ejemplo, dar cinco pases sin que el equipo rival lo intercepte o sin que el objeto caiga.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127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juegos pre-deportivos con reglas y espacios adaptados, aplicando los principios generales de juego, como acoplarse en ataque y replegarse en defensa, utilizar el campo de juego a lo largo y ancho o reconocer el espacio del adversario.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127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Ejecutar actividades físicas y/o lúdicas en diferentes entornos, aplicando medidas para conservar limpios y ordenados los espacios,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jugar en plazas activas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jugar un partido en la plaza o la playa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realizar caminatas en el entorno natural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andar en bicicleta en un parque o en un camino rural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127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Ejecutar movimientos o elementos de danzas tradicionales de forma coordinada, utilizando actividades rítmicas y lúdicas de forma individual o grupal.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VIDA ACTIVA Y SALUDABLE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128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Ejecutar actividades físicas de intensidad moderada a vigorosa que desarrollen la condición física por medio de la práctica de ejercicios de resistencia cardiovascular, fuerza, flexibilidad y velocidad, mejorando sus resultados personales.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128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de manera regular y autónoma actividades físicas de intensidad moderada a vigorosa, como saltar la cuerda y caminar hasta el colegio.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128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Medir y registrar las respuestas corporales provocadas por la actividad física mediante el pulso o utilizando escalas de percepción de esfuerzo.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128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actividades físicas en forma segura, demostrando la adquisición de hábitos de higiene, posturales y de vida saludable, como utilizar protección solar, lavarse y cambiarse de ropa después de la clase, hidratarse con agua, comer una colación saludable después de la práctica de actividad física.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SEGURIDAD, JUEGO LIMPIO Y LIDERAZGO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128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actividades físicas y /o juegos colectivos con responsabilidad y honestidad, cumpliendo las reglas y los roles asignados, respetando las decisiones de la autoridad y organizar equitativamente los equipos.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128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actividades físicas, demostrando comportamientos seguros,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realizar un calentamiento en forma apropiada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utilizar de manera adecuada los materiales y las instalaciones para evitar el riesgo personal y de otros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escuchar y seguir instrucciones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asegurar que el espacio está libre de obstáculos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Valorar los efectos positivos de la práctica regular de actividad física en la salud.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mejorar su condición física e interés por practicar actividad física de forma regular.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confianza en sí mismos al practicar actividad física.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participar de manera activa en la clase.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Promover la participación equitativa de hombres y mujeres en toda actividad física o deporte.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Respetar la diversidad física de las personas, sin discriminar por características como altura, peso, color de piel o pelo, etc.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trabajar en equipo, colaborar con otros y aceptar consejos y críticas.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al esfuerzo personal, superación y perseverancia.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Educación Física y Salud 4°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Educación Física y Salud · 4°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Educación Física y Salud · 4° básico</dc:title>
  <dc:subject/>
  <dc:creator/>
  <cp:keywords/>
  <dc:description>Generado el 2026-10-23 desde programa_edfisica_4basico.pdf (sha256 8f1becc9c2f4)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