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Física y Salud · 7°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Física y Salud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7°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628/2016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7° básico, los estudiantes aplican y combinan habilidades motrices en deportes individuales, colectivos y actividades en contacto con la naturaleza, practican actividad física de forma regular y segura, y asumen responsabilidad personal y social en la actividad física y el deporte.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28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47).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Los 5 OA se trabajan en todas las unidades (Programa, pág. 47);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La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56–76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 a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Ajustar y combinar las habilidades motrices específicas de locomoción, manipulación y estabilidad.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y combinar las habilidades motrices de locomoción, manipulación y estabilidad en deportes individuales y oposición.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Mantener el equilibrio en una posición estática y dinámica en diferentes actividades deportivas.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secuencias de movimientos que demuestren dominio y control corporal.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 de deportes individuales y de oposición.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y tácticas del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seguridad.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Efectos de la práctica regular de actividad física en la calidad de vida.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Condición física, deportes individuales y de oposición, frecuencia, intensidad, tiempo, tipo de actividad, promoción, vida activa saludable.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73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los principios de frecuencia, intensidad, tiempo de duración y tipo de ejercicio para elaborar una rutina de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actividades físicas que desarrollan las resistencia cardiovascular, fuerza muscular, flexibilidad y velocidad.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 test para valorar su condición física con respecto a velocidad, fuerza, resistencia y flexibilidad, respetando las diferencias individuales.</w:t>
            </w:r>
          </w:p>
          <w:p>
            <w:r>
              <w:rPr>
                <w:b/>
                <w:i w:val="0"/>
                <w:sz w:val="15"/>
              </w:rPr>
              <w:t>Ejemplo 2 (OA 1) · pág. 75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Corren de manera continua, manteniendo el control de su cuerpo.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secuencias de movimientos que demuestran la diversidad, el dominio y el control del ritmo en su ejecución; por ejemplo: en la carrera de velocidad, carrera con vallas, carrera para saltar largo o en una destreza gimnástica, como una vuelta sobre los apoyos invertidos.</w:t>
            </w:r>
          </w:p>
          <w:p>
            <w:r>
              <w:rPr>
                <w:b/>
                <w:i w:val="0"/>
                <w:sz w:val="15"/>
              </w:rPr>
              <w:t>Ejemplo 3 (OA 1)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saltos a distintas velocidades y direcciones.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el equilibrio en una posición estática y dinámica en diferentes actividades deportivas; por ejemplo: caminan sobre una viga en la gimnasia, realizan giros en un pie,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el equilibrio, aumentando su base de sustentación; por ejemplo: doblan las rodillas para disminuir el centro de gravedad, separan los pies para aumentar la superficie de contacto, entre otros.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Demostrar y asumir responsabilidad por su salud, buscando mejorar su condición física y practicando actividades físicas y/o deportivas en forma regular.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Promover la participación de todos en las actividades físicas, valorando la diversidad de las personas, sin discriminar por características como altura, peso, color de piel, origen, condición física, discapacidades, etc.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Apreciar la práctica regular de actividades físicas y deportivas como fuente de bienestar, recreación y crecimiento en lo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evaluación de la condición física y de habilidades motrices básicas, con pauta.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con lista de cotejo durante la práctica; autoevaluación de la condición física.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siguientes son test de medición individual de los alumnos que sirven para readecuar la planificación del año (no debe ser calificado). Instrumento: Criterios de evaluación. (pág. 73)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En un espacio plano y sin pendiente, se demarca una pista en línea recta de cuarenta metros, siendo los 10 primeros metros para alcanzar la máxima velocidad y los 30 metros restantes para mantener su máxima velocidad. Instrumento: Criterios de evaluación. (pág. 75)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Cada estudiante ejecuta las siguientes acciones en un espacio de 20 metros marcado con dos conos: - Salta con una cuerda 6 veces a pies juntos en el lugar. Instrumento: Criterios de evaluación. (pág. 76)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Implementos deportivos del liceo; registro de frecuencia cardíaca; pautas de calentamiento.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Esta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77–97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 a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habilidades específicas de manipulación en deportes de colaboración y oposición/colaboración.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y combinar las habilidades específicas de locomoción en deportes de colaboración y oposición/colaboración.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los principios de frecuencia, intensidad, tiempo de duración y tipo de ejercicio para elaborar una rutina de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estrategias y tácticas individuales y grupales en deportes de colaboración y oposición/colaboración.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 de deportes de colaboración y oposición/colaboración.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y tácticas de los deportes.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de frecuencia, intensidad, tiempo y tipo de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promoción para una vida activa.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seguridad para la práctica deportiva.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Deportes de colaboración y oposición/colaboración, intensidad, frecuencia, tiempo, tipo de actividad, promoción, vida activa saludable, resistencia cardiovascular, fuerza, flexibilidad, velocidad, trabajo en equipo.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un registro periódico de la actividad física que realizan diariamente.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aquellas actividades que no son de intensidad moderada a vigorosa.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autoevalúan en relación con su mejoría de la condición física, considerando la escala de percepción del esfuerzo.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Practican regularmente en una variedad de actividades físicas de intensidad moderada a vigorosa en utilizando diferentes espacios; por ejemplo: al aire libre, en el patio de la escuela, en las instalaciones de la comunidad (centros de recreación, piscinas, parques), entre otros.</w:t>
            </w:r>
          </w:p>
          <w:p>
            <w:r>
              <w:rPr>
                <w:b/>
                <w:i w:val="0"/>
                <w:sz w:val="15"/>
              </w:rPr>
              <w:t>Ejemplo 2 (OA 2) · pág. 94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Planean tácticas grupales en situaciones de juego; por ejemplo: se organizan con sus compañeros para quitar la pelota a los contrincantes; se distribuyen en posiciones de juego para atrapar al adversario.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la forma de resolver un problema durante un juego colectivo y la ejecutan; por ejemplo: cuando entregan y reciben un balón mientras están marcados por un compañero.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Buscan la forma de desmarcarse para recibir un balón durante un juego.</w:t>
            </w:r>
          </w:p>
          <w:p>
            <w:r>
              <w:rPr>
                <w:b/>
                <w:i w:val="0"/>
                <w:sz w:val="15"/>
              </w:rPr>
              <w:t>Ejemplo 3 (OA 3)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Practican actividades físicas que desarrollan la resistencia cardiovascular, fuerza muscular, flexibilidad y velocidad.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Monitorean y comparan su frecuencia cardiaca antes, durante y después de un entrenamiento y después de practicar una actividad aeróbica.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los principios de frecuencia, intensidad, tiempo de duración y tipo de ejercicio para elaborar una rutina de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mecanismos para mejorar la resistencia con actividades de mediana a larga duración.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en equipo, asumiendo responsablemente roles y tareas, colaborando con otros y aceptando consejos y críticas.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Demostrar y asumir responsabilidad por su salud, buscando mejorar su condición física y practicando actividades físicas y/o deportivas en forma regular.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Promover la participación de todos en las actividades físicas, valorando la diversidad de las personas, sin discriminar por características como altura, peso, color de piel, origen, condición física, discapacidades, etc.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Coevaluación del trabajo en equipo; registro del progreso individual.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Durante un mes, los estudiantes se proponen realizar actividad física de forma permanente (caminar, correr, subir escaleras, entre otras). Instrumento: Criterios de evaluación. (pág. 92)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se organizan en grupos para jugar tres partidos de hándbol (balonmano). Instrumento: Criterios de evaluación. (pág. 94)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se organizan en parejas. Instrumento: Criterios de evaluación. (pág. 95)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Implementos para deportes colectivos; espacios del liceo; videos de técnica.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La unidad tiene dos propósitos principales: que los estudiantes combinen, apliquen y ajusten sus habilidades motrices específicas en, al menos, un deporte de oposición/colaboración, y que usen esas habilidades en una danza.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98–114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 a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las habilidades de manipulación en deportes de oposición/colaboración; por ejemplo: efectuar un golpe con el antebrazo en el vóleibol, hacer un pase de pecho en el básquetbol,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las habilidades motrices y coordinativas en un baile nacional, según el contexto.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los conceptos de espacio, tiempo y alturas para coordinar desplazamientos y ritmos en un baile de parejas.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Acoger las opiniones de los compañeros y del profesor –quienes han efectuado una observación crítica de su desempeño– para autoevaluarse y así mejorar su condición física, y considerar la corrección derivada de su propio análisis.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Danza, folclore.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Relación entre espacio, tiempo y altura.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 básicas de deportes de oposición/colaboración.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promoción para una vida activa.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Danza educativa, deportes de oposición/colaboración, intensidad, frecuencia, tiempo, tipo de actividad, promoción, vida activa saludable, resistencia cardiovascular, fuerza, flexibilidad y velocidad.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112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 calentamiento específico según la actividad física que van a realizar.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Para mejorar su condición física, se autoevalúan, acogiendo la información entregada por sus compañeros y el profesor tras una observación crítica de su desempeño, y consideran la corrección derivada de su propio análisis.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el registro de su frecuencia cardiaca durante el periodo del entrenamiento.</w:t>
            </w:r>
          </w:p>
          <w:p>
            <w:r>
              <w:rPr>
                <w:b/>
                <w:i w:val="0"/>
                <w:sz w:val="15"/>
              </w:rPr>
              <w:t>Ejemplo 2 (OA 1) · pág. 113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coreografías y creaciones artísticas individuales y grupales usando las habilidades motrices específicas.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Guiados por el docente, interpretan creaciones motrices rítmicas.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control y ritmo al ejecutar una danza nacional o internacional.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una variedad de movimientos rápidos y lentos para ejecutar y crear movimientos rítmicos en danzas.</w:t>
            </w:r>
          </w:p>
          <w:p>
            <w:r>
              <w:rPr>
                <w:b/>
                <w:i w:val="0"/>
                <w:sz w:val="15"/>
              </w:rPr>
              <w:t>Ejemplo 3 (OA 3) · pág. 114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 calentamiento específico según la actividad física que va a realizar.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Para mejorar su condición física, se autoevalúan, acogiendo la información entregada por sus compañeros y el profesor tras una observación crítica de su desempeño, y consideran la corrección derivada de su propio análisis.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Demostrar respeto por los demás al participar en actividades físicas y/o deportivas; por ejemplo: aplicar el principio de juego limpio, llegar a acuerdos, jugar en forma cooperativa, aceptar el resultado y manejar el triunfo, entre otros.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iniciativa en la promoción de una vida activa y los deportes, con sus compañeros y en la comunidad escolar.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en equipo, asumiendo responsablemente roles y tareas, colaborando con otros y aceptando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Lista de cotejo de habilidades específicas; preguntas sobre seguridad y autocuidado.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alumnos trotan libremente durante unos 12 minutos, utilizando todo el espacio disponible de su escuela y a una intensidad de entre 50% y 60% de la frecuencia cardiaca. Instrumento: Criterios de evaluación. (pág. 112)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estudiantes, en grupos, crean una coreografía de algún baile del país y la presentan al curso. Instrumento: Criterios de evaluación. (pág. 113)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curso se divide en cuatro grupos. Instrumento: Criterios de evaluación. (pág. 114)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Implementos para deportes individuales y actividades al aire libre adaptadas al clima de la zona.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La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115–130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28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 a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las habilidades motrices especializadas en los deportes de colaboración y oposición, entregando pases a los compañeros mejor ubicados en 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las habilidades de manipulación en deportes de oposición/colaboración; por ejemplo: efectuar un golpe con el antebrazo en el vóleibol, hacer un pase de pecho en el básquetbol,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Promover el trabajo en equipo para lograr las tareas motrices.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 de deportes de oposición/colaboración.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de frecuencia, intensidad, tiempo y tipo de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promoción para una vida activa.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seguridad para la práctica de actividad física.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Deportes de oposición/colaboración, intensidad, frecuencia, tiempo, tipo de actividad, promoción, vida activa saludable, resistencia cardiovascular, fuerza, flexibilidad y velocidad.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habilidades motrices especializadas de los deportes de colaboración y oposición, entregando pases a los compañeros mejor ubicados en 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Interactúan con sus compañeros para obtener mejores resultados en 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habilidades de manipulación en deportes de oposición/colaboración; por ejemplo: conducir una pelota con un bastón en hockey, efectuar un golpe con el antebrazo en el vóleibol, hacer un pase de pecho en el básquetbol, entre otros.</w:t>
            </w:r>
          </w:p>
          <w:p>
            <w:r>
              <w:rPr>
                <w:b/>
                <w:i w:val="0"/>
                <w:sz w:val="15"/>
              </w:rPr>
              <w:t>Ejemplo 2 (OA 3) · pág. 129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una condición física saludable, aplicando los principios de frecuencia, intensidad, duración y tipo de ejercicio en su entrenamiento durante las vacaciones.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y aplican los diferentes tipos de ejercicio que mejoraran su condición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Trabajan aquellos elementos más deficientes de su condición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Conocen y realizan un test de condición física para determinar sus registros personales y verificar sus avances.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 acuerdo a la condición física alcanzada, establecen la relación entre sus distintos componentes.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Verifican el cumplimiento de las metas propuestas para mejorar la resistencia por medio de actividades de mediana a larga duración.</w:t>
            </w:r>
          </w:p>
          <w:p>
            <w:r>
              <w:rPr>
                <w:b/>
                <w:i w:val="0"/>
                <w:sz w:val="15"/>
              </w:rPr>
              <w:t>Ejemplo 3 (OA 5) · pág. 130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actividades físicas que se desarrollen en su comunidad y que incentiven la práctica regular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Promueven la práctica regular de actividad física y deportiva mediante campañas motivacionales al interior de la escuela (murales, afiches,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Ejercen sus habilidades de liderazgo en el entorno escolar y de acuerdo al contexto.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Demostrar respeto por los demás al participar en actividades físicas y/o deportivas; por ejemplo: aplicar el principio de juego limpio, llegar a acuerdos, jugar en forma cooperativa, aceptar el resultado y manejar el triunfo, entre otros.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Cuidar el medio ambiente, la infraestructura y los materiales utilizados durante la práctica de actividad física y/o deportiva.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iniciativa en la promoción de una vida activa y los deportes, con sus compañeros y en la comunidad escolar.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de práctica regular de actividad física fuera del horario; retroalimentación individual.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un espacio delimitado con conos, los alumnos conducen una pelota por el recorrido –que ha sido trazado previamente– con el stick que ellos mismos elaboraron con anterioridad. Instrumento: Criterios de evaluación. (pág. 128)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Organizados en grupos de 6 integrantes, buscan en el colegio un espacio físico donde puedan correr de manera continua y sin dificultades durante 8 minutos. Instrumento: Criterios de evaluación. (pág. 129)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alumnos participan en una cicletada en su comuna. Instrumento: Criterios de evaluación. (pág. 130)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 vida activa; implementos deportivos; espacios comunitarios de la comuna para actividad física.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ejemplos visuales, auditivos y prácticos, y con modelado del docente.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de distintas formas (oral, escrita, práctica, gráfica o digital).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opciones de tema o de rol y trabajo colaborativo, con desafíos graduados.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MOTRICES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Aplicar, combinar y ajustar las habilidades motrices específicas de locomoción, manipulación y estabilidad en, al menos: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 deporte individual (atletismo, gimnasia artística,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 deporte de oposición (tenis, bádminton,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 deporte de colaboración (escalada, remo,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 deporte de oposición/colaboración (básquetbol, hándbol, hockey,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Una danza (folclórica, moderna, entre otras).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Seleccionar y aplicar estrategias y tácticas específicas para la resolución de problemas durante la práctica de juegos o deportes; por ejemplo: ubicar la pelota lejos de un contrincante, utilizar los espacios para recibir un objeto sin oponentes, aplicar un sistema de juego (uno contra uno, tres contra tres, etc.),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VIDA ACTIVA SALUDABLE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la resistencia cardiovascular, la fuerza muscular, la velocidad y la flexibilidad para alcanzar una condición física saludable,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Frecuencia.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Intensidad.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Tiempo de duración.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Tipo de ejercicio (correr, andar en bicicleta, realizar trabajo de fuerza, ejercicios de flexibilidad, entre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regularmente una variedad de actividades físicas alternativas y/o deportivas, en diferentes entornos, aplicando conductas de autocuidado y seguridad, como realizar al menos 30 minutos diarios de actividades físicas de su interés; evitar el consumo de drogas, tabaco y alcohol; ejecutar un calentamiento; aplicar reglas y medidas de seguridad; hidratarse con agua de forma permanente; entre otras.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RESPONSABILIDAD PERSONAL Y SOCIAL EN LA ACTIVIDAD FÍSICA Y EL DEPORTE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una variedad actividades físicas y/o deportivas de su interés y que se desarrollan en su comunidad escolar y/o en su entorno;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Integrarse en talleres extraprogramáticos de actividades físicas y/o deportivas que se desarrollan en su comunidad y/o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Asumir variados roles en la participación y promoción de una vida activa.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los entornos cercanos para realizar alguna actividad física y/o deportiva (plazas, parques, entre otros).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respeto por los demás al participar en actividades físicas y/o deportivas; por ejemplo: aplicar el principio de juego limpio, llegar a acuerdos, jugar en forma cooperativa, aceptar el resultado y manejar el triunfo,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la participación de todos en las actividades físicas, valorando la diversidad de las personas, sin discriminar por características como altura, peso, color de piel, origen, condición física, discapacidades,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en equipo, asumiendo responsablemente roles y tareas, colaborando con otros y aceptando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Apreciar la práctica regular de actividades físicas y deportivas como fuente de bienestar, recreación y crecimiento en lo personal y social.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y asumir responsabilidad por su salud, buscando mejorar su condición física y practicando actividades físicas y/o deportivas en forma regular.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iniciativa en la promoción de una vida activa y los deportes, con sus compañeros y en la comunidad escolar.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Cuidar el medio ambiente, la infraestructura y los materiales utilizados durante la práctica de actividad física y/o deportiva.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Educación Física y Salud 7° básico, Mineduc (Decreto Exento N° 628/2016)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Física y Salud · 7°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Física y Salud · 7° básico</dc:title>
  <dc:subject/>
  <dc:creator/>
  <cp:keywords/>
  <dc:description>Generado el 2026-10-23 desde programa_edfisica_7basico.pdf (sha256 c7a1dd2cc8dd)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