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Expresión Corporal y Danza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Expresión Corporal y Danza (Formación Diferenciada HC, área C)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amplían la conciencia y las posibilidades expresivas de su cuerpo, exploran las cualidades del movimiento y crean colaborativamente propuestas de danza, valorando su corporalidad y la de los demás.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Conciencia corporal: sensación y percepción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Agilidad y expresividad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Lenguaje corporal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Expresión y creación en danza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Conciencia corporal: sensación y percepción</w:t>
            </w:r>
          </w:p>
          <w:p>
            <w:r>
              <w:rPr>
                <w:b w:val="0"/>
                <w:i w:val="0"/>
                <w:sz w:val="15"/>
              </w:rPr>
              <w:t>Se espera que los estudiantes desarrollen la capacidad de expresar sus sensaciones, imaginarios, emociones e ideas por medio de la expresión corporal, transformando la percepción de sí mismo desde experiencias vinculadas a la danza que impulsen el desarrollo de la sensibilidad corporal y la creación.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31–51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4) · pág. 49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Generan movimientos de manera consciente, variando el tono muscular y el uso de su cuerpo de manera global y diferenciada.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diversas maneras de moverse, contrastando cualidades de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Resignifican su corporalidad como fuente de expresión, comunicación y creación.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Reflexionan de manera grupal sobre su autoevaluación y proponen mejoras para el desarrollo de la propia corporalidad.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circuito de exploración de movimiento libre y conversación sobre sus experiencias previas con la danza y la actividad física, para conocer cómo se relacionan con su cuerpo.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corporal con el registro de sensaciones y cambios en la percepción del cuerpo tras cada sesión (OA 1); observación con lista de cotejo de la variación del tono muscular y de la condición física en secuencias de movimiento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evaluar y que el estudiante se autoevalúe respecto de su improvisación y reflexión en grupo; se pone énfasis en la exploración por medio del movimiento, la interacción con otros y con las sensaciones y posibilidades de movimiento. (pág. 49)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Gimnasio o sala amplia, acondicionada según la estación; colchonetas, telas y música variada; parlante y audios descargados.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Agilidad y expresividad</w:t>
            </w:r>
          </w:p>
          <w:p>
            <w:r>
              <w:rPr>
                <w:b w:val="0"/>
                <w:i w:val="0"/>
                <w:sz w:val="15"/>
              </w:rPr>
              <w:t>Se espera que los estudiantes desarrollen capacidades para explorar, diferenciar y practicar las posibilidades que ofrece su cuerpo en movimiento, desde procesos interactivos y significativos basados en las cualidades temporales, espaciales y energéticas.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52–71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3, OA 4) · pág. 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habilidades motrices básicas y específicas para explorar las diferentes posibilidades de movimiento que les ofrece su cuerpo, desde diferentes sensaciones y acciones.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Generan movimientos de manera consciente, variando el tono muscular y el uso de su cuerpo de manera global y diferenciada, en función de la eficiencia motriz.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Observan, identifican y aplican diversas maneras de moverse, contrastando cualidades de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colectivamente el proceso desarrollo de la corporalidad y reflexionan sobre lo creado.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Exploración de las cualidades de tiempo, espacio, peso y flujo, inspirada en elementos del entorno como el viento, el agua de los ríos o el movimiento de los animales, con coevaluación (OA 3); registro de avances en agilidad y control del cuerpo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evaluar el proceso de la unidad y el desarrollo de la corporalidad como un medio de comunicación y expresión, con acento en la sensibilidad y la aproximación a los lenguajes artísticos, considerando instrumentos de co-evaluación y auto-evaluación que se apliquen de manera personal y colectiva al finalizar la creación in situ. (pág. 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Música de distintos tempos; imágenes y videos del paisaje regional; pañuelos, bastones y aros; espacios exteriores en días de buen tiempo.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Lenguaje corporal</w:t>
            </w:r>
          </w:p>
          <w:p>
            <w:r>
              <w:rPr>
                <w:b w:val="0"/>
                <w:i w:val="0"/>
                <w:sz w:val="15"/>
              </w:rPr>
              <w:t>Se espera que los estudiantes generen propuestas de movimiento, utilizando diferentes manifestaciones corporales diseñadas por cada estudiante y con otros, para desarrollar la creatividad, la expresión y la comunicación.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72–90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2, OA 3) · pág. 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Generan movimientos de manera consciente, variando el tono muscular y las relaciones entre sus partes.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movimientos desde las relaciones de sus partes, interactuando con variaciones temporales, espaciales y energéticas.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Componen colaborativamente improvisaciones, aplicando diversas cualidades de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Reflexionan críticamente sobre el trabajo realizado y analizan los movimientos estereotipados que se imponen en el trabajo.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Improvisaciones en grupo con pauta de observación entre pares (OA 2, OA 3); reflexión oral o escrita sobre los estereotipos corporales y su lenguaje corporal propio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evaluar el pensamiento crítico de los estudiantes respecto de los estereotipos corporales y expresivos y la improvisación en pareja a partir de sus propias composiciones, con instrumentos de heteroevaluación, coevaluación y autoevaluación. (pág. 89)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Celular para grabar y revisar las improvisaciones; música variada, incluidos ritmos tradicionales de distintas zonas de Chile, como la cueca, el cachimbo o la ranchera; espejo o pared lisa para observarse.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Expresión y creación en danza</w:t>
            </w:r>
          </w:p>
          <w:p>
            <w:r>
              <w:rPr>
                <w:b w:val="0"/>
                <w:i w:val="0"/>
                <w:sz w:val="15"/>
              </w:rPr>
              <w:t>Se espera que los estudiantes creen en colaboración, valorando las propias manifestaciones corporales expresivas y la de los demás por medio de la danza; ello favorece los procesos de desarrollo personal e interpersonal.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92–108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2)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habilidades motrices básicas y específicas para explorar las diferentes posibilidades de movimiento que les ofrece su cuerpo en relación con el espacio y el 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Componen en colaboración variadas posibilidades de relacionarse, expresar y crear imaginarios desde el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Resignifican su corporalidad como fuente de expresión, comunicación y creación.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Reflexionan sobre las construcciones y creaciones corporales realizadas y analizan cómo integraron sus intereses personales en la demostración.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Creación colectiva de una pieza breve de danza, con registro del proceso, retroalimentación en los ensayos y autoevaluación tras presentarla a la comunidad escolar (OA 1, 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evaluar durante la práctica de clase y en grupo cómo la creación integra los intereses socioculturales de los participantes durante el proceso. (pág. 105)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Gimnasio o salón del liceo; vestuario sencillo y elementos reciclados; iluminación básica; actos o encuentros culturales de la comuna para presentar.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las propuestas de movimiento con demostraciones, imágenes, videos, música y consignas verbales claras.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el movimiento, bitácoras escritas o dibujadas, registros en video o conversaciones sobre el proceso.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Crear un clima de confianza sin juicios sobre el cuerpo, con niveles de exposición graduales y libertad para elegir música e imágenes de inspiración.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213 · P 213)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la expresión de su corporalidad, y la de otros, desde el conocimiento de sus posibilidades físicas, motrices y expresivas.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213 · P 213)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Descubrir un lenguaje corporal propio a través del movimiento, utilizando la improvisación y la creación.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213 · P 213)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las leyes del movimiento y las fuerzas externas, como tiempo, espacio, peso, flujo y energía, para crear a través de su corporalidad diferentes posibilidades de movimiento.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213 · P 213)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Manejar la conciencia de su propia corporalidad, a partir del desarrollo de la condición física y su eficiencia en la acción motriz.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Expresión Corporal y Danza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Expresión Corporal y Danza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Expresión Corporal y Danza · 3° o 4° medio</dc:title>
  <dc:subject/>
  <dc:creator/>
  <cp:keywords/>
  <dc:description>Generado el 2026-10-23 desde programa_dif_expresion_corporal_danza.pdf (sha256 d8feac37350c)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