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Filosofía ·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Filosofía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medio, los estudiantes reflexionan sobre el valor y los límites de la filosofía, analizan dilemas éticos y problemas políticos contemporáneos desde distintas teorías, evalúan la validez de argumentos y examinan el impacto de las ideas filosóficas en la tecnología, el trabajo, el arte y la vida cotidiana.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filosofía permite cuestionar el conocimiento y las acciones del ser humano.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 ética permite evaluar y mejorar los supuestos de nuestros actos.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Comprensión de problemas éticos y políticos contemporáneos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El impacto de la filosofía en la vida cotidiana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filosofía permite cuestionar el conocimiento y las acciones del ser humano.</w:t>
            </w:r>
          </w:p>
          <w:p>
            <w:r>
              <w:rPr>
                <w:b w:val="0"/>
                <w:i w:val="0"/>
                <w:sz w:val="15"/>
              </w:rPr>
              <w:t>Los estudiantes adquirirán herramientas para cuestionar y fundamentar el valor y el lugar de la filosofía en la sociedad contemporánea.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32–63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1: ¿Te imaginas un mundo sin filosofía? (OA 1)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perspectiva personal respecto del valor, los límites y el lugar de la filosofía en la sociedad contemporánea.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sus perspectivas con posturas vistas en textos filosóficos que sean pertinentes.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escritura breve sobre la pregunta '¿para qué sirve la filosofía?' y repaso oral de conceptos y herramientas de argumentación de 3° medio.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Debate breve sobre la 'utilidad' de la filosofía con pauta de argumentos (OA 1); portafolio de reflexiones que relacionan la filosofía con otras disciplinas y formas de saber (OA b,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1: ¿Te imaginas un mundo sin filosofía?: </w:t>
            </w:r>
            <w:r>
              <w:rPr>
                <w:b w:val="0"/>
                <w:i w:val="0"/>
                <w:sz w:val="15"/>
              </w:rPr>
              <w:t>Se busca que los estudiantes reflexionen cómo sería un mundo sin filosofía, mediante la creación un cuento. (pág. 60)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filosóficos del texto escolar y la biblioteca CRA; entrevistas a personas de la comunidad sobre las preguntas que se hacen en su trabajo o vida diaria.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 ética permite evaluar y mejorar los supuestos de nuestros actos.</w:t>
            </w:r>
          </w:p>
          <w:p>
            <w:r>
              <w:rPr>
                <w:b w:val="0"/>
                <w:i w:val="0"/>
                <w:sz w:val="15"/>
              </w:rPr>
              <w:t>Se busca que los estudiantes puedan identificar y problematizar los supuestos que guían sus acciones para tomar decisiones de manera autónoma.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64–95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2: Análisis de un dilema moral personal (OA 2)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dilemas éticos a partir de distintas perspectivas filosóficas.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Defienden una postura personal frente a dilemas, fundamentando con conceptos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preguntas filosóficas, basados en las teorías éticas estudiadas.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dilemas morales cercanos desde distintas teorías éticas, con pauta de fundamentación (OA 2); identificación de argumentos válidos y falaces en discusiones cotidianas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2: Análisis de un dilema moral personal: </w:t>
            </w:r>
            <w:r>
              <w:rPr>
                <w:b w:val="0"/>
                <w:i w:val="0"/>
                <w:sz w:val="15"/>
              </w:rPr>
              <w:t>Se espera que los estudiantes incorporen criterios filosóficos en las decisiones éticas de su vida personal para actuar de manera más reflexiva y autónoma, mediante el análisis de un dilema moral personal.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Dilemas propios de la vida en la comunidad (ayudar a un vecino en una emergencia, repartir el agua en tiempos de sequía, la calefacción frente a la contaminación del aire); fragmentos de teorías éticas clásicas.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Comprensión de problemas éticos y políticos contemporáneos</w:t>
            </w:r>
          </w:p>
          <w:p>
            <w:r>
              <w:rPr>
                <w:b w:val="0"/>
                <w:i w:val="0"/>
                <w:sz w:val="15"/>
              </w:rPr>
              <w:t>Se busca que los estudiantes sean capaces de analizar críticamente problemas éticos y políticos contemporáneos para elaborar una visión personal.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96–128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3: Debate filosófico (OA 3, OA 4)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el desarrollo de diálogos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Defienden una postura personal en el diálogo y son capaces de comparar perspectivas y fundamentar puntos de vista.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problemas políticos contemporáneos desde diversas perspectivas filosóficas.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Debate filosófico con pauta sobre un problema ético y político del país o la región, como la ética ambiental y los grandes proyectos energéticos o mineros, comparando perspectivas (OA 3); evaluación de los argumentos de cada postura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3: Debate filosófico: </w:t>
            </w:r>
            <w:r>
              <w:rPr>
                <w:b w:val="0"/>
                <w:i w:val="0"/>
                <w:sz w:val="15"/>
              </w:rPr>
              <w:t>Los estudiantes construyen argumentos basados en ideas y conceptos filosóficos para debatir sobre temas contemporáneos, de modo que reconozcan la filosofía como una fuente valiosa para discutir problemas políticos actuales. (pág. 124)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Prensa y documentos públicos con distintas posturas sobre proyectos energéticos o productivos en la región; fragmentos de filosofía política y ética ambiental; pauta de debate.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El impacto de la filosofía en la vida cotidiana</w:t>
            </w:r>
          </w:p>
          <w:p>
            <w:r>
              <w:rPr>
                <w:b w:val="0"/>
                <w:i w:val="0"/>
                <w:sz w:val="15"/>
              </w:rPr>
              <w:t>Se espera que los estudiantes reconozcan que la filosofía está presente en sus vidas y que, con ella, puedan comprender mejor el mundo y su acción en él.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129–159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4: Museo Filosófico Contemporáneo (OA 5)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un problema de la sociedad contemporánea que le sea significativo, a partir de conceptos y/o teorías filosóficas.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conceptos y teorías filosóficas que han contribuido a la producción y/o desarrollo del fenómeno elegido.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Avance por etapas del Museo Filosófico Contemporáneo, con retroalimentación de la investigación y del texto de cada estación (OA 5); coevaluación entre grupos.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4: Museo Filosófico Contemporáneo: </w:t>
            </w:r>
            <w:r>
              <w:rPr>
                <w:b w:val="0"/>
                <w:i w:val="0"/>
                <w:sz w:val="15"/>
              </w:rPr>
              <w:t>Los estudiantes, en grupos de trabajo, eligen un fenómeno actual que les sea significativo y que pueda relacionarse con algún área de la filosofía (ontología, epistemología, política, ética, entre otras posibilidades). (pág. 156)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Temas cercanos para las estaciones (la conectividad digital, el trabajo en la minería, la agricultura, la pesca o el turismo, el arte y el paisaje local); cartulinas, fotografías y espacios del establecimiento.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teorías y problemas con fragmentos breves, casos, esquemas comparativos, imágenes y recursos audiovisuales o impresos.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debates, diálogos grabados, estaciones de museo o representaciones de dilemas.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Elegir dilemas y problemas que importen a los estudiantes y a su comunidad, con roles rotativos en los debates y un clima de respeto a las posturas.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72 · P 72)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los alcances, límites y fines del quehacer filosófico, considerando sus aportes al conocimiento y la acción, así como su relación con otras disciplinas y formas del saber.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72 · P 72)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filosóficas referidas a la praxis que sean significativas para su vida, considerando teorías éticas fundamentales y conceptos como la justicia, la libertad y la igualdad.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72 · P 72)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sobre problemas contemporáneos de la ética y la política, confrontando diversas perspectivas filosóficas y fundamentando visiones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72 · P 72)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tipos de argumentos presentes en textos filosóficos y fundamentar su validez o carácter falaz, considerando referentes teóricos, empíricos y del sentido común para apoyar o refutar una tesis.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72 · P 72)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impacto de ideas filosóficas relacionadas con la ontología, la epistemología y la ética en cuestiones actuales de la cultura, el mundo laboral, la tecnología, la política, las artes, entre otras posibilidades, utilizando diferentes formas de expresión y representación de ideas.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problemas presentes en textos filosóficos, considerando sus supuestos, conceptos,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Filosofía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Filosofía ·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Filosofía · 4° medio</dc:title>
  <dc:subject/>
  <dc:creator/>
  <cp:keywords/>
  <dc:description>Generado el 2026-10-23 desde programa_filosofia_4medio.pdf (sha256 e6bc5a8ff122)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