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Historia, Geografía y Ciencias Sociales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Historia, Geografía y Ciencias Sociales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usan coordenadas geográficas, describen paisajes y recursos naturales de América, conocen las civilizaciones maya, azteca e inca y las comparan, y aprenden sobre la organización democrática de Chile, sus derechos y la participación en su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Geografía,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Historia,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Historia,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Geografía, Formación ciudadana</w:t>
            </w:r>
          </w:p>
          <w:p>
            <w:r>
              <w:rPr>
                <w:b w:val="0"/>
                <w:i w:val="0"/>
                <w:sz w:val="15"/>
              </w:rPr>
              <w:t>En esta unidad, se busca que los estudiantes se aproximen desde distintos ámbitos de la geografía al conocimiento del espacio geográfico de América.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56–85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7, OA 8, OA 9, OA 10, OA 14, 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7,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herramientas geográficas para ubicar y caracterizar elementos del espacio geográfico, como paisajes, población y recursos naturales.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Orientarse en el espacio, utilizando categorías de ubicación absoluta (coordenadas geográficas) y relativa.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sobre el pasado y el presente a partir de diversas fuentes dadas (como entrevistas, narraciones, textos, medios audiovisuales, mapas, imágenes, gráficos, tablas y pictogramas, entre otros) y aplicar estrategias para registrar las ideas más relevantes.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responder preguntas con relación al pasado, al presente o al entorno geográfico, para profundizar sobre temas de su interés en textos y fuentes diversas.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opiniones fundamentadas sobre un tema de su interés, apoyándose en datos y evidencia.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Presentar, en forma oral, visual o escrita, temas de su interés o estudiados en el nivel, seleccionando información, organizando la exposición con una estructura adecuada e incorporando el material de apoyo pertinente. (OA j)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Coordenadas geográficas y ubicación de lugares en mapas o globos terráqueos.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Recursos naturales: distinción entre renovables y no renovables, su carácter limitado, necesidad de cuidado y preservación, utilización de los recursos en objetos de uso cotidiano.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Paisajes del continente americano: climas, ríos, población, idiomas, países, ciudades; formas de adaptación y transformación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Recursos naturales de América: ubicación y distribución, desarrollo sostenible.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Coordenadas geográficas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paralelos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meridianos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círculo del Ecuador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meridiano de Greenwich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latitud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longitud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continentes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recursos naturales renovables y no renovables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recursos abundantes y recursos escasos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medioambiente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sostenible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paralelos y meridianos en un mapa o en un globo terráqueo, y reconocen las principales líneas de referencia de la Tierra (meridiano cero o de Greenwich, círculo del Ecuador,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una coordenada geográfica como el punto donde se intersecta un paralelo con un meridiano.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paralelos y meridianos en un mapa, en un planisferio o en una maqueta.</w:t>
            </w:r>
          </w:p>
          <w:p>
            <w:r>
              <w:rPr>
                <w:b/>
                <w:i w:val="0"/>
                <w:sz w:val="15"/>
              </w:rPr>
              <w:t>Ejemplo 2 (OA 7)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recursos naturales renovables y no renovables presentes en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sobre la importancia de cuidar los recursos naturales existentes en su entorno y en su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recursos naturales abundantes y escasos.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maneras de cuidar los recursos naturales existentes en su entorno y en su vida cotidiana.</w:t>
            </w:r>
          </w:p>
          <w:p>
            <w:r>
              <w:rPr>
                <w:b/>
                <w:i w:val="0"/>
                <w:sz w:val="15"/>
              </w:rPr>
              <w:t>Ejemplo 3 (OA 10)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rasgos naturales y humanos característicos de los paisajes de su región o localidad, por medio de la elaboración de dibujos o esquemas.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 presencia de características físicas (como montañas, ríos, desiertos, playa, clima, entre otros) en distintos paisajes de América y de su región.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elementos creados por el ser humano (como las construcciones y los cultivos) en distintos paisajes de su región y en paisajes de América.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Identifican, apoyándose en imágenes y en otras fuentes, similitudes y diferencias entre paisajes de su región y otros paisajes americanos.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i: </w:t>
            </w:r>
            <w:r>
              <w:rPr>
                <w:b w:val="0"/>
                <w:i w:val="0"/>
                <w:sz w:val="15"/>
              </w:rPr>
              <w:t>Demostrar valoración por la vida en sociedad para el desarrollo y el crecimiento de la persona.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Establecer lazos de pertenencia con su entorno social y natural a partir del conocimiento, la valoración y la reflexión sobre su historia personal, su comunidad y el país.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Respetar y defender la igualdad de derechos entre hombres y mujeres y apreciar la importancia de desarrollar relaciones que potencien su participación equitativa en la vida económica, familiar, social y cultural.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Reconocer la importancia y la dignidad de todos los trabajos, valorando y respetando a las personas que los realizan.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ubicar puntos en una cuadrícula con puntos cardinales y nombrar recursos naturales presentes en objetos de la sala.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Ejercicios de ubicación con latitud y longitud revisados en parejas; clasificación de recursos renovables y no renovables; comparación guiada de paisajes de la región y de América.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Realizan actividades sobre la base de un globo terráqueo como el siguiente: a Marcan el círculo del Ecuador (con color rojo) y un meridiano (color azul). Instrumento: Criterios de evaluación. (pág. 81)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grupos de tres o cuatro estudiantes, eligen un recurso de su entorno. Instrumento: Criterios de evaluación.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El docente entrega dos imágenes de paisajes: Imagen 1: de su localidad Imagen 2: de otro paisaje de América 2 Observan las imágenes y desarrollan las siguientes actividades: - Describen cada imagen señalando las características físicas que se observan y los elementos creados por el ser humano. Instrumento: Criterios de evaluación. (pág. 84)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Planisferio y globo con paralelos y meridianos; atlas escolar; fotos de paisajes americanos y de Chile (desierto, valle, bosque, glaciares); objetos cotidianos para rastrear su origen.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Historia, Formación ciudadana</w:t>
            </w:r>
          </w:p>
          <w:p>
            <w:r>
              <w:rPr>
                <w:b w:val="0"/>
                <w:i w:val="0"/>
                <w:sz w:val="15"/>
              </w:rPr>
              <w:t>En esta unidad, se busca que los estudiantes conozcan aspectos fundamentales de la historia de los mayas y de los aztecas.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5, 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Leer y representar secuencias cronológicas y acontecimientos del pasado mediante líneas de tiempo.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conceptos relacionados con el tiempo (pasado, presente, futuro, años, siglos, a.C., d.C.).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aspectos como objetos, juegos, costumbres y actividades entre sociedades y civilizaciones del pasado y del presente para identificar continuidades y cambios.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herramientas geográficas para ubicar, caracterizar y relacionar elementos del espacio geográfico, como paisajes, población y recursos naturales.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sobre el pasado y el presente a partir de diversas fuentes dadas (como entrevistas, narraciones, textos, medios audiovisuales, mapas, imágenes, gráficos, tablas y pictogramas, entre otros), y aplicar estrategias para registrar las ideas más relevantes.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responder preguntas con relación al pasado, al presente o al entorno geográfico, para profundizar sobre temas de su interés en textos y fuentes diversas.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Presentar en forma oral, visual o escrita, temas de su interés o estudiados en el nivel, seleccionando información, organizando la exposición con una estructura adecuada e incorporando el material de apoyo pertinente. (OA j)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Aspectos fundamentales de la civilización maya: ubicación geográfica, organización política y social, actividades económicas, formas de cultivo, vida cotidiana, costumbres, astronomía, sistema de escritura, guerras y sacrificios humanos, ritos y religión.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Aspectos fundamentales de la civilización azteca: ubicación geográfica, organización política y social, actividades económicas, Tenochtitlán, formas de cultivo, vida cotidiana, costumbres, guerras, religiosidad, avances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del legado cultural de las civilizaciones maya y azteca en la actualidad: sociedades mexicana y centroamericana, gastronomía, lengua, entre otros.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América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civilización maya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civilización azteca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México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Guatemala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España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imperio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ciudad-Estado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comercio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agricultura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cultivos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tala y roza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chinampas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rey (Ahau)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emperador (Tlatoani)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Moctezuma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nobleza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esclavitud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guerras floridas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Tenochtitlán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Chichen Itzá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pirámides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astronomía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códices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náhuatl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politeísmo.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actividades económicas y formas de cultivo que desarrollaron los mayas, destacando la agricultura con la técnica de tala y roza y el comercio en las ciudades, entre otras.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diferentes grupos que formaban la sociedad maya y dan ejemplos de los roles y los oficios de hombres y mujeres.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Imaginan y representan a través de diversos formatos la vida cotidiana de los mayas, considerando sus costumbres y los roles y los oficios de hombres y mujeres.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Obtienen información sobre aspectos de la religión y de los rituales religiosos mayas, como los sacrificios humanos y el juego de pelota.</w:t>
            </w:r>
          </w:p>
          <w:p>
            <w:r>
              <w:rPr>
                <w:b/>
                <w:i w:val="0"/>
                <w:sz w:val="15"/>
              </w:rPr>
              <w:t>Ejemplo 2 (OA 2) · pág. 107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algunos elementos importantes de la organización política del imperio azteca, como la importancia del ejército y el poder del Tlatoani (emperador).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las principales características de la ciudad de Tenochtitlán, reconociendo los avances tecnológicos y las construcciones más destacadas.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Obtienen información sobre la religión y los ritos aztecas.</w:t>
            </w:r>
          </w:p>
          <w:p>
            <w:r>
              <w:rPr>
                <w:b/>
                <w:i w:val="0"/>
                <w:sz w:val="15"/>
              </w:rPr>
              <w:t>Ejemplo 3 (OA 5)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Buscan información pertinente, apoyándose en bibliotecas, enciclopedias, internet, entrevistas, sobre expresiones culturales de mayas y aztecas vigentes en la actualidad.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Obtienen información, a partir de preguntas dadas por el docente, sobre los países actuales en los que hay presencia de población maya y azteca.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información pertinente, en diversas fuentes dadas, sobre las culturas maya y azteca en la actualidad.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elementos que brindan información sobre las fuentes, como fecha y autor,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Sintetizan la información obtenida y organizan una exposición con una estructura adecuada y que incorpora material de apoyo pertinente.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Presentan, en forma oral, visual o escrita, los resultados de sus investigaciones.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i: </w:t>
            </w:r>
            <w:r>
              <w:rPr>
                <w:b w:val="0"/>
                <w:i w:val="0"/>
                <w:sz w:val="15"/>
              </w:rPr>
              <w:t>Demostrar valoración por la vida en sociedad para el desarrollo y el crecimiento de la persona.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Participar solidaria y responsablemente en las actividades y proyectos del establecimiento y del espacio comunitario, demostrando espíritu emprendedor.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Respetar y defender la igualdad de derechos esenciales de todas las personas, sin distinción de sexo, edad, condición física, etnia, religión o situación económica.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Respetar y defender la igualdad de derechos entre hombres y mujeres y apreciar la importancia de desarrollar relaciones que potencien su participación equitativa en la vida económica, familiar, social y cultural.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Organizador gráfico de cada civilización completado por etapas; ticket de salida sobre chinampas y Tenochtitlán; preguntas sobre fuentes visuales.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El docente divide el curso en grupos y, apoyándose en el texto de estudio, trabajo de biblioteca o internet, indagan sobre uno de los siguientes temas: - Grupos que forman la sociedad maya - Roles y oficios de hombres y mujeres - La agricultura y la vida en el campo - El comercio en las ciudades y la importancia del mercado - La vida en la ciudad - Dioses y rituales religiosos mayas - Juego de pelota 2 A partir de la información recabada, cada grupo sintetiza y organiza la información y elabora una dramatización del tema que investigó.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Organizados en grupos, buscan información en sus textos de estudio u otras fuentes acerca de la ciudad de Tenochtitlán, considerando los siguientes elementos: - el recinto sagrado - el palacio de Moctezuma - la plaza de Tlatelolco - los mercados - las principales calzadas de acceso a la ciudad 2 A partir de la información recabada, confeccionan una maqueta de la ciudad en que represente los elementos estudiados, incluyendo una simbología adecuada. Instrumento: Criterios de evaluación. (pág. 107)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De forma individual, los estudiantes buscan y seleccionan información acerca de la situación actual de la población maya y de la población azteca y de los elementos culturales que, en cada caso, se originaron en la época precolombina, con énfasis en la pervivencia y la importancia de aspectos propios de las culturas maya y azteca en la actualidad, considerando elementos como: - Lugares donde habita población maya o azteca en la actualidad. Instrumento: Criterios de evaluación.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Mapas de Mesoamérica; imágenes de pirámides, códices y glifos mayas; reconstrucciones de Tenochtitlán; videos documentales breves.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Historia, Formación ciudadana</w:t>
            </w:r>
          </w:p>
          <w:p>
            <w:r>
              <w:rPr>
                <w:b w:val="0"/>
                <w:i w:val="0"/>
                <w:sz w:val="15"/>
              </w:rPr>
              <w:t>En esta unidad, los alumnos tendrán una primera aproximación a la historia de la civilización inca.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111–132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5, 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Leer y representar secuencias cronológicas y acontecimientos del pasado en líneas de tiempo.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conceptos relacionados con el tiempo (pasado, presente, futuro, años, siglos, a.C., d.C.).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aspectos como objetos, juegos, costumbres y actividades entre sociedades y civilizaciones del pasado y del presente para identificar continuidades y cambios.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herramientas geográficas para ubicar, caracterizar y relacionar elementos del espacio geográfico, como paisajes, población y recursos naturales.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sobre el pasado y el presente a partir de diversas fuentes dadas (como entrevistas, narraciones, textos, medios audiovisuales, mapas, imágenes, gráficos, tablas y pictogramas, entre otros), y aplicar estrategias para registrar las ideas más relevantes.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responder preguntas con relación al pasado, al presente o al entorno geográfico, para profundizar sobre temas de su interés en textos y fuentes diversas.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opiniones fundamentadas sobre un tema de su interés, apoyándose en datos y evidencia.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Presentar, en forma oral, visual o escrita, temas de su interés o estudiados en el nivel, seleccionando información, organizando la exposición con una estructura adecuada e incorporando el material de apoyo pertinente. (OA j)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Aspectos fundamentales de la civilización inca: ubicación geográfica, organización política, sistema de caminos y correos, religión y ritos, avances tecnológicos, organización de la sociedad, roles y oficios de hombres y mujeres, formas de cultivo y alimentos, construcciones, costumbres y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del legado cultural de la civilización inca en la actualidad.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Análisis comparativo de las principales características de las civilizaciones maya, azteca e inca.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América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civilización inca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Perú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Cusco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imperio (Tahuantinsuyo)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emperador (Sapa Inca)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Inti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Atahualpa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nobleza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pucarás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Camino del Inca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chasquis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tambos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quipus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agricultura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cultivos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terrazas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reciprocidad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politeísmo.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127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los distintos grupos que forman parte de la sociedad inca, considerando sus roles y obligaciones.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ejemplos de actividades económicas y formas de cultivo que desarrollaron los incas, destacando las terrazas de cultivo como la principal técnica agrícola utilizada por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algunas manifestaciones de la vida cotidiana de los incas, como la mita, la importancia de la reciprocidad, el uso de quipus y del idioma quechua,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Imaginan y representan con dibujos la vida cotidiana de los incas, considerando sus costumbres y los roles y los oficios de hombres y mujeres.</w:t>
            </w:r>
          </w:p>
          <w:p>
            <w:r>
              <w:rPr>
                <w:b/>
                <w:i w:val="0"/>
                <w:sz w:val="15"/>
              </w:rPr>
              <w:t>Ejemplo 2 (OA 5)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Obtienen información sobre los países actuales en los que hay presencia de población inca.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información en diversas fuentes dadas sobre la pervivencia de la cultura inca en la actualidad.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elementos que brindan información sobre las fuentes, como fecha y autor,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Buscan información pertinente, apoyándose en bibliotecas, enciclopedias, internet, entrevistas, sobre expresiones culturales de los incas vigentes en la actualidad.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Presentan, en forma oral, visual o escrita, los resultados de sus investigaciones, organizando la exposición con una estructura adecuada e incorporando el material de apoyo pertinente.</w:t>
            </w:r>
          </w:p>
          <w:p>
            <w:r>
              <w:rPr>
                <w:b/>
                <w:i w:val="0"/>
                <w:sz w:val="15"/>
              </w:rPr>
              <w:t>Ejemplo 3 (OA 4) · pág. 130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las principales características de las civilizaciones maya, azteca e inca.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similitudes y diferencias entre las civilizaciones americanas de acuerdo a los diferentes ámbitos de la vida en sociedad (organización política, actividades económicas, características de la sociedad, aspectos de su religión y cultura).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las áreas geográficas donde se desarrolló cada una de estas civilizaciones e infieren cómo el espacio geográfico influyó en el desarrollo de cada una de estas culturas..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rasgos comunes entre las civilizaciones americanas, como el politeísmo, la forma de gobierno monárquica, la agricultura, la sociedad jerárquica,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Diferencian, a través de una infografía u otro recurso, los rasgos distintivos de las civilizaciones maya, azteca e inca, como la ciudad-estado maya, la elegibilidad del rey azteca, el cultivo de terraza de los incas, etc.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i: </w:t>
            </w:r>
            <w:r>
              <w:rPr>
                <w:b w:val="0"/>
                <w:i w:val="0"/>
                <w:sz w:val="15"/>
              </w:rPr>
              <w:t>Demostrar valoración por la vida en sociedad para el desarrollo y el crecimiento de la persona.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Participar solidaria y responsablemente en las actividades y proyectos del establecimiento y del espacio comunitario, demostrando espíritu emprendedor.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Respetar y defender la igualdad de derechos esenciales de todas las personas, sin distinción de sexo, edad, condición física, etnia, religión o situación económica.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Respetar y defender la igualdad de derechos entre hombres y mujeres y apreciar la importancia de desarrollar relaciones que potencien su participación equitativa en la vida económica, familiar, social y cultural.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Cuadro comparativo maya, azteca e inca revisado con pauta; quipu elaborado con lana y explicado oralmente; preguntas sobre el Camino del Inca.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Leen los siguientes textos: El ayllu “Cada ayllu, formado por aproximadamente cien familias encabezadas por un curaca, poseía tierras comunales que eran trabajadas por todos sus integrantes. Instrumento: Criterios de evaluación. (pág. 127)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Organizados en grupos, los estudiantes buscan información sobre la importancia de la reciprocidad en la cultura inca. Instrumento: Criterios de evaluación. (pág. 128)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Realizan una síntesis comparativa sobre los principales aspectos de las civilizaciones americanas estudiadas a lo largo del año. Instrumento: Criterios de evaluación. (pág. 130)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 del Tahuantinsuyo; imágenes de Machu Picchu, terrazas de cultivo y quipus; lana para quipus; fuentes sobre pueblos indígenas actuales.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Formación ciudadana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adquieran herramientas fundamentales para desenvolverse adecuadamente en la vida en comunidad.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133–152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11, OA 12, OA 13, OA 14, OA 15, OA 16, OA 17, 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11, OA 12, OA 16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sobre el pasado y el presente a partir de diversas fuentes dadas (como entrevistas, narraciones, textos, medios audiovisuales, mapas, imágenes, gráficos, tablas y pictogramas, entre otros), y aplicar estrategias para registrar las ideas más relevantes.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responder preguntas con relación al pasado y al presente, para profundizar sobre temas de su interés en textos y fuentes diversas.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opiniones fundamentadas sobre un tema de su interés, apoyándose en datos y evidencia.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Participar en conversaciones grupales, intercambiando opiniones sobre temas estudiados y respetando turnos y otros puntos de vista.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Presentar, en forma oral, visual o escrita, temas de su interés o estudiados en el nivel, seleccionando información, organizando la exposición con una estructura adecuada e incorporando el material de apoyo pertinente. (OA j)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Actores de la organización política y democrática de Chile: instituciones en las que se desempeñan y forma de acceder a cada cargo.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Derechos de los niños y formas de ejercerlos y respetarlos.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participación en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que permiten la resolución de conflictos cotidianos.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bien común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ciudadano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derechos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diálogo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organización política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democracia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Presidente de la República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ministros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diputados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senadores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alcaldes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Congreso Nacional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municipalidad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país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11) · pág. 149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 las principales autoridades del país.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entre autoridades que son elegidas (Presidente de la República, parlamentarios, alcaldes) y otras que son designadas (ministros e intendentes).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Describen, apoyándose en esquemas o cuadros de síntesis, los mecanismos mediante los cuales las autoridades son elegidas y designadas.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a los actores de la organización política del país con la institución en la que se desempeñan (Gobierno, Parlamento o municipalidad).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unidad político-administrativa en que se desenvuelve cada autoridad (país, región, comuna).</w:t>
            </w:r>
          </w:p>
          <w:p>
            <w:r>
              <w:rPr>
                <w:b/>
                <w:i w:val="0"/>
                <w:sz w:val="15"/>
              </w:rPr>
              <w:t>Ejemplo 2 (OA 12) · pág. 150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sus principales derechos.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ejemplos de algunos derechos que ejercen en su vida diaria.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ejemplos, a partir de situaciones de la vida diaria, de formas en que ejercen sus derechos.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opiniones sobre la importancia de ejercer y proteger sus derechos.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Obtienen información sobre iniciativas llevadas a cabo en su entorno que contribuyen al ejercicio y el respeto de los derechos humanos.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infografías para explicar sus principales derechos.</w:t>
            </w:r>
          </w:p>
          <w:p>
            <w:r>
              <w:rPr>
                <w:b/>
                <w:i w:val="0"/>
                <w:sz w:val="15"/>
              </w:rPr>
              <w:t>Ejemplo 3 (OA 16) · pág. 151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problemas que afectan al curso o a la comunidad escolar.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las causas que provocan conflictos en su entorno y las partes involucradas.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Acuerdan qué problemas intentarán resolver, intercambiando opiniones de forma respetuosa.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estrategias concretas para resolver los conflictos identificados.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i: </w:t>
            </w:r>
            <w:r>
              <w:rPr>
                <w:b w:val="0"/>
                <w:i w:val="0"/>
                <w:sz w:val="15"/>
              </w:rPr>
              <w:t>Demostrar valoración por la vida en sociedad para el desarrollo y el crecimiento de la persona.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valoración por la democracia, reconociendo su importancia para la convivencia y el resguardo de derechos.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Participar solidaria y responsablemente en las actividades y proyectos del establecimiento y del espacio comunitario, demostrando espíritu emprendedor.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Respetar y defender la igualdad de derechos esenciales de todas las personas, sin distinción de sexo, edad, condición física, etnia, religión o situación económica.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en la elección de la directiva de curso; seguimiento del proyecto grupal para resolver un problema escolar; debate con pauta de argumentación.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Los estudiantes obtienen información, en fuentes dadas por el docente u otros recursos, acerca de algunas autoridades de Chile y sobre cómo estas autoridades son nombradas o elegidas, las instituciones en que se desempeñan y sus principales tareas, considerando: - Presidente - Ministros - Senadores - Diputados - Alcaldes 2 Guiado por el profesor, el curso de organiza en cinco grupos y cada uno recrea un día de trabajo de la autoridad elegida, describiendo las funciones e institución en que se desempeña. Instrumento: Criterios de evaluación. (pág. 149)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El docente entrega a los estudiantes los siguientes artículos que componen la Declaración de los Derechos del Niño: - Tengo derecho a que me respeten, sin importar color de piel, religión, lugar donde vivo, condición física o económica. Instrumento: Criterios de evaluación. (pág. 150)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De forma individual, indagan sobre problemas presentes en su entorno. Instrumento: Criterios de evaluación. (pág. 151)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Organigrama de autoridades (Presidente, ministros, parlamentarios, alcalde de la comuna); noticias locales; materiales para votación simulada; versión infantil de los derechos del niño.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mapas, líneas de tiempo, imágenes, fuentes breves y videos, con glosario de conceptos clave.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lo aprendido de forma oral, escrita o multimodal (infografía, maqueta, cómic, presentación).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temas a elección dentro de la unidad, vincularlos con la realidad de la comuna y trabajar en equipos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HISTORIA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civilización maya, considerando ubicación geográfica, organización política, actividades económicas, formas de cultivo y alimentos, organización de la sociedad, roles y oficios de hombres y mujeres, religión y ritos, desarrollo de la astronomía y la matemática, sistemas de escritura, guerras y sacrificios humanos, construcciones, costumbres y vida cotidiana,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civilización azteca, considerando ubicación geográfica, organización política y extensión, la ciudad de Tenochtitlán, formas de cultivo y alimentos, religión y ritos, avances tecnológicos, organización de la sociedad, roles y oficios de hombres y mujeres, construcciones, costumbres y vida cotidiana,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civilización inca, considerando ubicación geográfica, organización política, sistema de caminos y correos, religión y ritos, avances tecnológicos, organización de la sociedad, roles y oficios de hombres y mujeres, formas de cultivo y alimentos, construcciones, costumbres y vida cotidiana,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comparar las principales características de las civilizaciones americanas (mayas, aztecas e incas).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en diversas fuentes (imágenes, medios audiovisuales, TICs, gráficos, textos y otras) sobre algunos temas relacionados con el presente de los pueblos indígenas americanos; por ejemplo, el protagonismo que tienen hoy, la influencia de las civilizaciones maya, azteca e inca sobre la cultura y la sociedad de los países actuales situados donde ellos se desarrollaron, y su influencia en las comidas y en la lengua que empleamos en la actualidad,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GEOGRAFÍA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Ubicar lugares en un mapa, utilizando coordenadas geográficas como referencia (paralelos y meridianos).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recursos naturales renovables y no renovables, reconocer el carácter limitado de los recursos naturales y la necesidad de cuidarlos, e identificar recursos presentes en objetos y bienes cotidianos.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165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distintos paisajes del continente americano, considerando climas, ríos, población, idiomas, países y grandes ciudades, entre otros, y utilizando vocabulario geográfico adecuado.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ubicar los principales recursos naturales de América, considerando su distribución geográfica, su uso, y la importancia de cuidarlos en el marco de un desarrollo sostenible.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Comparar, mediante la observación en imágenes, mapas y otras fuentes, paisajes de su región con paisajes de América, distinguiendo distintas formas de adaptación y transformación de la población a su ambiente natural.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FORMACIÓN CIUDADANA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algunos actores de la organización política y democrática de Chile, como Presidente, ministros, senadores, diputados y alcaldes, considerando las instituciones en las que ejercen y cómo son nombrados o elegidos.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sus principales derechos en situaciones de la vida cotidiana, como el derecho a la educación, a contar con alimentación, vivienda, recreo y servicios médicos adecuados, a expresarse, a ser protegido contra el abandono y la crueldad, y a no trabajar antes de la edad apropiada, y dar ejemplos de cómo se pueden ejercer y proteger esos derechos.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Mantener una conducta honesta en la vida cotidiana, en los juegos y en el trabajo escolar, hablando con la verdad, respetando las reglas de los juegos sin hacer trampa, evitando la copia y el plagio y reconociendo sus errores y sus acciones,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por todas las personas mediante acciones en su vida diaria, sin discriminar por condiciones físicas, sociales, económicas, étnicas o 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su comunidad, tomando parte en elecciones para una directiva del curso, asignando roles y funciones a cada cargo, y considerando la importancia de mantener una buena convivencia y una organización del curso que favorezca el trabajo escolar.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conflictos, aplicando estrategias como determinar la causa del problema, proponer posibles soluciones, dialogar, buscar un punto de vista común y votar, entre otras, demostrando respeto y empatía por las partes involucradas para mejorar la convivencia en el curso y en la comunidad escolar.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participar activamente en un proyecto grupal que solucione un problema de la comunidad escolar; por ejemplo, reciclaje de la basura, exceso de ruido, organización de turnos, leer o entretener a alumnos más pequeños,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166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Opinar y argumentar con fundamentos sobre temas de la asignatura u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PENSAMIENTO TEMPORAL Y ESPACIAL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representar secuencias cronológicas y acontecimientos del pasado mediante líneas de tiempo.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conceptos relacionados con el tiempo (pasado, presente, futuro, décadas, antiguo, moderno, siglos, períodos, hitos).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aspectos sociales, económicos, culturales y políticos entre sociedades y civilizaciones del pasado y del presente para identificar continuidades y cambios.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herramientas geográficas para ubicar y caracterizar elementos del espacio geográfico, como paisajes, población y recursos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Orientarse en el espacio, utilizando categorías de ubicación absoluta (coordenadas geográficas) y relativa.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ANÁLISIS Y TRABAJO CON FUENTES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Obtener información sobre el pasado y el presente a partir de diversas fuentes dadas (como entrevistas, narraciones, textos, medios audiovisuales, mapas, imágenes, gráficos, tablas y pictogramas, entre otros) y aplicar estrategias para registrar las ideas más relevantes.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PENSAMIENTO CRÍTICO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y responder preguntas con relación al pasado, al presente o al entorno geográfico, para profundizar sobre temas de su interés en textos y fuentes diversas.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opiniones fundamentadas sobre temas de su interés, apoyándose en datos y evidencia.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conversaciones grupales, intercambiando opiniones sobre temas estudiados y respetando turnos y otros puntos de vista.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Presentar, en forma oral, visual o escrita, temas de su interés o estudiados en el nivel, seleccionando información, organizando la exposición con una estructura adecuada e incorporando el material de apoyo pertinente.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forma rigurosa y perseverante, con espíritu emprendedor y con una disposición positiva a la crítica y la autocrítica.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y la dignidad de todos los trabajos, valorando y respetando a las personas que los realizan.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defender la igualdad de derechos entre hombres y mujeres y apreciar la importancia de desarrollar relaciones que potencien su participación equitativa en la vida económica, familiar, social y cultural.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defender la igualdad de derechos esenciales de todas las personas, sin distinción de sexo, edad, condición física, etnia, religión o situación económica.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solidaria y responsablemente en las actividades y proyectos del establecimiento y del espacio comunitario, demostrando espíritu emprendedor.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Establecer lazos de pertenencia con su entorno social y natural a partir del conocimiento, la valoración y la reflexión sobre su historia personal, su comunidad y el país.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Comportarse y actuar en la vida cotidiana según principios y virtudes ciudadanas.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por la democracia, reconociendo su importancia para la convivencia y el resguardo de derechos.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por la vida en sociedad para el desarrollo y el crecimiento de la persona.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Historia, Geografía y Ciencias Sociales 4°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Historia, Geografía y Ciencias Sociales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Historia, Geografía y Ciencias Sociales · 4° básico</dc:title>
  <dc:subject/>
  <dc:creator/>
  <cp:keywords/>
  <dc:description>Generado el 2026-10-23 desde programa_historia_4basico.pdf (sha256 7c67489d1430)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