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Idioma Extranjero: Inglés · 1°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Idioma Extranjero: Inglés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112 h pedagógicas anuales según la Propuesta (28 por unidad), unas 3 h semanales · Inglés no es obligatorio de 1° a 4° básico: se imparte en horas de libre disposición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Propuesta Curricular Inglés 1° básico (Mineduc, Unidad de Currículum y Evaluación) · Inglés no tiene Bases Curriculares de 1° a 4° básico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1° básico, los estudiantes tienen su primer contacto con el inglés de forma lúdica: escuchan y reproducen canciones, rimas y chants, y aprenden saludos, objetos de la sala, colores, números hasta el diez, la familia, el cuerpo, el clima, la ropa, los animales de granja, la comida y los juguetes. Comprenden instrucciones simples, participan en diálogos muy breves con apoyo del docente y experimentan con la escritura de palabras.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In My classroom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My family and me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What’s the weather like today?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Happy birthday!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112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Los 14 OA se trabajan en todas las unidades (Programa, pág. None);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In My classroom</w:t>
            </w:r>
          </w:p>
          <w:p>
            <w:r>
              <w:rPr>
                <w:b w:val="0"/>
                <w:i w:val="0"/>
                <w:sz w:val="15"/>
              </w:rPr>
              <w:t>En esta unidad, los estudiantes comenzarán a familiarizarse con el inglés.Disfrutarán cantando y aprendiendo rimas y juegos por medio de los cualesaprenderán a responder saludos, a identificar objetos de la sala de clases, los colores y números hasta el diez.El objetivo de esta primera unidad es que se acerquen al idioma de una manera entretenida y seacostumbren a los sonidos del idioma.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37–63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7, OA 12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oral de textos adaptados y auténticos muy breves y simples, como cuentos, rimas y chants del contexto inmediato.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de lectura de textos adaptados y auténticos muy breves y simples, no literarios y literarios, relacionados sobre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mediante rimas, canciones, diálogos o presentaciones muy breves y simples acerca de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de acuerdo a un modelo acerca de temas conocidos o de otras asignaturas.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Greetings. Hello, good morning, good bye, I’m fine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Personal information: My name is…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Questions: What’s this? How many…?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Commands: Stand up, sit down, open/close the …, clap your hands, turn around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Numbers: 1-10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Adjectives: long, short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Answers: yes, no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Colors: black, white, red, pink, green, yellow, blue, orange,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Classroom objects: bag, desk, chair, pencil, eraser, book, ruler, door, window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People: boy, girl, teacher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Expressions: Thank you, please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Hello, good morning, good bye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My name is…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Stand up, sit down, open/close the …, clap your hands, turn around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Classroom objects: bag, desk, chair, pencil, eraser, book, ruler, door, window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de evaluación 1 (OA 3) · pág. 61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y comprenden información de un texto muy breve y simple.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vocabulario escuchado de lasala de clases; por ejemplo: ruler, book, bag, door, window,etc.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características de objetos, como blue pencil, long ruler,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número de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colores.</w:t>
            </w:r>
          </w:p>
          <w:p>
            <w:r>
              <w:rPr>
                <w:b/>
                <w:i w:val="0"/>
                <w:sz w:val="15"/>
              </w:rPr>
              <w:t>Ejemplo de evaluación 2 (OA 7) · pág. 62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y comprenden instruccionescomo color, paint, read, draw.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vocabulario de objetos de la sala de clases y colores.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características de objetos como long/short, pink/green.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números hasta el diez.</w:t>
            </w:r>
          </w:p>
          <w:p>
            <w:r>
              <w:rPr>
                <w:b/>
                <w:i w:val="0"/>
                <w:sz w:val="15"/>
              </w:rPr>
              <w:t>Ejemplo de evaluación 3 (OA 12) · pág. 63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Saludan y se despiden; por ejemplo: good morning, hello, good bye.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instrucciones; por ejemplo: sit down, close/open the book,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Agradecen y piden por favor: close the door, please, thank you.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preguntas: What's your name? How many…?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valoración e interés por conocer su propio contexto y realidad, ampliando el conocimiento de su entorno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una actitud positiva frente a sí mismo y sus capacidades para aprender un nuevo idioma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ronda oral con flashcards y objetos de la sala para ver qué palabras en inglés ya reconocen (hello, colores, números), señalando o repitiendo, sin escribir. Anotar quiénes tuvieron inglés en el jardín o en kínder.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Respuesta física a instrucciones (stand up, sit down, clap your hands) observada con lista de cotejo; juego de tocar objetos por color (Touch something blue!); ticket de salida con el dibujo de un objeto de la sala y su cantidad.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1: </w:t>
            </w:r>
            <w:r>
              <w:rPr>
                <w:b w:val="0"/>
                <w:i w:val="0"/>
                <w:sz w:val="15"/>
              </w:rPr>
              <w:t>El docente entrega a cada alumno una hoja dividida en seis partes. Instrumento: Criterios de evaluación. (pág. 61)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2: </w:t>
            </w:r>
            <w:r>
              <w:rPr>
                <w:b w:val="0"/>
                <w:i w:val="0"/>
                <w:sz w:val="15"/>
              </w:rPr>
              <w:t>Los estudiantes reciben una guía de trabajo con tres actividades; deben trabajar en forma individual.El docente explica las instrucciones. Instrumento: Criterios de evaluación. (pág. 62)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3: </w:t>
            </w:r>
            <w:r>
              <w:rPr>
                <w:b w:val="0"/>
                <w:i w:val="0"/>
                <w:sz w:val="15"/>
              </w:rPr>
              <w:t>En parejas, preparan un diálogo que presentarán frente al curso: deben, saludarse, dar información personal y dar instrucciones. Instrumento: Criterios de evaluación. (pág. 63)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Flashcards de colores, números del 1 al 10 y objetos de la sala; títere que saluda (Hello! My name is…); tarjetas con el nombre de cada niño; canciones de saludo y de colores cantadas por el docente o en audio descargado con anticipación.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My family and me</w:t>
            </w:r>
          </w:p>
          <w:p>
            <w:r>
              <w:rPr>
                <w:b w:val="0"/>
                <w:i w:val="0"/>
                <w:sz w:val="15"/>
              </w:rPr>
              <w:t>Por medio de juegos, canciones y rimas, los estudiantes aprenderán a identificar a los miembros de la familiay algunas de sus características físicas, a describir lo que hacen y a contar hasta diez.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64–90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4, OA 6, OA 7, OA 11, OA 12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oral de textos adaptados y auténticos muy breves y simples, como cuentos, rimas y chants del contexto inmediato.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de lectura de textos adaptados y auténticos muy breves y simples, no literarios y literarios, relacionados con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mediante rimas, canciones, diálogos o presentaciones muy breves y simples acerca de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de acuerdo a un modelo acerca de temas conocidos o de otras asignaturas.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He/she is (He/she’s)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My/your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Who is…?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Commands: Touch your head, legs,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 sing, dance, walk, jump,climb, run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Iwash my face/hands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Adjectives: tall, short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Family members: mom (mother), dad (father), brother, sister, me, baby, grandfather, grandmother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Parts of the body: face, hands, mouth, nose, eyes, ears, hair, teeth, feet, fingers, tummy, toes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My/your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 sing, dance, walk, jump,climb, run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de evaluación 1 (OA 7, OA 6) · pág. 88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algunas palabras sobre miembros de la familia y partes del cuerpo en una lista.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acciones; por ejemplo: I read, I climb.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 que describen una imagen.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comprenden acciones cotidianas: I sing/run/read/sleep,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Comprenden descripción de personas.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 que expresan posesión my/your.</w:t>
            </w:r>
          </w:p>
          <w:p>
            <w:r>
              <w:rPr>
                <w:b/>
                <w:i w:val="0"/>
                <w:sz w:val="15"/>
              </w:rPr>
              <w:t>Ejemplo de evaluación 2 (OA 11, OA 12) · pág. 89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vocabulario de los miembros de la familia, como father, mother, brother, sister, baby grandmother, grandfather.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Hablan sobre su familia; por ejemplo: my mother.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posesión: my eyes.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pronombres he/she:he is Pedro, she is Maria.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cantidad hasta el 10: two eyes, one mouth, ten fingers, three sisters.</w:t>
            </w:r>
          </w:p>
          <w:p>
            <w:r>
              <w:rPr>
                <w:b/>
                <w:i w:val="0"/>
                <w:sz w:val="15"/>
              </w:rPr>
              <w:t>Ejemplo de evaluación 3 (OA 3, OA 4) · pág. 90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personas:he/she.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vocabulario escuchado de partes del cuerpo como head, hands, feet,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características de partes del cuerpo; por ejemplo: brown eyes, black hair, long hair.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y comprenden acciones cotidianas como play, dance, sing, eat, draw,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palabra escuchada a partes del cuerpo.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palabra escuchada aimagen de acción.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imagen deniño o niña a palabra escuchada he/she.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curiosidad, interés y respeto ante otras realidades y culturas, reconociendo sus aportes y valorando la diversidad de modos de vida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 estilo de trabajo cooperativo entre compañeros para alcanzar los propósitos de la asignatura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Simon says con partes del cuerpo (Touch your nose!); pareo oral de dibujos de la familia con mom, dad, brother, sister; registro de la presentación My family and me con una pauta simple de tres criterios.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1: </w:t>
            </w:r>
            <w:r>
              <w:rPr>
                <w:b w:val="0"/>
                <w:i w:val="0"/>
                <w:sz w:val="15"/>
              </w:rPr>
              <w:t>Los estudiantes deben asociar palabras y frases breves a imágenes. Instrumento: Criterios de evaluación. (pág. 88)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2: </w:t>
            </w:r>
            <w:r>
              <w:rPr>
                <w:b w:val="0"/>
                <w:i w:val="0"/>
                <w:sz w:val="15"/>
              </w:rPr>
              <w:t>Cada estudiante debe realizar una presentación individual frente al curso. Instrumento: Criterios de evaluación. (pág. 89)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3: </w:t>
            </w:r>
            <w:r>
              <w:rPr>
                <w:b w:val="0"/>
                <w:i w:val="0"/>
                <w:sz w:val="15"/>
              </w:rPr>
              <w:t>El docente entrega una hoja con tres tipos de actividades e imágenes.Los estudiantes marcan la alternativa correctade acuerdo a lo que el profesor dice,que corresponde a partes del cuerpo,características físicas y personas (he/she). Instrumento: Criterios de evaluación. (pág. 90)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Flashcards de la familia y del cuerpo; fotos o dibujos de la familia traídos de la casa (incluidos abuelos y otros cuidadores); espejo para nombrar partes de la cara; canciones de acción con gestos (I jump, I run, I dance).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What’s the weather like today?</w:t>
            </w:r>
          </w:p>
          <w:p>
            <w:r>
              <w:rPr>
                <w:b w:val="0"/>
                <w:i w:val="0"/>
                <w:sz w:val="15"/>
              </w:rPr>
              <w:t>Durante esta unidad, los estudiantes podrán identificar y hablar sobre las estaciones del año,y describir la ropa y animales que conocen; aprenderán los días de la semana, escucharán cuentos y canciones, recitarán rimas yescribirán palabras relacionadas con temas conocidos.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92–118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5, OA 6, OA 7, OA 11, OA 12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oral de textos adaptados y auténticos muy breves y simples, como cuentos, rimas y chants del contexto inmediato.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de lectura de textos adaptados y auténticos muy breves y simples, no literarios y literarios, relacionados con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mediante rimas, canciones, diálogos o presentaciones muy breves y simples acerca de temas conocidos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de acuerdo a un modelo acerca de temas conocidos o de otras asignaturas.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Today is 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It’s (a)…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White socks, black shoes, pink dress,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Big dog, small cat,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Where is the…?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…and…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Adjectives: big, small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Days of the week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Weather: windy, sunny, cloudy, rainy, snowy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Seasons of the year: summer, fall, winter, spring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Clothes: shoes, sock, a hat, dress, pants, skirt, scarf, coat, boots, shirt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Farm animals: cow, dog, cat, puppy, chicken, horse, duck, bird, pig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Places: pond, tree, house, farm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Today is 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It’s (a)…; They’re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Weather: windy, sunny, cloudy, rainy, snowy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Clothes: shoes, sock, a hat, dress, pants, skirt, scarf, coat, boots, shirt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…and…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de evaluación 1 (OA 11, OA 12) · pág. 116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vocabulariorelativo a animales,comohorse, duck, cat, dog, mouse, bird, cow, pig, puppy, kitten, chicken.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adjetivos relativos a tamaño y colores para describir animales, como big/small horse, brown cat.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 palabrait en reemplazo de animales, objetos y ropa: it is big, it is blue.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animales; por ejemplo big dog, brown cow.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 del docente; por ejemplo: Where is…?What color is the…? Do you have…? How many…do you have?</w:t>
            </w:r>
          </w:p>
          <w:p>
            <w:r>
              <w:rPr>
                <w:b/>
                <w:i w:val="0"/>
                <w:sz w:val="15"/>
              </w:rPr>
              <w:t>Ejemplo de evaluación 2 (OA 7, OA 6) · pág. 117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expresiones y vocabulario sobre clima y estaciones del año: It’s summer; sunny, windy.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descripción de animales y ropa: black shoes, big dog.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características de ropa: blue dress.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Siguen la lectura de textos informativos sobre el clima y estaciones del año.</w:t>
            </w:r>
          </w:p>
          <w:p>
            <w:r>
              <w:rPr>
                <w:b/>
                <w:i w:val="0"/>
                <w:sz w:val="15"/>
              </w:rPr>
              <w:t>Ejemplo de evaluación 3 (OA 3, OA 5) · pág. 118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vocabulario relativo a clima, ropa, animales domésticos y lugares.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características de animales, como big cow, small pig, white cat.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características de ropa, como blue shirt, big hat.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y comprenden información de un texto muy simple.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ropa, animales y lugares.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descripción de objetos: big/small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valoración e interés por conocer su propio contexto y realidad, ampliando el conocimiento de su entorno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una actitud positiva frente a sí mismo y sus capacidades para aprender un nuevo idioma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Rutina diaria del tiempo mirando por la ventana (Today is Monday. It's rainy!); dibujo según lo que dice el docente (a big brown horse, a red scarf); lista de cotejo de la recitación de los días de la semana.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1: </w:t>
            </w:r>
            <w:r>
              <w:rPr>
                <w:b w:val="0"/>
                <w:i w:val="0"/>
                <w:sz w:val="15"/>
              </w:rPr>
              <w:t>Los estudiantes deben realizar una breve presentación oral frente a sus compañeros sobre su animal favorito de una granja;tiene que incluir dos características del animal (tamaño y color) y utilizarit en reemplazo del nombre del animal. Instrumento: Criterios de evaluación. (pág. 116)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2: </w:t>
            </w:r>
            <w:r>
              <w:rPr>
                <w:b w:val="0"/>
                <w:i w:val="0"/>
                <w:sz w:val="15"/>
              </w:rPr>
              <w:t>En grupos de tres o cuatro integrantes, deben elaborar un paisaje con alguna técnica artística (plasticina, acuarela, témpera, pasteles, etc.),de acuerdo a un breve texto informativo que reciben del docente. Instrumento: Criterios de evaluación. (pág. 117)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3: </w:t>
            </w:r>
            <w:r>
              <w:rPr>
                <w:b w:val="0"/>
                <w:i w:val="0"/>
                <w:sz w:val="15"/>
              </w:rPr>
              <w:t>El docente describe en voz alta el tamaño o el color de siete animales o prendas de ropa. Instrumento: Criterios de evaluación. (pág. 118)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Tablero del tiempo de la sala con el tiempo de la localidad (sunny, cloudy, rainy, windy, hot, cold); ropa real de invierno (coat, scarf, boots, hat); flashcards de animales del campo cercano (cow, horse, dog, chicken); láminas de las cuatro estaciones con paisajes de distintas zonas de Chile.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Happy birthday!</w:t>
            </w:r>
          </w:p>
          <w:p>
            <w:r>
              <w:rPr>
                <w:b w:val="0"/>
                <w:i w:val="0"/>
                <w:sz w:val="15"/>
              </w:rPr>
              <w:t>En esta unidad, los estudiantes serán capaces de participar activamente en clases, respondiendo preguntas, describiendo comida y juguetes y expresando lo que tienen.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119–144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6, OA 7, OA 9, OA 10, OA 11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oral de textos adaptados y auténticos muy breves y simples, como cuentos, rimas y chants del contexto inmediato.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de lectura de textos adaptados y auténticos muy breves y simples, no literarios y literarios, relacionados con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mediante rimas, canciones, diálogos o presentaciones muy breves y simples acerca de temas conocidos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de acuerdo a un modelo acerca de temas conocidos o de otras asignaturas.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I’m…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Happy birthday! Thank you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Adjectives: new, old, happy, sad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 have/don’t have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A/an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Food: bread, egg, milk, ice cream,meat, juice, water, cheese, ham, tomatoe, potatoe, cookies, carrot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Toys: Bike, truck, doll, ball, car, plane, robot, rope, video games, marbles, yoyo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Birthdays: candles, cake, presents, balloons, eat, sing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Food: bread, egg, milk, ice cream, meat, juice, water, cheese, ham, tomatoe, potatoe, cookies, carrot.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de evaluación 1 (OA 3) · pág. 142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vocabulario de comida como eggs, milk, pasta,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comprenden preguntas: What’s your favorite food? How many…do you have?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posesión: I have…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número de juguetes y alimentos: two balls, an apple, etc.</w:t>
            </w:r>
          </w:p>
          <w:p>
            <w:r>
              <w:rPr>
                <w:b/>
                <w:i w:val="0"/>
                <w:sz w:val="15"/>
              </w:rPr>
              <w:t>Ejemplo de evaluación 2 (OA 7, OA 6, OA 9) · pág. 143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características de juguetes: red bike, new/old ball.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cantidad de juguetes hasta el diez.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posesión; por ejemplo: my/your ball.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corrigen información: it isn’t a robot, it’s a 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cuentos con frases y oraciones muy breves.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cuentos e identifican juguetes y elementos de cumpleaños.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e identifican descripción de juguetes.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personajes.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imágenes relacionadas con textos leídos.</w:t>
            </w:r>
          </w:p>
          <w:p>
            <w:r>
              <w:rPr>
                <w:b/>
                <w:i w:val="0"/>
                <w:sz w:val="15"/>
              </w:rPr>
              <w:t>Ejemplo de evaluación 3 (OA 10, OA 11) · pág. 144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canciones.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vocabulario relativo a comida, como pizza, chicken, egg, milk, ice cream, meat, potatoe, tomatoe, cookies, juice, water, carrot, bread, cheese, ham, pasta, rice, soup, apples, bananas, oranges, pears.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vocabulario relativo a juguetes,como bike, truck, doll, ball, car, plane, robot, rope, marbles, yoyo, roller blades, skateboard, video games.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adjetivos new/old para describir juguetes, como old truck, new bike.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curiosidad, interés y respeto ante otras realidades y culturas, reconociendo sus aportes y valorando la diversidad de modos de vida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 estilo de trabajo cooperativo entre compañeros para alcanzar los propósitos de la asignatura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de la caja de regalos (I have a ball! I don't have a doll); diálogo de cumpleaños en parejas (Happy birthday! Thank you) con observación; lectura del mini cuento de juguetes marcando las palabras conocidas.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1: </w:t>
            </w:r>
            <w:r>
              <w:rPr>
                <w:b w:val="0"/>
                <w:i w:val="0"/>
                <w:sz w:val="15"/>
              </w:rPr>
              <w:t>Los estudiantes escuchan una grabación con al menos tres diálogos muy simples. Instrumento: Criterios de evaluación. (pág. 142)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2: </w:t>
            </w:r>
            <w:r>
              <w:rPr>
                <w:b w:val="0"/>
                <w:i w:val="0"/>
                <w:sz w:val="15"/>
              </w:rPr>
              <w:t>Reciben una copia de un cuento muy breve sobre juguetes creado por el docente. Instrumento: Criterios de evaluación. (pág. 143)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3: </w:t>
            </w:r>
            <w:r>
              <w:rPr>
                <w:b w:val="0"/>
                <w:i w:val="0"/>
                <w:sz w:val="15"/>
              </w:rPr>
              <w:t>En grupos de tres o cuatro integrantes, deben inventar una canción, eligiendo un tema como foodo toys. Instrumento: Criterios de evaluación. (pág. 144)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Juguetes traídos por los niños; flashcards de comida y juguetes; alimentos o envases de la casa (bread, milk, cheese, eggs), como el pan amasado; cumpleaños simulado con torta de cartulina, velas y globos para cantar Happy birthday.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cada palabra con imagen, objeto real, gesto y sonido, y repetir los modelos muchas veces en canciones y rutinas; leer cuentos ilustrados señalando las imágenes.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respuestas con gestos, mímica, dibujos, señalando o con palabras sueltas; la escritura se limita a trazar, copiar o completar palabras con modelo.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juegos de movimiento, canciones y rutinas breves con temas cercanos (la familia, el clima de la localidad, los animales del campo); en cursos multigrado, compartir la canción con los otros niveles y variar solo la exigencia.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 Propuesta Curricular de Inglés del Mineduc (Inglés no tiene Bases Curriculares de 1° a 4° básico). Entre paréntesis, la página de la Propuesta (P). Los OA cuyas funciones cambian en cada unidad muestran el enunciado común y, debajo, las funciones de cada unidad.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COMPRENSIÓN ORAL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textos leídos por un adulto o en formato audiovisual, muy breves y simples, con un patrón que se repite,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rimas y chants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cuentos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canciones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textos orales relacionados con temas conocidos o de otras asignaturas que contengan las siguientes funciones: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38): </w:t>
            </w:r>
            <w:r>
              <w:rPr>
                <w:b w:val="0"/>
                <w:i w:val="0"/>
                <w:sz w:val="16"/>
              </w:rPr>
              <w:t>seguir y dar instrucciones; saludar, despedirse e identificarse; identificar lugares, celebraciones, partes del cuerpo, comida; expresar cantidades hasta el diez; describir la familia, objetos y animales, acciones cotidianas, clima y la vestimenta; expresar posesiones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65): </w:t>
            </w:r>
            <w:r>
              <w:rPr>
                <w:b w:val="0"/>
                <w:i w:val="0"/>
                <w:sz w:val="16"/>
              </w:rPr>
              <w:t>seguir y dar instrucciones; saludar, despedirse e identificarse; identificar lugares, celebraciones, partes del cuerpo, comida; expresar cantidades hasta el diez; describir la familia, objetos y animales, acciones cotidianas, clima y la vestimenta; expresar posesiones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93): </w:t>
            </w:r>
            <w:r>
              <w:rPr>
                <w:b w:val="0"/>
                <w:i w:val="0"/>
                <w:sz w:val="16"/>
              </w:rPr>
              <w:t>seguir y dar instrucciones; saludar, despedirse e identificarse; identificar lugares, celebraciones, partes del cuerpo, comida; expresar cantidades hasta el diez; describir la familia, objetos y animales, acciones cotidianas, clima y la vestimenta; expresar posesiones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120): </w:t>
            </w:r>
            <w:r>
              <w:rPr>
                <w:b w:val="0"/>
                <w:i w:val="0"/>
                <w:sz w:val="16"/>
              </w:rPr>
              <w:t>seguir y dar instrucciones; saludar, despedirse e identificarse; identificar lugares, celebraciones, partes del cuerpo, comida; expresar cantidades hasta el diez; describir la familia, objetos y animales, acciones cotidianas, clima y la vestimenta; expresar posesiones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comprensión de textos orales: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personajes, objetos y animales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siguiendo instrucciones simples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palabras, expresiones de uso muy frecuente y vocabulario aprendido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sonidos propios del inglés para comenzar a familiarizarse con ellos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textos orales y aplicar estrategias para apoyar la comprensión;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hacer conexiones con conocimientos previos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relacionar el texto con imágenes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Reaccionar a lo escuchado, estableciendo relaciones con experiencias personales y/o expresando preferencias u opiniones por medio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dibujos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mímicas y acciones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COMPRENSIÓN DE LECTURA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Seguir la lectura y comprender textos como cuentos, rimas, chants, listas, instrucciones, tarjetas de saludo y textos informativos, identificando: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personajes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 conocidas y vocabulario aprendido expresiones de uso muy frecuente (Happy birthday!)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Seguir la lectura y demostrar comprensión de textos relacionados con temas conocidos o de otras asignaturas y con las siguientes funciones: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39): </w:t>
            </w:r>
            <w:r>
              <w:rPr>
                <w:b w:val="0"/>
                <w:i w:val="0"/>
                <w:sz w:val="16"/>
              </w:rPr>
              <w:t>seguir y dar instrucciones; saludar, despedirse e identificarse; identificar lugares, celebraciones, partes del cuerpo, comida; expresar gustos, preferencias y cantidades hasta el diez; describir la familia, objetos y animales, acciones cotidianas, clima y la vestimenta; expresar posesiones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67): </w:t>
            </w:r>
            <w:r>
              <w:rPr>
                <w:b w:val="0"/>
                <w:i w:val="0"/>
                <w:sz w:val="16"/>
              </w:rPr>
              <w:t>seguir y dar instrucciones; saludar, despedirse e identificarse; identificar lugares, celebraciones, partes del cuerpo, comida; expresar gustos, preferencias y cantidades hasta el diez; describir la familia, objetos y animales, acciones cotidianas, clima y la vestimenta; expresar posesiones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95): </w:t>
            </w:r>
            <w:r>
              <w:rPr>
                <w:b w:val="0"/>
                <w:i w:val="0"/>
                <w:sz w:val="16"/>
              </w:rPr>
              <w:t>seguir y dar instrucciones; saludar, despedirse e identificarse; identificar lugares, celebraciones, partes del cuerpo, comida; expresar gustos, preferencias y cantidades hasta el diez; describir la familia, objetos y animales, acciones cotidianas, clima y la vestimenta; expresar posesiones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122): </w:t>
            </w:r>
            <w:r>
              <w:rPr>
                <w:b w:val="0"/>
                <w:i w:val="0"/>
                <w:sz w:val="16"/>
              </w:rPr>
              <w:t>seguir y dar instrucciones; saludar, despedirse e identificarse; identificar lugares, celebraciones, partes del cuerpo, comida; expresar gustos, preferencias y cantidades hasta el diez; describir la familia, objetos y animales, acciones cotidianas, clima y la vestimenta; expresar posesiones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Seguir la lectura y aplicar estrategias para apoyar la comprensión;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establecer relaciones con conocimientos previos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relacionar el texto con las imágenes que lo acompañan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jugar a leer a otros y dibujar de acuerdo a lo leído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Reaccionar a lo leído, estableciendo relaciones con experiencias personales y/o expresando preferencias y opiniones por medio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dibujos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EXPRESIÓN ORAL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Reproducir chants, rimas y canciones muy breves y simples para familiarizarse con los sonidos propios del inglés.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interacciones de la clase y exposiciones muy breves y simples, acerca de temas conocidos o de otras asignaturas: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apoyo del docente y de objetos, gestos e imágenes impresas o en formato digital usando el vocabulario aprendido y expresiones de uso muy frecuente (Por ejemplo: Good morning; thank you; My name is…)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Expresarse oralmente con el apoyo del docente para: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41): </w:t>
            </w:r>
            <w:r>
              <w:rPr>
                <w:b w:val="0"/>
                <w:i w:val="0"/>
                <w:sz w:val="16"/>
              </w:rPr>
              <w:t>saludar y despedirse, agradecer y pedir por favor; por ejemplo: hello/good morning, goodbye; thank you, please; describir acciones cotidianas y dar instrucciones; por ejemplo: I play, I run and jump, sit down; identificar y describir objetos, personas, animales, ropa, partes del cuerpo, comida, clima y celebraciones; por ejemplo: a book; mother; green and yellow; it’s rainy; tall/big/happy/sad; expresar posesiones y cantidades hasta el diez; por ejemplo: I have 2 books, my/your; two bags; dar información; por ejemplo: My name is…;I’m 6;yes/no; Monday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68): </w:t>
            </w:r>
            <w:r>
              <w:rPr>
                <w:b w:val="0"/>
                <w:i w:val="0"/>
                <w:sz w:val="16"/>
              </w:rPr>
              <w:t>saludar y despedirse, agradecer y pedir por favor; por ejemplo: hello/good morning, goodbye; thank you, please; describir acciones cotidianas y dar instrucciones; por ejemplo: I play, I run and jump, sit down; identificar y describir objetos, personas, animales, ropa, partes del cuerpo, comida, clima y celebraciones; por ejemplo: a book; mother; green and yellow; it’s rainy; tall/big/happy/sad; expresar posesiones y cantidades hasta el diez; por ejemplo: I have 2 books, my/your; two bags; dar información; por ejemplo: My name is…;I’m 6;yes/no; Monday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96): </w:t>
            </w:r>
            <w:r>
              <w:rPr>
                <w:b w:val="0"/>
                <w:i w:val="0"/>
                <w:sz w:val="16"/>
              </w:rPr>
              <w:t>saludar y despedirse, agradecer y pedir por favor; por ejemplo: hello/good morning, goodbye; thank you, please; describir acciones cotidianas y dar instrucciones; por ejemplo: I play, I run and jump, sit down; identificar y describir objetos, personas, animales, ropa, partes del cuerpo, comida, clima y celebraciones; por ejemplo: a book; mother; green and yellow; it’s rainy;tall/big/happy/sad; expresar posesiones y cantidades hasta el diez; por ejemplo: I have 2 books, my/your; two bags; dar información; por ejemplo: My name is…;I’m 6;yes/no; Monday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123): </w:t>
            </w:r>
            <w:r>
              <w:rPr>
                <w:b w:val="0"/>
                <w:i w:val="0"/>
                <w:sz w:val="16"/>
              </w:rPr>
              <w:t>saludar y despedirse, agradecer y pedir por favor; por ejemplo: hello/good morning, goodbye; thank you, please; describir acciones cotidianas y dar instrucciones; por ejemplo: I play, I run and jump, sit down; identificar y describir objetos, personas, animales, ropa, partes del cuerpo, comida, clima y celebraciones; por ejemplo: a book; mother; green and yellow; it’s rainy; tall/big/happy/sad; expresar posesiones y cantidades hasta el diez; por ejemplo: I have 2 books, my/your; two bags; dar información; por ejemplo: My name is…;I’m 6;yes/no; Monday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EXPRESIÓN ESCRITA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Experimentar con la escritura de palabras (por ejemplo: trazar, copiar o completar) cuya ortografía tenga alta correspondencia con el español, acerca de temas conocidos o de otras asignaturas, de acuerdo a un modelo.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Escribir, con apoyo de imágenes y de tarjetas de palabras, para: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42): </w:t>
            </w:r>
            <w:r>
              <w:rPr>
                <w:b w:val="0"/>
                <w:i w:val="0"/>
                <w:sz w:val="16"/>
              </w:rPr>
              <w:t>identificar y describir objetos, animales, personas, partes del cuerpo, acciones, clima y ropa, comida y lugares; por ejemplo: cat, pencil, doll, door, hands, dad, pants, dress, farm, rainy; red, big, hot, cold; I sing/play; expresar posesión y respuestas afirmativas y negativas; por ejemplo: my dog; yes, no; expresar cantidades en números hasta el diez; por ejemplo: two, three, four, etc.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68): </w:t>
            </w:r>
            <w:r>
              <w:rPr>
                <w:b w:val="0"/>
                <w:i w:val="0"/>
                <w:sz w:val="16"/>
              </w:rPr>
              <w:t>identificar y describir objetos, animales, personas, partes del cuerpo, acciones, clima y ropa, comida y lugares; por ejemplo: cat, pencil, doll, door, hands, dad, pants, dress, farm, rainy; red, big, hot, cold; I sing/play; expresar posesión y respuestas afirmativas y negativas; por ejemplo: my dog; yes, no; expresar cantidades en números hasta el diez; por ejemplo: two, three, four, etc.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97): </w:t>
            </w:r>
            <w:r>
              <w:rPr>
                <w:b w:val="0"/>
                <w:i w:val="0"/>
                <w:sz w:val="16"/>
              </w:rPr>
              <w:t>identificar y describir objetos, animales, personas, partes del cuerpo, acciones, clima y ropa, comida y lugares; por ejemplo: cat, pencil, doll, door, hands, dad, pants, dress, farm, rainy; red, big, hot, cold; I sing/play; expresar posesión y respuestas afirmativas y negativas; por ejemplo: my dog; yes, no; expresar cantidades en números hasta el diez; por ejemplo: two, three, four, etc.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124): </w:t>
            </w:r>
            <w:r>
              <w:rPr>
                <w:b w:val="0"/>
                <w:i w:val="0"/>
                <w:sz w:val="16"/>
              </w:rPr>
              <w:t>identificar y describir objetos, animales, personas, partes del cuerpo, acciones, clima y ropa, comida y lugares; por ejemplo: cat, pencil, doll, door, hands, dad, pants, dress, farm, rainy; red, big, hot, cold; I sing/play; expresar posesión y respuestas afirmativas y negativas; por ejemplo: my dog; yes, no; expresar cantidades en números hasta el diez; por ejemplo: two, three, four, etc.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valoración e interés por conocer su propio contexto y realidad, ampliando el conocimiento de su entorno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una actitud positiva frente a sí mismo y sus capacidades para aprender un nuevo idioma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curiosidad, interés y respeto ante otras realidades y culturas, reconociendo sus aportes y valorando la diversidad de modos de vida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cooperativo entre compañeros para alcanzar los propósitos de la asignatura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la Propuesta Curricular de Inglés 1° básico, Mineduc (Unidad de Currículum y Evaluación)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Idioma Extranjero: Inglés · 1°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Idioma Extranjero: Inglés · 1° básico</dc:title>
  <dc:subject/>
  <dc:creator/>
  <cp:keywords/>
  <dc:description>Generado el 2026-10-23 desde propuesta_ingles_1basico.pdf (sha256 263ae0ebf05b)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