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Idioma Extranjero: Inglés · 2°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Idioma Extranjero: Inglés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2°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112 h pedagógicas anuales según la Propuesta (28 por unidad), unas 3 h semanales · Inglés no es obligatorio de 1° a 4° básico: se imparte en horas de libre disposición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Propuesta Curricular Inglés 2° básico (Mineduc, Unidad de Currículum y Evaluación) · Inglés no tiene Bases Curriculares de 1° a 4° básico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2° básico, los estudiantes amplían el vocabulario del año anterior y lo usan para comprender y expresarse sobre los animales salvajes, la escuela, la casa, las ocupaciones, la comida y los sentimientos. Usan números hasta el 20, deletrean palabras simples, practican sonidos propios del inglés en rimas y chants, y comienzan a leer y copiar oraciones breves con modelo.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At the zoo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2: My house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11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3: I want to be a…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4: Delicious food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112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Los 14 OA se trabajan en todas las unidades (Programa, pág. None);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At the zoo</w:t>
            </w:r>
          </w:p>
          <w:p>
            <w:r>
              <w:rPr>
                <w:b w:val="0"/>
                <w:i w:val="0"/>
                <w:sz w:val="15"/>
              </w:rPr>
              <w:t>En esta primera unidad, se espera que los estudiantes activen conocimientos del año anterior, especialmente vocabulario básico, y lo usen en tareas de comprensión de información y de expresión de ideas sobre temas de su entorno (como los lugares de la escuela) y de temas de interés (como los animales salvajes).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34–60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10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7, OA 8, OA 10, OA 11, OA 12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Sounds: /s/ /z/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 con temas conocidos.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diálogos o presentaciones muy breves y simples acerca de temas conocidos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acerca de temas conocidos o de otras asignaturas de acuerdo a un modelo.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Greetings: Hi, I’m, this is…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Questions: How do you spell?, What is it? Is it a…? Are they…?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It is a …/It isn’t a…, They are…/they aren’t…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It/They can/can’t…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fast/slow, fat/thin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Actions: swim, swing, run, jump, climb, talk, walk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Child/children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Places at school: office, classroom, playground, library, corridor, gym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Numbers: 11-20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Wild animals: lion, monkey, parrot, elephant, fox, zebra, giraffe, penguin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Numbers: 11-20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Actions: swim, swing, run, jump, climb, talk, walk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fast/slow, fat/thin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Child/children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Expressions: It is a…/It isn’t a… , They are/they aren’t; Hi, I’m…, How do you spell…?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3, OA 10) · pág. 58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preguntas para deletrear palabras: How do you spell…? y palabras muy simples deletreadas.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Imitan sonidos iniciales/w/-/th/, en canciones, rimas, chants y diálogos.</w:t>
            </w:r>
          </w:p>
          <w:p>
            <w:r>
              <w:rPr>
                <w:b/>
                <w:i w:val="0"/>
                <w:sz w:val="15"/>
              </w:rPr>
              <w:t>Ejemplo de evaluación 2 (OA 7, OA 8) · pág. 59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y comprenden textos leídos.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palabras que describen: fast/slow.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acciones asociadas con animales: fly, run, jump, swing, climb, talk.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oraciones simples: it can run, it is big, the cat is black.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imagen con contenido de texto.</w:t>
            </w:r>
          </w:p>
          <w:p>
            <w:r>
              <w:rPr>
                <w:b/>
                <w:i w:val="0"/>
                <w:sz w:val="15"/>
              </w:rPr>
              <w:t>Ejemplo de evaluación 3 (OA 12, OA 11) · pág. 60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animales y sus características.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 presentan y presentan a otros: I’m… and this is.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animales: monkeys are big/fast/slow.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habilidades asociadas a animales: parrots can fly, monkeys can’t swim.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acciones que los animales realizan: monkeys climb and swing, birds fly.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juego de flashcards y Simon says con vocabulario de 1° básico (colores, números del 1 al 10, familia, cuerpo, ropa) para ver qué recuerdan. Si el curso no tuvo inglés en 1°, partir por saludos, colores y números.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Adivinanzas de animales con can/can't (It can climb. It's a monkey!); deletreo en parejas con How do you spell…?; pareo de oraciones con imágenes de animales, registrado con lista de cotejo.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El docente entrega a parejas de estudiantes una lista de vocabulario aprendido con palabras de una sílaba; un alumno pregunta al otro How do you spell…? y el compañero debe deletrear la palabra. Instrumento: Criterios de evaluación. (pág. 58)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Los estudiantes leen una oración que corresponde a la descripción de un animal y la parean con la imagen correspondiente. Instrumento: Criterios de evaluación. (pág. 59)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En parejas, los estudiantes se presentan al curso y luego presentan a un animal salvaje en formato audiovisual. Instrumento: Criterios de evaluación. (pág. 60)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animales salvajes y de lugares de la escuela; recorrido por la escuela nombrando office, library, playground y gym; láminas de animales nativos de Chile (condor, pudu, puma, chinchilla) para comparar con los del zoológico; tarjetas de números del 11 al 20. Si no hay equipo para la presentación audiovisual, sirve un afiche dibujado.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/>
                <w:i w:val="0"/>
                <w:sz w:val="16"/>
              </w:rPr>
              <w:t>My house</w:t>
            </w:r>
          </w:p>
          <w:p>
            <w:r>
              <w:rPr>
                <w:b w:val="0"/>
                <w:i w:val="0"/>
                <w:sz w:val="15"/>
              </w:rPr>
              <w:t>En esta unidad, los estudiantes usarán sus conocimientos sobre los miembros de la familia para comprender información y expresarse sobre la casa y las actividades que realizan en ella.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61–84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11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6, OA 8, OA 11,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Sounds /s/ /z/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 con temas conocidos.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diálogos o presentaciones muy breves y simples acerca de temas conocidos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acerca de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Questions: Where is father/ the boy/book? What’s your phone number? Where do you live?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He/she is/isn’t in the…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Instructions: stop and look, walk, wear a helmet, don’t run/talk/ shout/jump/play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There is/are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clean, dirty, messy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Prepositions: It’s in/on/under the…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Numbers: 11-20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Parts of the house: garden, bedroom, living room, bathroom, kitchen, dining room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Furniture: lamp, table, bed, sofa, mirror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Shapes: circle, square, triangle, rectangle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Traffic safety: helmet, traffic light, crosswalk, street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Expressions: I don’t know, I know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Prepositions: in/on/under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Don’t 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He/she is/isn’t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Parts of the house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Furniture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11) · pág. 82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su pieza y los objetos que tiene, usando apoyo visual o material concreto.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vocabulario de las partes de la casa y objetos de una pieza.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palabras para describir partes de la casa: clean, dirty, messy.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expresiones como: there is/are…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Deletrean partes de la casa.</w:t>
            </w:r>
          </w:p>
          <w:p>
            <w:r>
              <w:rPr>
                <w:b/>
                <w:i w:val="0"/>
                <w:sz w:val="15"/>
              </w:rPr>
              <w:t>Ejemplo de evaluación 2 (OA 6, OA 8)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personajes y 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Relacionan imagen con contenido de texto.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Recuentan un cuento con apoyo de imágenes.</w:t>
            </w:r>
          </w:p>
          <w:p>
            <w:r>
              <w:rPr>
                <w:b/>
                <w:i w:val="0"/>
                <w:sz w:val="15"/>
              </w:rPr>
              <w:t>Ejemplo de evaluación 3 (OA 14)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Copian vocabulario de partes de la casa y objetos.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Copian frases que describen ubicación de objetos y lugares y personas, como under the table, in the kitchen, he is/they are.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simples que describen lugares y personas, como there is a… (table); mother is/are in the…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frases que describen ubicación de objetos, como …(under) the chair.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descripción de una pieza.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curiosidad, interés y respeto ante otras realidades y culturas, reconociendo sus aportes y valorando la diversidad de modos de vida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Where is the…? escondiendo un objeto en la sala (It's under the table!); descripción oral de su lugar favorito de la casa con un dibujo; lista de cotejo de la pronunciación de /s/ y /z/ en rimas.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Actividad de evaluación de pares Los estudiantes escuchan y ven una presentación que hace una pareja de estudiantes que deletrea el nombre de una pieza de la casa, la describe y nombra los objetos que hay en ella. Instrumento: Criterios de evaluación. (pág. 82)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Los estudiantes recuentan un cuento leído anteriormente con la ayuda de imágenes, diagrama o dibujos hechos por ellos.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1. Los estudiantes etiquetan imágenes de ubicación de objetos, usando palabras de un banco de palabras. Instrumento: Criterios de evaluación. (pág. 84)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partes de la casa y muebles; casa hecha con una caja de zapatos y muebles recortados; láminas de casas de distintas zonas de Chile; señales viales dibujadas para practicar stop and look y wear a helmet.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/>
                <w:i w:val="0"/>
                <w:sz w:val="16"/>
              </w:rPr>
              <w:t>I want to be a…</w:t>
            </w:r>
          </w:p>
          <w:p>
            <w:r>
              <w:rPr>
                <w:b w:val="0"/>
                <w:i w:val="0"/>
                <w:sz w:val="15"/>
              </w:rPr>
              <w:t>Durante esta unidad, los estudiantes comprenderán información y se expresarán sobre ocupaciones de personas de su entorno y sobre actividades que realizan al momento de hablar.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86–108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6,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 con temas conocidos.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diálogos o presentaciones muy breves y simples acerca de temas conocidos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acerca de temas conocidos o de otras asignaturas, de acuerdo a un modelo.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Questions: What’s she doing? Is he/she sleeping/reading, etc.? Who is he/she? Who are they? Where do you work?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At the hospital, garage, airport, police station, etc.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Activities: watching TV, playing, cooking, painting, sleeping, eating, Reading.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Numbers: 11-20. Pronunciacion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Sounds: /w/ /th/.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Occupations: teacher, farmer, police officer, vet, nurse, cook, driver, waiter, doctor, pilot, mechanic.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Places: school, hospital, farm, police station, restaurant.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Expressions: I want to be a…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Activities: watching TV, cooking, sleeping, eating, cooking.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Places: school, hospital, police station, restaurant, farm.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Occupations: teacher, farmer, vet, nurse, cook, driver, waiter, doctor, pilot, mechanic, police officer.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6) · pág. 106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relativo a ocupaciones y lugares.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lugares de trabajo de algunas ocupaciones.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textos informativos y diálogos.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rimas y chants.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personajes y acciones.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Leen cuentos simples.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sobre ocupaciones y lugares de trabajo.</w:t>
            </w:r>
          </w:p>
          <w:p>
            <w:r>
              <w:rPr>
                <w:b/>
                <w:i w:val="0"/>
                <w:sz w:val="15"/>
              </w:rPr>
              <w:t>Ejemplo de evaluación 2 (OA 13, OA 14) · pág. 107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frases de acuerdo a una imagen y con apoyo de vocabulario.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de acuerdo a una imagen y con apoyo de palabras.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Copian vocabulario de ocupaciones y lugares de trabajo.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frases como are cooking, a doctor, at the hospital.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que relacionan ocupaciones con lugar de trabajo, como … are at the garage, he is…</w:t>
            </w:r>
          </w:p>
          <w:p>
            <w:r>
              <w:rPr>
                <w:b/>
                <w:i w:val="0"/>
                <w:sz w:val="15"/>
              </w:rPr>
              <w:t>Ejemplo de evaluación 3 (OA 3) · pág. 108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actividades que ocurren al momento de hablar.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diferencias entre sonidos iniciales/th/-/w/.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y comprenden información en un texto muy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números hasta el 20.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actividades cotidianas que realizan en una casa: he is reading, she is cooking.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plural o singular de personas: he/she, they.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Demostrar valoración e interés por conocer su propio contexto y realidad, ampliando el conocimiento de su entorno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Manifestar una actitud positiva frente a sí mismo y sus capacidades para aprender un nuevo idioma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Mímica de ocupaciones y acciones (Is he cooking? Yes!); pareo de ocupaciones con lugares de trabajo; registro de la pronunciación de /th/ y /w/ en un chant.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Actividad de autoevaluación Los estudiantes leen y colorean partes de un diagrama con oraciones sobre sus habilidades de lectura en diferentes tipos de textos, luego de que el docente ha explicado el significado de I can. Instrumento: Criterios de evaluación. (pág. 106)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Los estudiantes identifican ocupaciones y lugares de trabajo de un banco de palabras y corrigen información al respecto. Instrumento: Criterios de evaluación. (pág. 107)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Los estudiantes identifican imágenes que describan acciones cotidianas, palabras que comienzan con sonidos /th/ y /w/ y números hasta el 20. 1. Escuchan oraciones que describen una imagen y deben marcar la imagen que corresponde a la acción y a plural o singular entre dos alternativas. Instrumento: Criterios de evaluación. (pág. 108)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Flashcards de ocupaciones y lugares; fotos de trabajos de la comunidad (farmer, driver, nurse, teacher, cook); accesorios simples para disfrazarse (gorro, delantal, casco); visita de un apoderado que cuente su trabajo, para luego nombrarlo en inglés.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/>
                <w:i w:val="0"/>
                <w:sz w:val="16"/>
              </w:rPr>
              <w:t>Delicious food</w:t>
            </w:r>
          </w:p>
          <w:p>
            <w:r>
              <w:rPr>
                <w:b w:val="0"/>
                <w:i w:val="0"/>
                <w:sz w:val="15"/>
              </w:rPr>
              <w:t>En esta última unidad del año, los estudiantes comprenderán y se expresarán sobre la comida y sus características, usando algunos conocimientos adquiridos durante 1º básico, y sobre estados de ánimo y algunos sentimientos.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109–134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 a 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(todos; ver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3, OA 4, OA 11, OA 12, OA 13, OA 14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Pronunciación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Sounds /w/, /th/</w:t>
            </w:r>
          </w:p>
          <w:p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oral de textos adaptados y auténticos muy breves y simples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Comprensión de lectura de textos adaptados y auténticos muy breves y simples, no literarios y literarios, relacionados con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oral mediante diálogos o presentaciones muy breves y simples acerca de temas conocidos o de otras asignaturas.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escrita de acuerdo a un modelo acerca de temas conocidos o de otras asignaturas.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Questions: what do you want?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 want…, please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A/an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Prepositions: behind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Adjectives: hot/cold, angry/bored/scared/sleepy, hungry/thirsty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Numbers 11-20</w:t>
            </w:r>
          </w:p>
          <w:p>
            <w:r>
              <w:rPr>
                <w:b/>
                <w:i w:val="0"/>
                <w:sz w:val="15"/>
              </w:rPr>
              <w:t>Vocabulario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Expressions: here you are, thank you, My favorite food is…, here/there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Feelings: I’m hungry, sleepy, cold, thirsty, tired, angry, scared, bored, hot, cold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Food: ice cream, salad, fruit, pasta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Easter: Easter egg/bunny, basket, bush, bench, flower pot, chocolates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 want…, please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Feelings: hot/cold, angry/bored/scared/sleepy/tired, hungry/thirsty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Food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Here/there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de evaluación 1 (OA 11, OA 12) · pág. 132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Participan en diálogos con pares y el docente.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Hablan sobre la comida.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cantidades hasta el 20.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Agradecen y piden por favor: thank you, please.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y responden preguntas para obtener algo: What do you want? I want…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Formulan y responden preguntas sobre comida: What’s your favorite food? Is it cold/hot? Yes, it is/no, it isn’t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sentimientos y estados de ánimo: I’m tired, sleepy, angry.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comida: hot/cold, good/bad.</w:t>
            </w:r>
          </w:p>
          <w:p>
            <w:r>
              <w:rPr>
                <w:b/>
                <w:i w:val="0"/>
                <w:sz w:val="15"/>
              </w:rPr>
              <w:t>Ejemplo de evaluación 2 (OA 13, OA 14) · pág. 133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de acuerdo a una imagen y con ayuda de palabras.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Eligen palabras para completar oraciones de acuerdo al sentido de la oración.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oración con palabras que describen personas, lugares.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Completan oraciones con acciones.</w:t>
            </w:r>
          </w:p>
          <w:p>
            <w:r>
              <w:rPr>
                <w:b/>
                <w:i w:val="0"/>
                <w:sz w:val="15"/>
              </w:rPr>
              <w:t>Ejemplo de evaluación 3 (OA 3, OA 4) · pág. 134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vocabulario de comida, sentimientos e Easter.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palabras para describir ubicación: behind, here, there.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expresiones: here you are, you’re welcome, Happy Easter!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expresión de deseo de obtener algo: I want a…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Escuchan y comprenden información en un texto muy simple.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and para unir o agregar información.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imagen a comida y objetos de Easter.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palabras clave.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Demostrar curiosidad, interés y respeto ante otras realidades y culturas, reconociendo sus aportes y valorando la diversidad de modos de vida</w:t>
            </w:r>
          </w:p>
          <w:p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Manifestar un estilo de trabajo cooperativo entre compañeros para alcanzar los propósitos de la asignatura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Juego de roles en la cafetería de la sala (What do you want? I want an apple, please. Here you are!); mímica de sentimientos (I'm cold! I'm sleepy!); completar oraciones de un cuento en viñetas con banco de palabras.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1: </w:t>
            </w:r>
            <w:r>
              <w:rPr>
                <w:b w:val="0"/>
                <w:i w:val="0"/>
                <w:sz w:val="15"/>
              </w:rPr>
              <w:t>En parejas, presentan un diálogo sobre comida en una cafetería. Instrumento: Criterios de evaluación. (pág. 132)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2: </w:t>
            </w:r>
            <w:r>
              <w:rPr>
                <w:b w:val="0"/>
                <w:i w:val="0"/>
                <w:sz w:val="15"/>
              </w:rPr>
              <w:t>Los estudiantes reciben imágenes de un cuento en varios cuadros. Instrumento: Criterios de evaluación. (pág. 133)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de evaluación 3: </w:t>
            </w:r>
            <w:r>
              <w:rPr>
                <w:b w:val="0"/>
                <w:i w:val="0"/>
                <w:sz w:val="15"/>
              </w:rPr>
              <w:t>1. Los estudiantes escuchan un diálogo muy breve entre un alumno y una persona de la cafetería de su escuela, en el cual el alumno pide la comida que quiere comer. Instrumento: Criterios de evaluación. (pág. 134)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Alimentos reales o envases para la cafetería; tarjetas de caritas con sentimientos; comida de la zona nombrada en inglés (bread, fish, meat, salad, corn); canasta y huevos de cartulina para la actividad de Easter.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Presentar el vocabulario con imágenes, objetos reales, gestos y audio, y modelar cada diálogo con títeres antes de pedirlo a los estudiantes; dejar las palabras nuevas en un muro de palabras con imagen.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Permitir mostrar lo aprendido con mímica, dibujos rotulados, palabras sueltas o frases modelo, y escribir copiando o completando con banco de palabras.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Usar adivinanzas, canciones y juegos de roles con temas cercanos (animales nativos de Chile, la casa, los trabajos de la comunidad); trabajo en parejas en un ambiente que acepte el error; en cursos multigrado, el mismo juego con distinta exigencia.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 Propuesta Curricular de Inglés del Mineduc (Inglés no tiene Bases Curriculares de 1° a 4° básico). Entre paréntesis, la página de la Propuesta (P). Los OA cuyas funciones cambian en cada unidad muestran el enunciado común y, debajo, las funciones de cada unidad.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leídos por un adulto o en formato audiovisual, breves y simples, como: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rimas y chants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canciones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cuentos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diálogos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Comprender textos orales relacionados con temas conocidos o de otras asignaturas que contengan las siguientes funciones: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36):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63):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87):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110):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28)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comprensión de textos orales: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36): </w:t>
            </w:r>
            <w:r>
              <w:rPr>
                <w:b w:val="0"/>
                <w:i w:val="0"/>
                <w:sz w:val="16"/>
              </w:rPr>
              <w:t>identificando personajes, objetos y animales; siguiendo instrucciones simples; identificando palabras, expresiones de uso muy frecuente y vocabulario aprendido; identificando sonidos propios del inglés que pueden interferir en la comprensión, como /s/-/z/, /w/-/th/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63): </w:t>
            </w:r>
            <w:r>
              <w:rPr>
                <w:b w:val="0"/>
                <w:i w:val="0"/>
                <w:sz w:val="16"/>
              </w:rPr>
              <w:t>identificando personajes, objetos y animales; siguiendo instrucciones simples; identificando palabras, expresiones de uso muy frecuente y vocabulario aprendido; identificando sonidos propios del inglés que pueden interferir en la comprensión, como /s/-/z/, /w/-/th/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87): </w:t>
            </w:r>
            <w:r>
              <w:rPr>
                <w:b w:val="0"/>
                <w:i w:val="0"/>
                <w:sz w:val="16"/>
              </w:rPr>
              <w:t>identificando personajes, objetos y animales; siguiendo instrucciones simples; identificando palabras, expresiones de uso muy frecuente y vocabulario aprendido; identificando sonidos propios del inglés que pueden interferir en la comprensión, como /s/-/z/, /w/-/th/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110): </w:t>
            </w:r>
            <w:r>
              <w:rPr>
                <w:b w:val="0"/>
                <w:i w:val="0"/>
                <w:sz w:val="16"/>
              </w:rPr>
              <w:t>identificando personajes, objetos y animales; siguiendo instrucciones simples; identificando palabras, expresiones de uso muy frecuente y vocabulario aprendido; identificando sonidos propios del inglés que pueden interferir en la comprensión, como /s/-/z/, /w/-/th/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Escuchar textos orales y aplicar estrategias para apoyar la comprensión;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conexiones con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el texto con imágenes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focalizar la atención en palabras clave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 escuchado, estableciendo relaciones con experiencias personales y/o expresando preferencias, sentimientos u opiniones, por medio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dibujos y representaciones (figuras)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mímicas y 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dramatizaciones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o frases escritas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COMPRENSIÓN DE LECTURA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6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demostrar comprensión de textos como cuentos, rimas, chants, tarjetas de saludo, instrucciones y textos informativos, identificando: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ideas generales del texto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personajes y acciones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vocabulario aprendido, palabras conocidas y expresiones de uso muy frecuente (I want...; Here!)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7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29)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demostrar comprensión de textos relacionados con temas conocidos o de otras asignaturas y con las siguientes funciones: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37):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64):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88):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111): </w:t>
            </w:r>
            <w:r>
              <w:rPr>
                <w:b w:val="0"/>
                <w:i w:val="0"/>
                <w:sz w:val="16"/>
              </w:rPr>
              <w:t>seguir y dar instrucciones; presentarse y presentar a otros; expresar habilidad, sentimientos, posesión y cantidades hasta el veinte; describir animales y objetos en un lugar; describir acciones que suceden al momento de hablar; solicitar y dar información sobre ocupaciones, comida y ubicación de personas y objetos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8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Leer y aplicar estrategias para apoyar la comprensión; por ejemplo: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hacer predicciones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establecer relaciones con conocimientos previos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relacionar el texto con las imágenes que lo acompañan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releer o leer a otros en voz alta, dibujar o recontar con ayuda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9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26)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Reaccionar a lo leído, estableciendo relaciones con experiencias personales y/o expresando preferencias, sentimientos u opiniones por medio de: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ilustraciones y representaciones (figuras)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dramatizaciones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palabras o frases escritas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ORAL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10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Reproducir chants, rimas y diálogos muy breves y simples para familiarizarse con los sonidos propios del inglés: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38): </w:t>
            </w:r>
            <w:r>
              <w:rPr>
                <w:b w:val="0"/>
                <w:i w:val="0"/>
                <w:sz w:val="16"/>
              </w:rPr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65): </w:t>
            </w:r>
            <w:r>
              <w:rPr>
                <w:b w:val="0"/>
                <w:i w:val="0"/>
                <w:sz w:val="16"/>
              </w:rPr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89): </w:t>
            </w:r>
            <w:r>
              <w:rPr>
                <w:b w:val="0"/>
                <w:i w:val="0"/>
                <w:sz w:val="16"/>
              </w:rPr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113): </w:t>
            </w:r>
            <w:r>
              <w:rPr>
                <w:b w:val="0"/>
                <w:i w:val="0"/>
                <w:sz w:val="16"/>
              </w:rPr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Participar en diálogos, interacciones de la clase y exposiciones muy breves y simples, acerca de temas conocidos o de otras asignaturas: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apoyo del docente y de objetos, gestos e imágenes impresas o en formato digital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usando vocabulario aprendido y expresiones de uso muy frecuente (Por ejemplo: How do you say…? I’m…)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30)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Expresarse oralmente con el apoyo del docente para: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39): </w:t>
            </w:r>
            <w:r>
              <w:rPr>
                <w:b w:val="0"/>
                <w:i w:val="0"/>
                <w:sz w:val="16"/>
              </w:rPr>
              <w:t>compartir información personal; por ejemplo: I’m…; this is Pedro; I’m cold/hungry; He/she is sleepy; expresar habilidad y cantidades hasta el veinte; por ejemplo: They can/can’t fly; twelve chairs; identificar y describir animales, comida, ocupaciones y lugares; por ejemplo: kitchen / hospital / apple; This is a …; It’s big and brown; They are vets; There is a lamp; there are pears; expresar prohibición; por ejemplo: don’t jump; solicitar y dar información sobre comida y ubicación de objetos; por ejemplo: I want…; It’s cold/hot; Where is the lamp? in/on/under/here/there; describir acciones que ocurren al momento de hablar: He is sleeping/playing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66): </w:t>
            </w:r>
            <w:r>
              <w:rPr>
                <w:b w:val="0"/>
                <w:i w:val="0"/>
                <w:sz w:val="16"/>
              </w:rPr>
              <w:t>compartir información personal; por ejemplo: I’m…; this is Pedro; I’m cold/hungry; He/she is sleepy; expresar habilidad y cantidades hasta el veinte; por ejemplo: They can/can’t fly; twelve chairs; identificar y describir animales, comida, ocupaciones y lugares; por ejemplo: kitchen / hospital / apple; This is a …; It’s big and brown; They are vets; There is a lamp; there are pears; expresar prohibición; por ejemplo: don’t jump; solicitar y dar información sobre comida y ubicación de objetos; por ejemplo: I want…; It’s cold/hot; Where is the lamp? in/on/under/here/there; describir acciones que ocurren al momento de hablar: He is sleeping/playing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90): </w:t>
            </w:r>
            <w:r>
              <w:rPr>
                <w:b w:val="0"/>
                <w:i w:val="0"/>
                <w:sz w:val="16"/>
              </w:rPr>
              <w:t>compartir información personal; por ejemplo: I’m…; this is Pedro; I’m cold/hungry; He/she is sleepy; expresar habilidad y cantidades hasta el veinte; por ejemplo: They can/can’t fly; twelve chairs; identificar y describir animales, comida, ocupaciones y lugares; por ejemplo: kitchen / hospital / apple; This is a …; It’s big and brown; They are vets; There is a lamp; there are pears; expresar prohibición; por ejemplo: don’t jump; solicitar y dar información sobre comida y ubicación de objetos; por ejemplo: I want…; It’s cold/hot; Where is the lamp? in/on/under/here/there; describir acciones que ocurren al momento de hablar: He is sleeping/playing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113): </w:t>
            </w:r>
            <w:r>
              <w:rPr>
                <w:b w:val="0"/>
                <w:i w:val="0"/>
                <w:sz w:val="16"/>
              </w:rPr>
              <w:t>compartir información personal; por ejemplo: I’m…; this is Pedro; I’m cold/hungry; He/she is sleepy; expresar habilidad y cantidades hasta el veinte; por ejemplo: They can/can’t fly; twelve chairs; identificar y describir animales, comida, ocupaciones y lugares; por ejemplo: kitchen / hospital / apple; This is a …; It’s big and brown; They are vets; There is a lamp; there are pears; expresar prohibición; por ejemplo: don’t jump; solicitar y dar información sobre comida y ubicación de objetos; por ejemplo: I want…; It’s cold/hot; Where is the lamp? in/on/under/here/there; describir acciones que ocurren al momento de hablar: He is sleeping/playing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EXPRESIÓN ESCRITA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27)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 (por ejemplo: copiar o completar) palabras y oraciones simples de acuerdo a un modelo, acerca de temas conocidos o de otras asignaturas.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31)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Escribir, sobre la base de imágenes, para: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1 (P 39): </w:t>
            </w:r>
            <w:r>
              <w:rPr>
                <w:b w:val="0"/>
                <w:i w:val="0"/>
                <w:sz w:val="16"/>
              </w:rPr>
              <w:t>identificar animales, acciones, objetos y partes de la casa, ocupaciones, lugares y comida; por ejemplo: parrot, lamp; a lion/toy/nurse/hospital; It’s a…; They are vets; expresar sentimientos; por ejemplo: I’m cold /sad; expresar cantidades en números hasta el veinte; agregar información; por ejemplo: I run and jump; describir ubicación de objetos y acciones que ocurren al momento de hablar; por ejemplo: in/on/under …; is/are sleeping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2 (P 66): </w:t>
            </w:r>
            <w:r>
              <w:rPr>
                <w:b w:val="0"/>
                <w:i w:val="0"/>
                <w:sz w:val="16"/>
              </w:rPr>
              <w:t>identificar animales, acciones, objetos y partes de la casa, ocupaciones, lugares, comida, por ejemplo: parrot, lamp; a lion/toy/nurse/hospital; It’s a…; They are vets; expresar sentimientos, por ejemplo: I’m cold /sad; expresar cantidades en números hasta el veinte; agregar información, por ejemplo: I run and jump; describir ubicación de objetos y acciones que ocurren al momento de hablar, por ejemplo: in/on/under …; is/are sleeping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3 (P 90): </w:t>
            </w:r>
            <w:r>
              <w:rPr>
                <w:b w:val="0"/>
                <w:i w:val="0"/>
                <w:sz w:val="16"/>
              </w:rPr>
              <w:t>identificar animales, acciones, objetos y partes de la casa, ocupaciones, lugares, comida, por ejemplo: parrot, lamp; a lion/toy/nurse/hospital; It’s a…; They are vets; expresar sentimientos, por ejemplo: I’m cold /sad; expresar cantidades en números hasta el veinte; agregar información, por ejemplo: I run and jump describir ubicación de objetos y acciones que ocurren al momento de hablar, por ejemplo: in/on/under …; is/are sleeping</w:t>
            </w:r>
          </w:p>
          <w:p>
            <w:pPr>
              <w:spacing w:after="0"/>
            </w:pPr>
            <w:r>
              <w:rPr>
                <w:b/>
                <w:i w:val="0"/>
                <w:sz w:val="16"/>
              </w:rPr>
              <w:t xml:space="preserve">Unidad 4 (P 114): </w:t>
            </w:r>
            <w:r>
              <w:rPr>
                <w:b w:val="0"/>
                <w:i w:val="0"/>
                <w:sz w:val="16"/>
              </w:rPr>
              <w:t>identificar animales, acciones, objetos y partes de la casa, ocupaciones, lugares, comida, por ejemplo: parrot, lamp; a lion/toy/nurse/hospital; It’s a…; They are vets; expresar sentimientos, por ejemplo: I’m cold /sad; expresar cantidades en números hasta el veinte; agregar información, por ejemplo: I run and jump; describir ubicación de objetos y acciones que ocurren al momento de hablar, por ejemplo: in/on/under …; is/are sleeping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valoración e interés por conocer su propio contexto y realidad, ampliando el conocimiento de su entorno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una actitud positiva frente a sí mismo y sus capacidades para aprender un nuevo idioma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curiosidad, interés y respeto ante otras realidades y culturas, reconociendo sus aportes y valorando la diversidad de modos de vida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32)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Manifestar un estilo de trabajo cooperativo entre compañeros para alcanzar los propósitos de la asignatura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la Propuesta Curricular de Inglés 2° básico, Mineduc (Unidad de Currículum y Evaluación)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Idioma Extranjero: Inglés · 2°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Idioma Extranjero: Inglés · 2° básico</dc:title>
  <dc:subject/>
  <dc:creator/>
  <cp:keywords/>
  <dc:description>Generado el 2026-10-23 desde propuesta_ingles_2basico.pdf (sha256 f844ad4d60ed)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