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Interpretación y Creación en Danza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Interpretación y Creación en Danza (Formación Diferenciada HC, área C)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 · Formación Diferenciada Humanístico-Científica: cada estudiante elige 3 asignaturas de 6 h semanales; el establecimiento define cuáles ofrece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la Formación Diferenciada, los estudiantes investigan corporalmente el lenguaje de la danza, crean e interpretan coreografías inspiradas en diversas fuentes y contextos, las analizan críticamente y gestionan su presentación a la comunidad.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Cuerpo en movimiento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72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Profundizando en el lenguaje de la danza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Contexto y creación en danza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31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Compartiendo y valorando procesos creativos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32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6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36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952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Cuerpo en movimiento</w:t>
            </w:r>
          </w:p>
          <w:p>
            <w:r>
              <w:rPr>
                <w:b w:val="0"/>
                <w:i w:val="0"/>
                <w:sz w:val="15"/>
              </w:rPr>
              <w:t>En esta unidad, los estudiantes podrán reconocer el propio cuerpo a partir de la experiencia del movimiento.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37–58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72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7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Revisando lo aprendido (OA 1, OA 2, OA 7) · pág. 56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● Experimentan diversas posibilidades y cualidades del movimiento de manera consciente por medio de la exploración.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● Aplican diversas posibilidades de movimiento relacionadas con el tono muscular, hábitos posturales, movimiento articular, patrones de movimiento y respiración.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● Expresan sus ideas y visiones acerca de la visión del cuerpo por medio de un acto performativo.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● Aplican elementos y conocimientos de danza para crear una performance.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● Evalúan sus creaciones y las de sus pares, utilizando lenguaje disciplinar.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● Fundamentan sus evaluaciones acerca del trabajo personal y el de sus pares de manera crítica, reflexiva y respetuosa.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exploración de movimiento libre y conversación sobre las danzas que conocen o practican, incluidas las tradicionales de la región, para conocer su experiencia.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Bitácora de investigación corporal sobre posibilidades de movimiento y hábitos posturales (OA 1); acto performativo breve sobre su visión del cuerpo, con coevaluación (OA 2, OA 7).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Revisando lo aprendido: </w:t>
            </w:r>
            <w:r>
              <w:rPr>
                <w:b w:val="0"/>
                <w:i w:val="0"/>
                <w:sz w:val="15"/>
              </w:rPr>
              <w:t>El propósito de esta actividad es que los grupos presenten a los compañeros y el profesor su propuesta de performance a partir de la idea significativa, y que expongan las principales conclusiones que obtuvieron tras comparar las distintas visiones y percepciones del cuerpo. (pág. 56)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Gimnasio o sala amplia; colchonetas; música variada descargada; celular para grabar y revisar las sesiones.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Profundizando en el lenguaje de la danza</w:t>
            </w:r>
          </w:p>
          <w:p>
            <w:r>
              <w:rPr>
                <w:b w:val="0"/>
                <w:i w:val="0"/>
                <w:sz w:val="15"/>
              </w:rPr>
              <w:t>En esta unidad se pretende que los estudiantes integren los conocimientos disciplinares a partir de la exploración para luego practicar, crear y analizar frases de movimiento desde una perspectiva sensible y consciente.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59–77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3,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3, OA 7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1, OA 3, OA 7) · pág. 74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● Experimentan el vínculo entre corporalidad y cualidades de movimiento mediante la investigación y el análisis de frases de movimiento.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● Relacionan sensaciones, ideas o imágenes surgidas de la práctica de una frase de movimiento, con elementos y recursos de la danza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● Identifican cómo cambió una frase de movimiento tras el análisis de los elementos incorporados.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● Componen un estudio de movimiento, aplicando los diversos conocimientos de la danza aprendidos durante la unidad.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● Interpretan un estudio de movimiento, aplicando elementos del lenguaje y resultados de la investigación corporal.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● Evalúan estudios de movimiento propios y de sus pares, identificando fortalezas y elementos a mejorar.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● Argumentan decisiones tomadas para elegir cualidades y flujo de movimiento, utilizando vocabulario disciplinar.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Creación y análisis de frases de movimiento, con registro de los cambios tras cada ensayo (OA 1, OA 3); retroalimentación entre pares con pauta (OA 7).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Esta actividad propone que los grupos presenten los estudios de movimiento a los compañeros y al docente. (pág. 74)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Parlante y música de distintos estilos; imágenes del paisaje regional como estímulo; espejo o pared lisa.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Contexto y creación en danza</w:t>
            </w:r>
          </w:p>
          <w:p>
            <w:r>
              <w:rPr>
                <w:b w:val="0"/>
                <w:i w:val="0"/>
                <w:sz w:val="15"/>
              </w:rPr>
              <w:t>Se espera que los estudiantes comprendan y valoren el contexto social y cultural implícito en las creaciones coreográficas, ya que los procesos creativos generados al investigar e integrar diversos elementos de la danza develan ideas culturales personales y colectivas, lo que ayuda a valorar la diversidad y la empatía.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78–99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5,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5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Evaluando progresos y desafíos (OA 3, OA 5) · pág. 96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● Proponen diversas posibilidades de movimiento mediante la investigación corporal.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● Relacionan el movimiento con propósitos expresivos, recursos estéticos, sonidos, música y espacios por medio de la composición coreográfica y la improvisación.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● Crean composiciones coreográficas, integrando los diversos conocimientos de la danza y elementos del contexto.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● Interpretan obras de danza y composiciones coreográficas, aplicando recursos y elementos del lenguaje de la danza.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● Establecen relaciones entre elementos del contexto y los procesos creativos de artistas de la danza,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● Comparan diversos tipos, géneros y estilos de obras de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obras de danza de distintas épocas y procedencias, con juicio estético argumentado (OA 5, OA 6); composición coreográfica inspirada en el contexto local, como los oficios del campo, el mar o los relatos de la comunidad, revisada en ensayos (OA 3).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Evaluando progresos y desafíos: </w:t>
            </w:r>
            <w:r>
              <w:rPr>
                <w:b w:val="0"/>
                <w:i w:val="0"/>
                <w:sz w:val="15"/>
              </w:rPr>
              <w:t>El objetivo de esta actividad es que los estudiantes presenten sus creaciones tanto al docente como a los compañeros para efectuar la evaluación sumativa. (pág. 96)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Videos de danza descargados para ver sin conexión; relatos, fotografías y música de la comunidad; vestuario y elementos sencillos.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Compartiendo y valorando procesos creativos</w:t>
            </w:r>
          </w:p>
          <w:p>
            <w:r>
              <w:rPr>
                <w:b w:val="0"/>
                <w:i w:val="0"/>
                <w:sz w:val="15"/>
              </w:rPr>
              <w:t>En esta unidad, los estudiantes podrán aplicar habilidades disciplinares de la danza al presentar sus procesos creativos e interpretativos a la comunidad escolar.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100–120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36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32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4, OA 7, 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4, OA 7, OA 8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Evaluación sumativa (OA 4, OA 7, OA 8) · pág. 117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Diseñan un proyecto de difusión y presentación de obras de danza a la comunidad.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Gestionan espacios y recursos para difundir las presentaciones de creaciones e interpretaciones de danza a públicos específicos.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e implementan formas colaborativas de trabajo en el diseño y la gestión de presentaciones artísticas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diversidad de medios y TIC para presentar sus obras de danza y creaciones coreográficas.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fortalezas y aspectos a mejorar en procesos y resultados de creación e interpretación de obras de danza y creaciones coreográficas, propias y de sus pares.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Fundamentan sus evaluaciones acerca del trabajo personal y el de sus pares de manera crítica, reflexiva y respetuosa.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las habilidades asociadas a los diferentes roles de la práctica y gestión artística, relacionándolas con contextos laborales, profesionales y de desarrollo personal.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Valoran los aprendizajes de la asignatura en relación con el rol del arte en la comunidad.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Proyecto de difusión y presentación de las creaciones a la comunidad, con cronograma y lista de cotejo (OA 3, OA 4); evaluación crítica de los procesos y resultados (OA 7); investigación sobre campos laborales ligados a la danza (OA 8).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Evaluación sumativa: </w:t>
            </w:r>
            <w:r>
              <w:rPr>
                <w:b w:val="0"/>
                <w:i w:val="0"/>
                <w:sz w:val="15"/>
              </w:rPr>
              <w:t>El propósito de esta actividad es realizar la evaluación sumativa final, considerando tanto la presentación ante el público asistente como las acciones involucradas en el plan de gestión. (pág. 117)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Gimnasio, salón del liceo o centro comunitario; iluminación y sonido básicos; radio local o redes del liceo; entrevistas a profesores de danza, monitores o agrupaciones folclóricas de la región.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las propuestas con demostraciones, videos, imágenes, música y consignas verbales, desglosando las frases de movimiento por partes.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mediante el movimiento, la bitácora, el registro en video o la conversación sobre el proceso creativo.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Generar un clima de confianza, con roles diversos en las creaciones (intérprete, coreógrafo, sonido, difusión) y temas elegidos por los estudiantes.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167 · P 167)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Experimentar con los elementos y recursos del lenguaje de la danza (aspectos técnicos, espacio, flujo, energía, entre otros) de manera consciente, a través de la investigación corporal y aplicándolos en la interpretación de propósitos expresivos personales y colectivos.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167 · P 167)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 sensaciones, emociones y temas de su interés, basados en diversas fuentes de inspiración (sonidos, músicas, relatos, imágenes, elementos culturales, entre otros) a través del cuerpo, el movimiento y recursos de la puesta en escena.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167 · P 167)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e interpretar diseños coreográficos de danza de diferentes formatos, aplicando elementos del lenguaje e investigación corporal y experimentando con recursos de la puesta en escena y del contexto.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167 · P 167)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y gestionar, personal o colectivamente, presentaciones a públicos específicos para comunicar propósitos, aspectos del proceso y resultados de sus creaciones e interpretaciones de danza, empleando diversidad de medios, recursos, y tecnologías tradicionales y emergentes.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167 · P 167)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estéticamente obras de danza de diferentes épocas y procedencia, relacionando tratamiento del lenguaje de la danza, criterios técnicos e interpretativos, elementos de la puesta en escena y contextos.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167 · P 167)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Argumentar juicios estéticos de obras y manifestaciones de danza de diferentes épocas y procedencias, a partir de análisis estéticos y apreciaciones personales.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167 · P 167)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críticamente procesos y resultados de obras de danza, tanto propios como de sus pares, considerando relaciones entre propósitos expresivos, aspectos estéticos y decisiones tomadas durante el proceso.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167 · P 167)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Relacionar, a partir de investigaciones, las habilidades y conocimientos de la asignatura con diferentes contextos laborales, profesionales y de desarrollo personal.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Interpretación y Creación en Danza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Interpretación y Creación en Danza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Interpretación y Creación en Danza · 3° o 4° medio</dc:title>
  <dc:subject/>
  <dc:creator/>
  <cp:keywords/>
  <dc:description>Generado el 2026-10-23 desde programa_dif_interpretacion_creacion_danza.pdf (sha256 fa7b026f4bae)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