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Lenguaje y Comunicación · 2°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Lenguaje y Comunicación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8 h pedagógicas semanales · 304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básico, los estudiantes consolidan la lectura fluida de palabras con combinaciones complejas, comprenden leyendas, fábulas, cuentos, poemas y textos informativos, y escriben artículos informativos y narraciones aplicando el proceso de escritura. Además, conversan, exponen, recitan y dramatizan.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74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El Programa asigna más horas que el plan de estudios: ajustar las unidades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304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8050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Se espera que los estudiantes lean en clases un amplio repertorio de leyendas, cuentos folclóricos y de autor, para que desarrollen su comprensión de textos narrativos de variada índole y se familiaricen con diversas manifestaciones literarias.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77–101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7, OA 8, OA 9, OA 11, OA 12, OA 14, OA 15, OA 16, OA 17, OA 18, OA 21, OA 22, OA 25, OA 26, OA 28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5) · pág. 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Contestan preguntas que aluden a información explícita o implícita.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Caracterizan a los personajes mediante representaciones, dibujos, recortes, etc.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e interés por compartir ideas, experiencias y opiniones con otros.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e interés por expresarse de manera creativa por medio de la comunicación oral y escrita.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respeto por las diversas opiniones y puntos de vista, reconociendo el diálogo como una herramienta de enriquecimiento personal y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lectura en voz alta de un texto breve con preguntas de comprensión y dictado de oraciones, para conocer el nivel de lectoescritura de cada estudiante.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de lectura de palabras con diptongos, hiatos y grupos consonánticos; revisión de borradores del artículo informativo con lista de cotejo breve.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leen un cuento en el que un personaje tiene una apariencia y carácter definido, como Ricitos de Oro. Instrumento: Criterios de evaluación. (pág. 99)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Leyendas y cuentos folclóricos, incluidos relatos de distintas zonas de Chile; artículos informativos breves sobre animales y lugares de la región; diccionario infantil.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Durante esta unidad se espera que los estudiantes lean y discutan en clases una variedad de poemas, fábulas y cuentos folclóricos y de autor, y que establezcan relaciones entre las obras y sus experiencias personales y conocimientos.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102–122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6, OA 7, OA 8, OA 9, OA 10, OA 12, OA 14, OA 15, OA 16, OA 17, OA 18, OA 21, OA 22, OA 23, OA 26, OA 27, OA 28, OA 30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14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14) · pág. 120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uno o dos párrafos sobre un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en sus párrafos descripciones o datos sobre el tema.</w:t>
            </w:r>
          </w:p>
          <w:p>
            <w:r>
              <w:rPr>
                <w:b/>
                <w:i w:val="0"/>
                <w:sz w:val="15"/>
              </w:rPr>
              <w:t>Ejemplo 2 (OA 14) · pág. 121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uno o dos párrafos sobre un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en sus párrafos descripciones o datos sobre el tema.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Reflexionar sobre sí mismo, sus ideas y sus intereses para comprenderse y valorarse.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empatía hacia los demás, comprendiendo el contexto en el que se sitúan.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Preguntas de comprensión tras escuchar textos orales; coevaluación de artículos informativos (título, información relevante y ortografía de combinaciones difíciles, como que-qui o gue-gui).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selecciona un texto sobre un tema que tenga relación con lo que están viendo en otra asignatura y lo lee junto con los estudiantes. Instrumento: Criterios de evaluación. (pág. 120)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escriben un artículo informativo sobre medios de transporte que usen habitualmente o que les gustaría usar. Instrumento: Criterios de evaluación. (pág. 121)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Poemas y fábulas de la unidad; audios o videos informativos breves; fuentes dadas por el docente (enciclopedia infantil, sección del diario) para buscar información.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Durante esta unidad se espera que los estudiantes lean y comenten en clases una variedad de poemas y narraciones para fomentar el gusto por la lectura, aumentar el conocimiento del mundo y seguir mejorando la fluidez.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123–146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4, OA 5, OA 6, OA 8, OA 9, OA 12, OA 13, OA 15, OA 16, OA 17, OA 18, OA 19, OA 20, OA 22, OA 25, OA 26, OA 27, OA 28, OA 30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27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5) · pág. 143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Contestan preguntas que aluden a información explícita e implícita.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Hacen un recuento de la historia oralmente, por escrito o a través de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Caracterizan a los personajes mediante de representaciones, dibujos, recortes,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Describen, dibujan o recrean el lugar donde ocurre el relato.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si están de acuerdo o no con acciones realizadas por los personajes y explican por qué.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por qué les gusta o no una narración.</w:t>
            </w:r>
          </w:p>
          <w:p>
            <w:r>
              <w:rPr>
                <w:b/>
                <w:i w:val="0"/>
                <w:sz w:val="15"/>
              </w:rPr>
              <w:t>Ejemplo 2 (OA 27)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sobre un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objeto o evento que presentan.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al menos dos ideas relacionadas con el tema elegido.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las ideas sobre el tema sin hacer digresiones.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 vocabulario variado en sus intervenciones.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Ajustan el volumen de la voz para que escuche toda la audiencia.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Mantienen una postura formal y hacen contacto visual con quienes los están escuchando.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Realizar tareas y trabajos de forma rigurosa y perseverante, con el fin de desarrollarlos de manera adecuada a los propósitos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respeto por las diversas opiniones y puntos de vista, reconociendo el diálogo como una herramienta de enriquecimiento personal y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Pauta de revisión de narraciones (inicio, desarrollo y final; concordancia de género y número); registro de las preguntas que los estudiantes formulan sobre lo leído.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Ficha de lectura Los estudiantes completan una ficha de lectura sobre un libro que les guste mucho para compartirlo con el curso. Instrumento: Criterios de evaluación. (pág. 143)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estudiantes, organizados en grupos, realizan una exposición de tres minutos en la que presentan al curso una investigación desarrollada durante la unidad; por ejemplo, sobre una actividad de reciclaje. Instrumento: Criterios de evaluación. (pág. 144)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Cuentos y poemas para recitar; organizador gráfico de la estructura narrativa; tarjetas de artículos, sustantivos y adjetivos para jugar a reemplazarlos.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En esta unidad se espera que los estudiantes continúen desarrollando el gusto por la lectura y la comprensión al leer una variedad de narraciones, poemas y textos no literarios.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147–166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5, OA 7, OA 8, OA 9, OA 12, OA 13, OA 15, OA 16, OA 17, OA 18, OA 22, OA 23, OA 24, OA 25, OA 26, OA 28, OA 29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23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23) · pág. 163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algún tema o aspecto del texto con sus experiencias o conocimientos previos u otros textos escuchados o leídos anteriormente.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qué aprendieron de los textos escuchados o vistos en clases.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preguntas, usando de manera pertinente la información escuchada.</w:t>
            </w:r>
          </w:p>
          <w:p>
            <w:r>
              <w:rPr>
                <w:b/>
                <w:i w:val="0"/>
                <w:sz w:val="15"/>
              </w:rPr>
              <w:t>Ejemplo 2 (OA 23) · pág. 164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algún tema o aspecto del texto con sus experiencias o conocimientos previos u otros textos escuchados o leídos anteriormente.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qué aprendieron de los textos escuchados o vistos en clases.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preguntas, usando de manera pertinente la información escuchada.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e interés por expresarse de manera creativa por medio de la comunicación oral y escrita.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Reflexionar sobre sí mismo, sus ideas y sus intereses para comprenderse y valorarse.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empatía hacia los demás, comprendiendo el contexto en el que se sitúan.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Rúbrica simple para la dramatización (voz, gestos, trabajo en equipo); revisión de borradores de narraciones con retroalimentación oral del docente.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selecciona un texto en el cual se describa algo; por ejemplo, en http://www. (pág. 163)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docente lee en voz alta un texto informativo sobre un lugar relacionado con un cuento, una película o una materia que han leído previamente. Instrumento: Criterios de evaluación. (pág. 164)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Guiones breves y títeres; obra de teatro infantil presencial o grabada; textos no literarios cortos sobre temas cercanos, como la vida en el campo o la pesca artesanal.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Leer los textos en voz alta con apoyo de imágenes y organizadores gráficos, y modelar cada estrategia de comprensión antes de pedirla.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la comprensión con dibujos, respuestas orales, escritura o dramatización, y ofrecer bancos de palabras para escribir.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Dar a elegir lecturas dentro de la unidad, trabajar en parejas o grupos con roles y vincular los temas con la vida en la región.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LECTURA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312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textos significativos que incluyan palabras con hiatos y diptongos, con grupos consonánticos y con combinación ce-ci, que-qui, ge-gi, gue-gui, güegüi.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312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en voz alta para adquirir fluidez: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pronunciando cada palabra con precisión, aunque se autocorrijan en contadas ocasiones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el punto seguido y el punto aparte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sin detenerse en cada palabra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312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textos, aplicando estrategias de comprensión lectora;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relacionar la información del texto con sus experiencias y 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visualizar lo que describe 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hacer preguntas mientras se lee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312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independientemente y familiarizarse con un amplio repertorio de literatura para aumentar su conocimiento del mundo y desarrollar su imaginación;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 folclóricos y de autor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fábulas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leyendas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312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comprensión de las narraciones leídas: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extrayendo información explícita e implícita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reconstruyendo la secuencia de las acciones en la historia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y describiendo las características físicas y los sentimientos de los distintos personajes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recreando, por medio de distintas expresiones (dibujos, modelos tridimensionales u otras), el ambiente en el que ocurre la acción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relaciones entre el texto y sus propias experiencias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emitiendo una opinión sobre un aspecto de la lectura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312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habitualmente y disfrutar los mejores poemas de autor y de la tradición oral adecuados a su edad.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313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independientemente y comprender textos no literarios (cartas, notas, instrucciones y artículos informativos) para entretenerse y ampliar su conocimiento del mundo: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extrayendo información explícita e implícita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comprendiendo la información que aportan las ilustraciones y los símbolos a un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una opinión sobre algún aspecto de la lectura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313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el gusto por la lectura, leyendo habitualmente diversos 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313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Asistir habitualmente a la biblioteca para encontrar información y elegir libros, cuidando el material en favor del uso común.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313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 información sobre un tema en una fuente dada por el docente (página de internet, sección del diario, capítulo de un libro, etc.), para llevar a cabo una investigación.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la curiosidad por las palabras o expresiones que desconocen y adquirir el hábito de averiguar su significado.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ESCRITURA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frecuentemente, para desarrollar la creatividad y expresar sus ideas, textos como poemas, diarios de vida, anécdotas, cartas, recados,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creativamente narraciones (experiencias personales, relatos de hechos, cuentos, etc.) que tengan inicio, desarrollo y desenlace.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artículos informativos para comunicar información sobre un tema.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con letra clara, separando las palabras con un espacio para que puedan ser leídas por otros con facilidad.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la escritura, generando ideas a partir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observación de imágenes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conversaciones con sus pares o el docente sobre experiencias personales y otros temas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Escribir, revisar y editar sus textos para satisfacer un propósito y transmitir sus ideas con claridad. Durante este proceso: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 las ideas en oraciones que comienzan con mayúscula y terminan con punto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 un vocabulario variado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mejoran la redacción del texto a partir de sugerencias de los pares y el docente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corrigen la concordancia de género y número, la ortografía y la presentación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Incorporar de manera pertinente en la escritura el vocabulario nuevo extraído de textos escuchados o leídos.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la función de los artículos, sustantivos y adjetivos en textos orales y escritos, y reemplazarlos o combinarlos de diversas maneras para enriquecer o precisar sus producciones.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el género y el número de las palabras para asegurar la concordancia en sus escritos.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correctamente para facilitar la comprensión por parte del lector, usando de manera apropiada: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combinaciones ce-ci, que-qui, ge-gi, gue-gui, güe-güi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r-rr-nr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mayúsculas al iniciar una oración y al escribir sustantivos propios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punto al finalizar una oración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signos de interrogación y exclamación al inicio y al final de preguntas y exclamaciones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COMUNICACIÓN ORAL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y disfrutar versiones completas de obras de la literatura, narradas o leídas por un adulto,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 folclóricos y de autor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fábulas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leyendas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 orales (explicaciones, instrucciones, relatos, anécdotas, etc.) para obtener información y desarrollar su curiosidad por el mundo: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conexiones con sus propias experiencias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el propósito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preguntas para obtener información adicional y aclarar dudas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respondiendo preguntas sobre información explícita e implícita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una opinión sobre lo escuchado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Disfrutar de la experiencia de asistir a obras de teatro infantiles o representaciones para ampliar sus posibilidades de expresión, desarrollar su creatividad y familiarizarse con el género.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activamente en conversaciones grupales sobre textos leídos o escuchados en clases o temas de su interés: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manteniendo el foco de la conversación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expresando sus ideas u opiniones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preguntas para aclarar dudas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demostrando interés ante lo escuchado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mostrando empatía frente a situaciones expresadas por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turnos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Interactuar de acuerdo con las convenciones sociales en diferentes situaciones: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presentarse a sí mismo y a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saludar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opiniones, sentimientos e ideas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situaciones que requieren el uso de fórmulas de cortesía, como por favor, gracias, perdón, permiso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Expresarse de manera coherente y articulada sobre temas de su interés: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presentando información o narrando un evento relacionado con el tema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incorporando frases descriptivas que ilustren lo dicho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un vocabulario variado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pronunciando adecuadamente y usando un volumen audible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manteniendo una postura adecuada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Incorporar de manera pertinente en sus intervenciones orales el vocabulario nuevo extraído de textos escuchados o leídos.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Desempeñar diferentes roles para desarrollar su lenguaje y autoestima, y aprender a trabajar en equipo.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Recitar con entonación y expresión poemas, rimas, canciones, trabalenguas y adivinanzas para fortalecer la confianza en sí mismos, aumentar el vocabulario y desarrollar su capacidad expresiva.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interés y una actitud activa frente a la lectura, orientada al disfrute de la misma y a la valoración del conocimiento que se puede obtener a partir de ella.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e interés por compartir ideas, experiencias y opiniones con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e interés por expresarse de manera creativa por medio de la comunicación oral y escrita.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tareas y trabajos de forma rigurosa y perseverante, con el fin de desarrollarlos de manera adecuada a los propósitos de la asignatura.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sobre sí mismo, sus ideas y sus intereses para comprenderse y valorarse.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empatía hacia los demás, comprendiendo el contexto en el que se sitúan.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respeto por las diversas opiniones y puntos de vista, reconociendo el diálogo como una herramienta de enriquecimiento personal y social.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Lenguaje y Comunicación 2°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Lenguaje y Comunicación · 2°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Lenguaje y Comunicación · 2° básico</dc:title>
  <dc:subject/>
  <dc:creator/>
  <cp:keywords/>
  <dc:description>Generado el 2026-10-23 desde programa_lenguaje_2basico.pdf (sha256 aee567a08a55)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