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Lenguaje y Comunicación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Lenguaje y Comunicación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8 h pedagógicas semanales · 304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leen con fluidez y aplican estrategias de comprensión en narraciones, fábulas, poemas, novelas y textos no literarios; escriben artículos informativos, narraciones, cartas y afiches aplicando el proceso de escritura, e investigan, exponen, recitan y caracterizan personajes.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Lectura, Escritura, Comunicación 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76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El Programa asigna más horas que el plan de estudios: ajustar las unidades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304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8050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ejerciten sus habilidades de comprensión lectora a través de la lectura de narraciones literarias y de textos no literarios, y que pongan en práctica estrategias de lectura que les servirán como herramientas para la comprensión de estos textos.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80–104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6, OA 7, OA 8, OA 11, OA 12, OA 14, OA 16, OA 17, OA 18, OA 19, OA 20, OA 22, OA 23, OA 26, OA 27, 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14) · pág. 101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el tema en párrafos en los que: - elaboran un subtema por párrafo y lo ilustran con ejemplos, datos o explicaciones - la información seleccionada se relaciona con el tema desarrollado - incluyen palabras y expresiones específicas del tema tratado</w:t>
            </w:r>
          </w:p>
          <w:p>
            <w:r>
              <w:rPr>
                <w:b/>
                <w:i w:val="0"/>
                <w:sz w:val="15"/>
              </w:rPr>
              <w:t>Ejemplo 2 (OA 14)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Buscan y registran información para desarrollar el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el tema en párrafos en los que: - elaboran un subtema por párrafo y lo ilustran con ejemplos, datos o explicaciones - la información seleccionada se relaciona con el tema desarrollado - incluyen palabras y expresiones específicas del tema tratado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e interés por compartir ideas, experiencias y opiniones con otros.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lectura de un cuento breve con preguntas explícitas e implícitas y escritura de un párrafo corto, para observar comprensión, uso del punto y legibilidad.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preguntas sobre las narraciones; ejercicios de búsqueda en el diccionario por orden alfabético; revisión del uso del punto y la coma en los borradores.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evalúa la estructuración de un párrafo, considerando planteamiento de un tema y su desarrollo, para lo cual solicita a los estudiantes que escriban un párrafo en el que expliquen en qué trabaja un pariente y qué hace en su trabajo. Instrumento: Criterios de evaluación. (pág. 101)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Cada estudiante elabora un artículo informativo para una revista sobre juegos tradicionales o uno de los temas propuestos en las actividades de la unidad. Instrumento: Criterios de evaluación. (pág. 102)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Diccionarios escolares; cuentos de la unidad (por ejemplo, de Themo Lobos); artículos informativos breves sobre la fauna y el clima de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Durante esta unidad se busca que los estudiantes continúen desarrollando el gusto por la lectura mediante el trabajo con fábulas y poemas y con textos no literarios de estructuras y temas variados.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105–128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5, OA 6, OA 7, OA 8, OA 9, OA 10, OA 12, OA 14, OA 16, OA 17, OA 18, OA 19, OA 22, OA 23, OA 24, OA 27, OA 28, 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28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28)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al menos cuatro ideas relacionadas con el tema elegido.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algún aspecto del tema que requiera mayor elaboración.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las ideas sobre el tema sin hacer digresiones.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sus ideas sin recurrir a gestos ni al contexto.</w:t>
            </w:r>
          </w:p>
          <w:p>
            <w:r>
              <w:rPr>
                <w:b/>
                <w:i w:val="0"/>
                <w:sz w:val="15"/>
              </w:rPr>
              <w:t>Ejemplo 2 (OA 28)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sobre un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el tema sobre el que van a hablar.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al menos cuatro ideas relacionadas con el tema elegido.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algún aspecto del tema que requiera mayor elaboración.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las ideas sobre el tema sin hacer digresiones.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sus ideas sin recurrir a gestos ni al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 vocabulario variado en sus intervenciones.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Incorporan, si es pertinente, palabras aprendidas recientemente.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Ajustan el volumen de la voz para que escuche toda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una postura formal y hacen contacto visual con la audiencia.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material de apoyo para complementar su exposición.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empatía hacia los demás, comprendiendo el contexto en el que se sitúan.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por etapas de la investigación (búsqueda, fichas, artículo y exposición) con lista de cotejo; preguntas sobre el lenguaje figurado de los poemas.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solicita a los estudiantes que expliquen a un compañero qué hacen cuando llegan a sus casas después de la escuela. (pág. 126)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estudiantes, organizados en grupos, realizan una exposición de tres a cuatro minutos en la que presentan al curso una investigación desarrollada durante la unidad. Instrumento: Criterios de evaluación. (pág. 127)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Fábulas y poemas de la unidad; biblioteca CRA, enciclopedias y sitios web confiables; temas de investigación locales, como una especie nativa, un paisaje o un río cercano a la escuela.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alumnos continúen desarrollando sus habilidades de comprensión, escritura y comunicación oral en torno a cuentos y poemas.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129–145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7, OA 8, OA 12, OA 13, OA 16, OA 17, OA 18, OA 19, OA 21, OA 23, OA 26, OA 27, OA 29, OA 31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4)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Aluden, en sus comentarios orales y escritos, a información explícita de un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Expresan, oralmente o por escrito, su opinión sobre un personaje.</w:t>
            </w:r>
          </w:p>
          <w:p>
            <w:r>
              <w:rPr>
                <w:b/>
                <w:i w:val="0"/>
                <w:sz w:val="15"/>
              </w:rPr>
              <w:t>Ejemplo 2 (OA 4)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Aluden, en sus comentarios orales y escritos, a información explícita de un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Contestan, oralmente o por escrito, preguntas que aluden a información implícita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 un personaje.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oralmente o por escrito, los problemas a los cuales se enfrentan los personajes y cómo se resuelven.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Expresan, oralmente o por escrito, su opinión sobre un personaje.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Reflexionar sobre sí mismo, sus ideas y sus intereses para comprenderse y valorarse.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respeto por las diversas opiniones y puntos de vista, reconociendo el diálogo como una herramienta de enriquecimiento personal y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durante la lectura para aplicar estrategias de comprensión; pauta de recitación (volumen, entonación, expresión); revisión del uso de pronombres en las narraciones.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Evaluación de la capacidad de argumentación de los estudiantes.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leen el cuento El flojo, el sabio y el lobo en la versión de Floridor Pérez. Instrumento: Criterios de evaluación. (pág. 144)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Cuentos de la unidad (por ejemplo, de Horacio Quiroga); antología de poemas para recitar; organizador gráfico para planificar narraciones.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Lectura, Escritura, Comunicación oral</w:t>
            </w:r>
          </w:p>
          <w:p>
            <w:r>
              <w:rPr>
                <w:b w:val="0"/>
                <w:i w:val="0"/>
                <w:sz w:val="15"/>
              </w:rPr>
              <w:t>Se busca que los estudiantes continúen desarrollando sus habilidades de comprensión lectora a través de la lectura de cuentos, novelas y textos no literarios y que se familiaricen con el teatro mediante la dramatización o los juegos de roles.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146–166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6, OA 7, OA 8, OA 12, OA 15, OA 16, OA 17, OA 18, OA 19, OA 23, OA 24, OA 25, OA 26, OA 27, OA 29, 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24</w:t>
            </w:r>
          </w:p>
        </w:tc>
        <w:tc>
          <w:tcPr>
            <w:tcW w:type="dxa" w:w="8050"/>
          </w:tcPr>
          <w:p>
            <w:r/>
            <w:r>
              <w:rPr>
                <w:b/>
                <w:i w:val="0"/>
                <w:sz w:val="15"/>
              </w:rPr>
              <w:t>Ejemplo 1 (OA 24) · pág. 164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qué aprendieron de los textos escuchados o vistos en clases.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usando de manera pertinente la información escuchada.</w:t>
            </w:r>
          </w:p>
          <w:p>
            <w:r>
              <w:rPr>
                <w:b/>
                <w:i w:val="0"/>
                <w:sz w:val="15"/>
              </w:rPr>
              <w:t>Ejemplo 2 (OA 24) · pág. 164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usando de manera pertinente la información escuchada.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una opinión sobre un aspecto del texto y dan una razón de por qué piensan así.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interés y una actitud activa frente a la lectura, orientada al disfrute de la misma y a la valoración del conocimiento que se puede obtener a partir de ella.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Realizar tareas y trabajos de forma rigurosa y perseverante, con el fin de desarrollarlos de manera adecuada a los propósitos de la asignatura.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observación de la caracterización de personajes; revisión de cartas, instrucciones o afiches con lista de cotejo según su propósito.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Evaluación de las preguntas que realizan los estudiantes para aclarar o profundizar diferentes aspectos de una noticia. (pág. 164)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escuchan la narración del cuento La invernada de los animales, de Aleksandr Nikoláyevich Afanasiev. Instrumento: Criterios de evaluación. (pág. 164)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Novela de la unidad; obra de teatro infantil presencial o grabada; modelos de cartas, afiches e instrucciones (por ejemplo, una receta típica de la zona).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los textos en distintos formatos (lectura en voz alta, audio, versión ilustrada) y apoyar el vocabulario nuevo con imágenes y un muro de palabras.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formas de mostrar lo aprendido: exposición oral, dibujo con rótulos, texto escrito o dramatización.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elegir lecturas y temas de investigación, y organizar trabajo colaborativo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318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en voz alta de manera fluida variados textos apropiados a su edad: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pronunciando cada palabra con precisión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la coma, el punto y los signos de exclamación e interrogación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leyendo con velocidad adecuada para el nivel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318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textos, aplicando estrategias de comprensión lectora;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la información del texto con sus experiencias y 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releer lo que no fue comprendido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lo que describe 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recapitular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formular preguntas sobre lo leído y responderlas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subrayar información relevante en un texto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318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familiarizarse con un amplio repertorio de literatura para aumentar su conocimiento del mundo y desarrollar su imaginación;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fábulas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leyendas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novelas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historietas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318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Profundizar su comprensión de las narraciones leídas: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reconstruyendo la secuencia de las acciones en la historia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a los personajes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el ambiente en que ocurre la acción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opiniones fundamentadas sobre hechos y situaciones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emitiendo una opinión sobre los personajes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318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poemas adecuados al nivel e interpretar el lenguaje figurado presente en ellos.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independientemente y comprender textos no literarios (cartas, biografías, relatos históricos, instrucciones, libros y artículos informativos, noticias, etc.) para ampliar su conocimiento del mundo y formarse una opinión: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extrayendo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los organizadores de textos expositivos (títulos, subtítulos, índice y glosario) para encontrar información específica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comprendiendo la información que aportan las ilustraciones, los símbolos y los pictogramas a un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algún aspecto de la lectura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fundamentando su opinión con información del texto o sus conocimientos previos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el gusto por la lectura, leyendo habitualmente diversos 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Asistir habitualmente a la biblioteca para satisfacer diversos propósitos (encontrar información, elegir libros, estudiar o trabajar), cuidando el material en favor del uso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 información sobre un tema en libros, internet, diarios, revistas, enciclopedias, atlas, etc., para llevar a cabo una investigación.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Determinar el significado de palabras desconocidas, usando claves contextuales o el conocimiento de raíces (morfemas de base), prefijos y sufijos.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Determinar el significado de palabras desconocidas, usando el orden alfabético para encontrarlas en un diccionario infantil o ilustrado.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ESCRITURA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frecuentemente, para desarrollar la creatividad y expresar sus ideas, textos como poemas, diarios de vida, cuentos, anécdotas, cartas, comentarios sobre sus lecturas,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319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creativamente narraciones (experiencias personales, relatos de hechos, cuentos, etc.) que incluyan: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una secuencia lógica de eventos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inicio, desarrollo y desenlace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conectores adecuados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artículos informativos para comunicar información sobre un tema: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las ideas en párrafos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desarrollando las ideas mediante información que explica el tema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cartas, instrucciones, afiches, reportes de una experiencia, entre otros, para lograr diferentes propósitos: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un formato adecuado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transmitiendo el mensaje con claridad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con letra clara para que pueda ser leída por otros con facilidad.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escritura: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propósito y destinatario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generando ideas a partir de conversaciones, investigaciones, lluvia de ideas u otra estrategia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revisar y editar sus textos para satisfacer un propósito y transmitir sus ideas con claridad. Durante este proceso: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 las ideas en párrafos separados con punto aparte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 conectores apropiados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 un vocabulario variado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mejoran la redacción del texto a partir de sugerencias de los pares y el docente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corrigen la ortografía y la presentación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la escritura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la función de los artículos, sustantivos y adjetivos en textos orales y escritos, y reemplazarlos o combinarlos de diversas maneras para enriquecer o precisar sus producciones.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la función de los pronombres en textos orales y escritos, y usarlos para ampliar las posibilidades de referirse a un sustantivo en sus producciones.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320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correctamente para facilitar la comprensión por parte del lector, aplicando lo aprendido en años anteriores y usando de manera apropiada: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mayúsculas al iniciar una oración y al escribir sustantivos propios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punto al finalizar una oración y punto aparte al finalizar un párrafo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plurales de palabras terminadas en 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con ge-gi, je-ji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terminadas en cito-cita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coma en enumeración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321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y disfrutar versiones completas de obras de la literatura, narradas o leídas por un adulto,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 folclóricos y de autor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fábulas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mitos y leyendas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(explicaciones, instrucciones, noticias, documentales, películas, relatos, anécdotas, etc.) para obtener información y desarrollar su curiosidad por el mundo: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conexiones con sus propias experiencias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el propósito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para obtener información adicional, aclarar dudas y profundizar la comprensión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relaciones entre distintos textos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respondiendo preguntas sobre información explícita e implícita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una opinión sobre lo escuchado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la experiencia de asistir a obras de teatro infantiles o representaciones para ampliar sus posibilidades de expresión, desarrollar su creatividad y familiarizarse con el género.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activamente en conversaciones grupales sobre textos leídos o escuchados en clases o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manteniendo el foco de la conversación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expresando sus ideas u opiniones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formulando preguntas para aclarar dudas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demostrando interés ante lo escuchado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mostrando empatía frente a situaciones expresadas por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respetando turnos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Interactuar de acuerdo con las convenciones sociales en diferentes situaciones: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presentarse a sí mismo y a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saludar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preguntar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opiniones, sentimientos e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situaciones que requieren el uso de fórmulas de cortesía, como por favor, gracias, perdón, permiso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321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de manera coherente y articulada sobre temas de su interés: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las ideas en introducción y desarrollo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incorporando descripciones y ejemplos que ilustren las ideas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un vocabulario variado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reemplazando los pronombres por construcciones sintácticas que expliciten o describan al referente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gestos y posturas acordes a la situación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material de apoyo (power point, papelógrafo, objetos, etc.) si es pertinente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322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Incorporar de manera pertinente en sus intervenciones orales el vocabulario nuevo extraído de textos escuchados o leídos.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322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Caracterizar distintos personajes para desarrollar su lenguaje y autoestima, y aprender a trabajar en equipo.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322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Recitar poemas con entonación y expresión para fortalecer la confianza en sí mismos, aumentar el vocabulario y desarrollar su capacidad expresiva.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 y una actitud activa frente a la lectura, orientada al disfrute de la misma y a la valoración del conocimiento que se puede obtener a partir de ella.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compartir ideas, experiencias y opiniones con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e interés por expresarse de manera creativa por medio de la comunicación oral y escrita.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tareas y trabajos de forma rigurosa y perseverante, con el fin de desarrollarlos de manera adecuada a los propósitos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sí mismo, sus ideas y sus intereses para comprenderse y valorarse.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empatía hacia los demás, comprendiendo el contexto en el que se sitúan.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por las diversas opiniones y puntos de vista, reconociendo el diálogo como una herramienta de enriquecimiento personal y social.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Lenguaje y Comunicación 3°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Lenguaje y Comunicación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Lenguaje y Comunicación · 3° básico</dc:title>
  <dc:subject/>
  <dc:creator/>
  <cp:keywords/>
  <dc:description>Generado el 2026-10-23 desde programa_lenguaje_3basico.pdf (sha256 7bd76feaf118)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