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Lenguaje y Comunicación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Lenguaje y Comunicación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8 h pedagógicas semanales · 304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leen y comprenden mitos, leyendas, poemas, cuentos, novelas, obras dramáticas y textos informativos; escriben narraciones, artículos y textos funcionales aplicando el proceso de escritura y la ortografía, e investigan, exponen, recitan, dialogan y representan personajes.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Lectura, Escritura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Lectura, Escritura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Lectura, Escritura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Lectura, Escritura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75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El Programa asigna más horas que el plan de estudios: ajustar las unidades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304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8050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Lectura, Escritura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estudiantes desarrollen sus habilidades comunicativas a partir de la lectura, comprensión y producción oral y escrita de textos narrativos y no literarios que respondan inquietudes humanas (mitos, leyendas, documentales, películas y artículos informativos).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82–114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6, OA 7, OA 8, OA 10, OA 11, OA 12, OA 15, OA 17, OA 18, OA 21, OA 22, OA 23, OA 25, OA 26, 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12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12) · pág. 111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conectores para ordenar el relato (primero, luego, después, entonces, mientras, por eso, porque).</w:t>
            </w:r>
          </w:p>
          <w:p>
            <w:r>
              <w:rPr>
                <w:b/>
                <w:i w:val="0"/>
                <w:sz w:val="15"/>
              </w:rPr>
              <w:t>Ejemplo 2 (OA 12)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Eligen un tema que les interese para escribir un cuento o leyenda.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una secuencia de acciones que se suceden de manera 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conectores para ordenar el relato (primero, luego, después, entonces, mientras, por eso, porque).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personajes, lugares u objetos en el relato.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e interés por compartir ideas, experiencias y opiniones con otros.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una leyenda breve con preguntas de comprensión y escritura de un relato corto, para conocer la comprensión, la coherencia y la ortografía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borradores de narraciones con pauta centrada en la revisión; preguntas de comprensión sobre mitos y leyendas; registro de participación en las discusiones.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profesor lee y comenta con los alumnos el mito inuit Por qué no hay árboles. (pág. 111)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profesor entrega las siguientes instrucciones a los alumnos: 1 Escoja una de las criaturas mitológicas conocidas durante la unidad e invente un cuento en que este personaje sea el protagonista y se encuentre en una situación ridícula. Instrumento: Criterios de evaluación. (pág. 112)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Mitos y leyendas de pueblos originarios, incluidos relatos aymara, rapanui, mapuche y kawésqar; documentales breves; diccionario.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Lectura, Escritura</w:t>
            </w:r>
          </w:p>
          <w:p>
            <w:r>
              <w:rPr>
                <w:b w:val="0"/>
                <w:i w:val="0"/>
                <w:sz w:val="15"/>
              </w:rPr>
              <w:t>En esta unidad se propone desarrollar las habilidades de comprensión lectora y comunicación oral en torno a la poesía y la narrativa.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115–144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5, OA 7, OA 8, OA 10, OA 11, OA 14, OA 15, OA 16, OA 17, OA 18, OA 21, OA 22, OA 23, OA 26, OA 27, OA 28, 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14, OA 23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14) · pág. 140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Eligen un formato adecuado a su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observaciones sobre una experiencia por medio de un formato elegido por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todos los pasos necesarios para llevar a cabo un procedimiento.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Secuencian cronológicamente los procedimientos necesarios para llevar a cabo una tarea.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Incluyen diagramas o dibujos para complementar información, si es pertinente.</w:t>
            </w:r>
          </w:p>
          <w:p>
            <w:r>
              <w:rPr>
                <w:b/>
                <w:i w:val="0"/>
                <w:sz w:val="15"/>
              </w:rPr>
              <w:t>Ejemplo 2 (OA 23)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 escuchado con sus propias experiencias y conocimientos sobre el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Conversan sobre los textos escuchados, destacando aspectos que les llamen la atención y fundamentando por qué.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qué aprendieron de los textos escuchados o vistos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para aclarar o profundizar aspectos del texto escuchado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sobre información explícita e implícita del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opiniones sobre la información escuchada.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empatía hacia los demás, comprendiendo el contexto en el que se sitúan.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declamación de poemas; coevaluación de cartas, afiches o noticias con lista de cotejo; dictados breves de las reglas ortográficas trabajadas.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Organizados en grupos, los estudiantes elaboran una revista literaria inspirada en los cuentos, fábulas y poemas que han leído durante la unidad. (pág. 140)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profesor busca un documental relacionado con algún tema visto durante la unidad, de manera que los estudiantes tengan conocimientos previos sobre lo que verán. Instrumento: Criterios de evaluación. (pág. 142)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Antología de poemas (por ejemplo, de Gabriela Mistral); modelos de cartas, afiches y noticias, incluidas noticias regionales; organizador para planificar textos.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Lectura, Escritura</w:t>
            </w:r>
          </w:p>
          <w:p>
            <w:r>
              <w:rPr>
                <w:b w:val="0"/>
                <w:i w:val="0"/>
                <w:sz w:val="15"/>
              </w:rPr>
              <w:t>Esta unidad está enfocada en que los estudiantes adquieran habilidades de lectura, escritura y comunicación oral para desarrollar una investigación.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145–170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6, OA 7, OA 8, OA 9, OA 10, OA 11, OA 13, OA 15, OA 16, OA 17, OA 18, OA 22, OA 26, OA 27, 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27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27) · pág. 167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una exposición oral en que: - presentan el tema al inicio - desarrollan el tema con información pertinente - comunican la mayoría de sus ideas sin recurrir a gestos - usan ejemplos para ilustrar la información - utilizan un vocabulario variado y preciso y un registro formal - adoptan gestos y posturas adecuadas a la situación - hacen contacto visual con la audiencia</w:t>
            </w:r>
          </w:p>
          <w:p>
            <w:r>
              <w:rPr>
                <w:b/>
                <w:i w:val="0"/>
                <w:sz w:val="15"/>
              </w:rPr>
              <w:t>Ejemplo 2 (OA 27) · pág. 168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una exposición oral en que: - presentan el tema al inicio - desarrollan el tema con información pertinente - comunican la mayoría de sus ideas sin recurrir a gestos - usan ejemplos para ilustrar la información - utilizan un vocabulario variado y preciso y un registro formal - adoptan gestos y posturas adecuadas a la situación - hacen contacto visual con la audiencia - usan material de apoyo que complemente la exposición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e interés por compartir ideas, experiencias y opiniones con otros.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 la investigación por etapas (fuentes, clasificación de información, artículo y exposición) con lista de cotejo; rúbrica de exposición oral.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preparan una exposición de un minuto en la que describen cómo es un camino que realizan habitualmente. Instrumento: Criterios de evaluación. (pág. 167)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estudiantes, organizados en grupos, realizan una exposición de cinco minutos. Instrumento: Criterios de evaluación. (pág. 168)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Biblioteca CRA y sitios web confiables; temas de investigación sobre la región (su geografía, sus actividades productivas, energías renovables); organizadores para clasificar información.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Lectura, Escritura</w:t>
            </w:r>
          </w:p>
          <w:p>
            <w:r>
              <w:rPr>
                <w:b w:val="0"/>
                <w:i w:val="0"/>
                <w:sz w:val="15"/>
              </w:rPr>
              <w:t>Durante esta unidad se pretende que los estudiantes disfruten y lean en clases una variedad de textos narrativos, incluyendo la lectura y comentario de una novela, y que complementen estos textos con la lectura de artículos informativos, para ejercitar y reforzar sus habilidades de comprensión lectora.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171–196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75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6, OA 7, OA 8, OA 10, OA 11, OA 12, OA 15, OA 18, OA 19, OA 20, OA 22, OA 23, OA 24, OA 25, OA 26, OA 28, 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4) · pág. 193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Aluden, en sus comentarios orales y escritos, a información explícita de un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Contestan, oralmente o por escrito, preguntas que aluden a información implícita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oralmente o por escrito, los problemas que enfrentan los personajes y cómo se resuelven</w:t>
            </w:r>
          </w:p>
          <w:p>
            <w:r>
              <w:rPr>
                <w:b/>
                <w:i w:val="0"/>
                <w:sz w:val="15"/>
              </w:rPr>
              <w:t>Ejemplo 2 (OA 4) · pág. 195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Aluden, en sus comentarios orales y escritos, a información explícita de un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Contestan, oralmente o por escrito, preguntas que aluden a información implícita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oralmente o por escrito, los problemas que enfrentan los personajes y cómo se resuelven.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una postura frente a un hecho, una acción o una actitud de un personaje del texto leído.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 postura con ejemplos del texto.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e interés por expresarse de manera creativa por medio de la comunicación oral y escrita.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lectura de la novela revisada periódicamente; pauta para la caracterización de personajes; revisión del uso de verbos y adverbios en las narraciones.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Antes de leer el cuento Piñoncito de Cuentos araucanos de María Luisa Morel, el profesor trabaja con los estudiantes las palabras nuevas del texto. (pág. 193)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Luego de haber realizado varias actividades orientadas a desarrollar la comprensión de textos narrativos, el docente lee junto con los estudiantes la versión de Blanca Santa Cruz Ossa del cuento El Medio Pollo. (pág. 195)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Novela y obra dramática de la unidad; asistencia a una representación teatral o versión grabada; vestuario simple y guiones.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textos en varios formatos (lectura en voz alta, audiolibro, versión ilustrada) y anticipar el vocabulario clave con imágenes.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la comprensión de forma oral, escrita o visual (comentario oral, cómic, afiche o dramatización).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lecturas a elección, temas de investigación cercanos a la vida en la comuna y trabajo en equipo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en voz alta de manera fluida variados textos apropiados a su edad: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pronunciando las palabras con precisión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los signos de puntuación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leyendo con entonación adecuada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leyendo con velocidad adecuada para el nivel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textos, aplicando estrategias de comprensión lectora;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la información del texto con sus experiencias y 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releer lo que no fue comprendido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lo que describe 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recapitular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formular preguntas sobre lo leído y responderlas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subrayar información relevante en un texto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familiarizarse con un amplio repertorio de literatura para aumentar su conocimiento del mundo y desarrollar su imaginación;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fábulas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novelas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historietas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Profundizar su comprensión de las narraciones leídas: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las consecuencias de hechos o 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y comparando a los personajes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los diferentes ambientes que aparecen en un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reconociendo el problema y la solución en una narración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opiniones fundamentadas sobre actitudes y acciones de los personajes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diferentes textos escritos por un mismo autor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poemas adecuados al nivel e interpretar el lenguaje figurado presente en ellos.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325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independientemente y comprender textos no literarios (cartas, biografías, relatos históricos, instrucciones, libros y artículos informativos, noticias, etc.) para ampliar su conocimiento del mundo y formarse una opinión: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los organizadores de textos expositivos (títulos, subtítulos, índice y glosario) para encontrar información específica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comprendiendo la información entregada por textos discontinuos, como imágenes, gráficos, tablas, mapas o diagramas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interpretando expresiones en lenguaje figurado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respondiendo preguntas como ¿por qué sucede?, ¿cuál es la consecuencia de?, ¿qué sucedería si...?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algún aspecto de la lectura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fundamentando su opinión con información del texto o sus conocimientos previos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el gusto por la lectura, leyendo habitualmente diversos 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Asistir habitualmente a la biblioteca para satisfacer diversos propósitos (encontrar información, elegir libros, estudiar, trabajar o investigar), cuidando el material en favor del uso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 y clasificar información sobre un tema en internet, libros, diarios, revistas, enciclopedias, atlas, etc., para llevar a cabo una investigación.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estrategias para determinar el significado de palabras nuevas: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claves del texto (para determinar qué acepción es pertinente según el contexto)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raíces y afijos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a otro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diccionarios, enciclopedias e internet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ESCRITURA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frecuentemente, para desarrollar la creatividad y expresar sus ideas, textos como poemas, diarios de vida, cuentos, anécdotas, cartas, comentarios sobre sus lecturas, noticias,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creativamente narraciones (experiencias personales, relatos de hechos, cuentos, etc.) que incluyan: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una secuencia lógica de eventos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inicio, desarrollo y desenlace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conectores adecuados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descripciones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lenguaje expresivo para desarrollar la acción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artículos informativos para comunicar información sobre un tema: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presentando el tema en una 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desarrollando una idea central por párrafo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sus propias palabras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cartas, instrucciones, afiches, reportes de una experiencia o noticias, entre otros, para lograr diferentes propósitos: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un formato adecuado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transmitiendo el mensaje con claridad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con letra clara para que pueda ser leída por otros con facilidad.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escritura: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propósito y destinatario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generando ideas a partir de conversaciones, investigaciones, lluvia de ideas u otra estrategia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revisar y editar sus textos para satisfacer un propósito y transmitir sus ideas con claridad. Durante este proceso: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 las ideas en párrafos separados con punto aparte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 conectores apropiados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emplean un vocabulario preciso y variado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adecuan el registro al propósito del texto y al destinatario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mejoran la redacción del texto a partir de sugerencias de los pares y el docente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corrigen la ortografía y la presentación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la escritura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la función de los adverbios en textos orales y escritos, y reemplazarlos o combinarlos para enriquecer o precisar sus producciones.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la función de los verbos en textos orales y escritos, y usarlos manteniendo la concordancia con el sujeto.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correctamente para facilitar la comprensión por parte del lector, aplicando todas las reglas de ortografía literal y puntual aprendidas en años anteriores, además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con b-v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con h de uso frecuente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escritura de ay, hay, ahí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acentuación de palabras agudas, graves, esdrújulas y sobreesdrújulas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y disfrutar versiones completas de obras de la literatura, narradas o leídas por un adulto,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mitos y leyendas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capítulos de novelas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(explicaciones, instrucciones, noticias, documentales, películas, testimonios, relatos, etc.) para obtener información y desarrollar su curiosidad por el mundo: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conexiones con sus propias experiencias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el propósito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para obtener información adicional, aclarar dudas y profundizar la comprensión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relaciones entre distintos textos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respondiendo preguntas sobre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lo escuchado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la experiencia de asistir a obras de teatro infantiles o representaciones para ampliar sus posibilidades de expresión, desarrollar su creatividad y familiarizarse con el género.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activamente en conversaciones grupales sobre textos leídos o escuchados en clases o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manteniendo el foco de la conversación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sus ideas u opiniones y fundamentándolas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para aclarar dudas y verificar la comprensión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demostrando interés ante lo escuchado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mostrando empatía frente a situaciones expresadas por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turnos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Interactuar de acuerdo con las convenciones sociales en diferentes situaciones: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presentarse a sí mismo y a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saludar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opiniones, sentimientos e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situaciones que requieren el uso de fórmulas de cortesía, como por favor, gracias, perdón, permiso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de manera coherente y articulada sobre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las ideas en introducción, desarrollo y cierre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incorporando descripciones y ejemplos que ilustren las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un vocabulario variado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reemplazando los pronombres y algunos adverbios por construcciones sintácticas que expliciten o describan al referente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gestos y posturas acordes a la situación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material de apoyo (power point, papelógrafo, objetos, etc.) si es pertinente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sus intervenciones orales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Caracterizar distintos personajes para desarrollar su lenguaje y autoestima, y aprender a trabajar en equipo.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Recitar poemas con entonación y expresión para fortalecer la confianza en sí mismos, aumentar el vocabulario y desarrollar su capacidad expresiva.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 y una actitud activa frente a la lectura, orientada al disfrute de la misma y a la valoración del conocimiento que se puede obtener a partir de ella.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compartir ideas, experiencias y opiniones con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expresarse de manera creativa por medio de la comunicación oral y escrita.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tareas y trabajos de forma rigurosa y perseverante, con el fin de desarrollarlos de manera adecuada a los propósitos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sí mismo, sus ideas y sus intereses para comprenderse y valorarse.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empatía hacia los demás, comprendiendo el contexto en el que se sitúan.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las diversas opiniones y puntos de vista, reconociendo el diálogo como una herramienta de enriquecimiento personal y social.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Lenguaje y Comunicación 4°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Lenguaje y Comunicación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Lenguaje y Comunicación · 4° básico</dc:title>
  <dc:subject/>
  <dc:creator/>
  <cp:keywords/>
  <dc:description>Generado el 2026-10-23 desde programa_lenguaje_4basico.pdf (sha256 f43fda4514d8)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