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Lenguaje y Comunicación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Lenguaje y Comunicación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analizan narraciones, novelas, poemas y textos no literarios, interpretan el lenguaje figurado y evalúan críticamente mensajes publicitarios y fuentes; escriben narraciones, comentarios y artículos informativos con progresiva autonomía, e investigan, dialogan y exponen.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8050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Esta unidad busca fomentar el gusto de los estudiantes por la literatura y desarrollar la creatividad y las habilidades de comprensión de obras narrativas.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80–109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9, OA 10, OA 12, OA 13, OA 14, OA 16, OA 18, OA 19, OA 20, OA 21, OA 22, OA 23, OA 27, OA 28, OA 30, OA 31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4) · pág. 107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Expresan, oralmente o por escrito, una postura frente a una acción o actitud de un personaje y la fundamentan con ejemplos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fragmentos u obras leídas en clases a través de comentarios, dibujos, dramatizaciones, historietas, videos, maquetas u otras expresiones artísticas.</w:t>
            </w:r>
          </w:p>
          <w:p>
            <w:r>
              <w:rPr>
                <w:b/>
                <w:i w:val="0"/>
                <w:sz w:val="15"/>
              </w:rPr>
              <w:t>Ejemplo 2 (OA 4)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Expresan, oralmente o por escrito, una postura frente a una acción o actitud de un personaje y la fundamentan con ejemplos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conclusión sobre algún aspecto del texto a partir de la información leída y de sus experiencias y conocimientos.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fragmentos u obras leídas en clases a través de comentarios, dibujos, dramatizaciones, historietas, videos, maquetas u otras expresiones artísticas.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empatía hacia los demás, comprendiendo el contexto en el que se sitúan.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e interés por expresarse de manera creativa por medio de la comunicación oral y escrita.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de un cuento breve con preguntas de interpretación y escritura de un comentario corto, para conocer comprensión, redacción y ortografía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narraciones y comentarios con pauta (lenguaje figurado, participios irregulares, verbos haber, tener e ir); registro de participación en los diálogos sobre lo leído.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explica a los estudiantes que, durante esta clase, evaluará cómo han progresado en su habilidad para fundamentar una opinión o interpretación de un texto. (pág. 107)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Como una manera de evaluar el aprendizaje de la unidad, el profesor entrega a los estudiantes la siguiente pauta de instrucciones: Instrucciones: - Lea el siguiente fragmento del cuento La pata de palo (que fue visto y discutido en clases).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Narraciones y novela de la unidad; organizador gráfico para analizar personajes y acciones; diccionario y banco de expresiones.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Los objetivos de esta unidad buscan fomentar el gusto por la poesía a través del análisis de diferentes aspectos que permiten una mejor comprensión del texto e introducen al estudiante a la idea de que existen varias miradas e interpretaciones posibles.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110–140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5, OA 6, OA 8, OA 9, OA 10, OA 12, OA 13, OA 15, OA 17, OA 18, OA 19, OA 20, OA 23, OA 24, OA 28, OA 30, OA 31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15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15) · pág. 137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el tema en un párrafo en que: - elaboran un subtema y lo ilustran con ejemplos, datos o explicaciones - incorporan datos, descripciones, ejemplos o reflexiones provenientes de los textos leídos - explican información relevante y acorde con el tema - incluyen palabras y expresiones específicas del tema tratado</w:t>
            </w:r>
          </w:p>
          <w:p>
            <w:r>
              <w:rPr>
                <w:b/>
                <w:i w:val="0"/>
                <w:sz w:val="15"/>
              </w:rPr>
              <w:t>Ejemplo 2 (OA 15) · pág. 138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Eligen un tema interesante para escribir y registran información para desarrollarlo de manera documentada.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el texto en una estructura clara: problema-solución o introducción-desarrollocierre.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el tema en al menos tres párrafos en los que: - elaboran un subtema por párrafo y lo ilustran con ejemplos, datos o explicaciones - incorporan datos, descripciones, ejemplos o reflexiones provenientes de los textos leídos - explican información relevante y acorde con el tema - incluyen palabras y expresiones específicas del tema tratado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Reflexionar sobre sí mismo, sus ideas y sus intereses para comprenderse y valorarse.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Preguntas de interpretación sobre figuras literarias y sonoridad de los poemas; revisión de síntesis y de artículos informativos con lista de cotejo.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el marco de un proyecto en el que escriben, por ejemplo, sobre un animal salvaje, cada alumno redacta un párrafo elaborando el contenido (por ejemplo: la alimentación del animal) y su estructura (por ejemplo: que tenga una idea central y dos ideas complementarias). (pág. 137)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Luego de que los estudiantes han practicado la escritura de varios textos expositivos, guiados por el docente y de manera independiente, y de haber realizado la actividad previamente descrita, el profesor les entrega la siguiente pauta de instrucciones para que pongan en práctica lo aprendido: Instrucciones: Imagine que es periodista de una revista sobre naturaleza y le han pedido que escriba sobre un animal salvaje. (pág. 138)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Antología de poemas (por ejemplo, de Gabriela Mistral o Rafael Alberti); textos no literarios sobre la naturaleza de Chile; fichas para registrar ideas principales.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En esta unidad se busca seguir desarrollando en los estudiantes la comprensión y el gusto por la lectura de textos narrativos.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141–163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9, OA 10, OA 12, OA 13, OA 16, OA 18, OA 19, OA 20, OA 22, OA 23, OA 24, OA 25, OA 26, OA 27, OA 28, OA 30, OA 31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24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24) · pág. 162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resumen de un texto escuchado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información de un texto escuchado que les sirva para un determinado propósito.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Expresan, oralmente o por escrito, apreciaciones y/o conclusiones generales sobre lo escuchado o visto en clases.</w:t>
            </w:r>
          </w:p>
          <w:p>
            <w:r>
              <w:rPr>
                <w:b/>
                <w:i w:val="0"/>
                <w:sz w:val="15"/>
              </w:rPr>
              <w:t>Ejemplo 2 (OA 24) · pág. 163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 escuchado con sus propias opiniones y conocimientos sobre el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una opinión frente a los textos escuchados.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Expresan, oralmente o por escrito, apreciaciones o conclusiones generales sobre lo escuchado o visto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información de un texto escuchado que les sirva para un determinado propósito.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resumen de un texto escuchado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Emiten una opinión sobre un aspecto del texto leído y la fundamentan.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Reflexionar sobre sí mismo, sus ideas y sus intereses para comprenderse y valorarse.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e interés por expresarse de manera creativa por medio de la comunicación oral y escrita.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guiado de avisos publicitarios con pauta (emisor, intención, destinatario); revisión de comentarios escritos centrada en el uso de la coma.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selecciona un cuento para leer al curso en el cual se dé información sobre un personaje en más de una parte. Instrumento: Criterios de evaluación. (pág. 162)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escuchan la narración del cuento La tortuga gigante de Horacio Quiroga. (pág. 163)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Mitos, leyendas y narraciones de la unidad; películas u obras de teatro grabadas; avisos publicitarios reales de la prensa y radios locales.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estudiantes ejerciten las habilidades de búsqueda de información, lectura, escritura y expresión oral en el marco de un trabajo de investigación y, además, fortalezcan su capacidad de trabajar en equipo.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164–188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7, OA 8, OA 9, OA 10, OA 11, OA 12, OA 13, OA 15, OA 17, OA 18, OA 19, OA 20, OA 23, OA 27, OA 28, OA 29, 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29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29) · pág. 184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una exposición oral en la que: - presentan información que se relaciona con el tema seleccionado - dan cohesión a sus exposiciones orales por medio de oraciones completas y conectores adecuados (primero, en primer lugar, por un lado, por otro lado, entonces, finalmente, por último) - utilizan vocabulario variado y preciso y un registro formal - emplean un volumen, pronunciación y entonación adecuados - adoptan gestos y posturas adecuadas a la situación - expresan las ideas sin leer de un texto</w:t>
            </w:r>
          </w:p>
          <w:p>
            <w:r>
              <w:rPr>
                <w:b/>
                <w:i w:val="0"/>
                <w:sz w:val="15"/>
              </w:rPr>
              <w:t>Ejemplo 2 (OA 29) · pág. 185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una exposición oral en la que: - presentan información que se relaciona con el tema seleccionado - ejemplifican a través de descripciones y narraciones para enriquecer la exposición - presentan la información ordenada en introducción, desarrollo y cierre - dan cohesión a sus exposiciones orales por medio de oraciones completas y conectores adecuados (primero, en primer lugar, por un lado, por otro lado, entonces, finalmente, por último) - utilizan vocabulario variado y preciso y un registro formal - emplean un volumen, pronunciación y entonación adecuados - adoptan gestos y posturas adecuadas a la situación - hacen contacto visual con la audiencia - usan material de apoyo que complemente la exposición - expresan las ideas sin leer de un texto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e interés por expresarse de manera creativa por medio de la comunicación oral y escrita.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 la investigación en equipo por etapas con lista de cotejo; evaluación de fuentes con pauta; rúbrica de exposición oral con coevaluación.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solicita a los estudiantes que preparen una presentación de no más de uno o dos minutos en la cual describan un objeto. Instrumento: Criterios de evaluación. (pág. 184)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alumnos preparan una exposición oral en grupo para presentar al resto del curso el trabajo de investigación que desarrollaron durante la unidad. (pág. 185)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Biblioteca CRA, prensa y sitios web confiables; temas de investigación regionales (patrimonio de la comuna, paisajes naturales, energías renovables); organizadores para agrupar información en subtemas.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textos en varios formatos (lectura en voz alta, audiolibro, video) y apoyar las figuras literarias con ejemplos visuales.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la comprensión de forma oral, escrita o multimodal (comentario, exposición, podcast, infografía).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lecturas a elección, temas de investigación con sentido local y trabajo colaborativo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de manera fluida textos variados apropiados a su edad: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pronunciando las palabras con precisión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la prosodia indicada por todos los signos de puntuación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decodificando de manera automática la mayoría de las palabras del texto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textos, aplicando estrategias de comprensión lectora;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la información del texto con sus experiencias y 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releer lo que no fue comprendido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formular preguntas sobre lo leído y responderlas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organizar la información en esquemas o mapas conceptuales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resumir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familiarizarse con un amplio repertorio de literatura para aumentar su conocimiento del mundo, desarrollar su imaginación y reconocer su valor social y cultural;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fábulas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novelas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historietas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aspectos relevantes de las narraciones leídas para profundizar su comprensión: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las acciones principales del relato y explicando cómo influyen en el desarrollo de la historia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las actitudes y reacciones de los personajes de acuerdo con sus motivaciones y las situaciones que viven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el ambiente y las costumbres representadas en el texto y explicando su influencia en las acciones del relato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relacionando el relato, si es pertinente, con la época y el lugar en que se ambienta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interpretando el lenguaje figurado presente en 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opiniones sobre las actitudes y acciones de los personajes y fundamentándolas con ejemplos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llegando a conclusiones sustentadas en la información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textos de autores diferentes y justificando su preferencia por alguno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aspectos relevantes de diversos poemas para profundizar su comprensión: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cómo el lenguaje poético que emplea el autor apela a los sentidos, sugiere estados de ánimo y crea imágenes en el lector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personificaciones, comparaciones e hipérboles y explicando su significado dentro del poema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analizando cómo los efectos sonoros (aliteración y onomatopeya) utilizados por el poeta refuerzan lo dicho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independientemente y comprender textos no literarios (cartas, biografías, relatos históricos, libros y artículos informativos, noticias, etc.) para ampliar su conocimiento del mundo y formarse una opinión: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haciendo inferencias a partir de la información del texto y de sus experiencias y 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relacionando la información de imágenes, gráficos, tablas, mapas o diagramas, con el texto en el cual están insertos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interpretando expresiones en lenguaje figurado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información entre dos textos del mismo tema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opinión sobre algún aspecto de la lectura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fundamentando su opinión con información del texto o sus conocimientos previos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la información presente en textos de diversa procedencia: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quién es el emisor, cuál es su propósito y a quién dirige el mensaje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evaluando si un texto entrega suficiente información para responder una determinada pregunta o cumplir un propósito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la información que se entrega sobre una misma noticia en distintas fuentes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Sintetizar, registrar y ordenar las ideas principales de textos leídos para satisfacer propósitos como estudiar, hacer una investigación, recordar detalles,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el gusto por la lectura, leyendo habitualmente diversos 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Asistir habitualmente a la biblioteca para satisfacer diversos propósitos (seleccionar textos, investigar sobre un tema, informarse sobre actualidad, etc.), adecuando su comportamiento y cuidando el material para permitir el trabajo y la lectura de los demás.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 y comparar información sobre un tema, utilizando fuentes como internet, enciclopedias, libros, prensa, etc., para llevar a cabo una investigación.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estrategias para determinar el significado de palabras nuevas: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claves contextuales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raíces y afijos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 a otro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diccionarios, enciclopedias e internet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ESCRITURA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frecuentemente, para desarrollar la creatividad y expresar sus ideas, textos como poemas, diarios de vida, cuentos, anécdotas, cartas, blogs,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creativamente narraciones (relatos de experiencias personales, noticias, cuentos, etc.) que: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tengan una estructura clara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utilicen conectores adecuados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tengan coherencia en sus oraciones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incluyan descripciones y diálogo (si es pertinente) que desarrollen la trama, los personajes y el ambiente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artículos informativos para comunicar información sobre un tema: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el texto en una estructura clara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desarrollando una idea central por párrafo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agregando las fuentes utilizadas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frecuentemente para compartir impresiones sobre sus lecturas, desarrollando un tema relevante del texto leído y fundamentando sus comentarios con ejemplos.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338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sus textos: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propósito y destinatario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generando ideas a partir de sus conocimientos e investigación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las ideas que compondrán su escrito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339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Escribir, revisar y editar sus textos para satisfacer un propósito y transmitir sus ideas con claridad. Durante este proceso: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agregan ejemplos, datos y justificaciones para profundizar las ideas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emplean un vocabulario preciso y variado, y un registro adecuado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releen a medida que escriben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aseguran la coherencia y agregan conectores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editan, en forma independiente, aspectos de ortografía y presentación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 las herramientas del procesador de textos para buscar sinónimos, corregir ortografía y gramática, y dar formato (cuando escriben en computador)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339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la escritura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339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Ampliar su capacidad expresiva, utilizando los recursos que ofrece el lenguaje para expresar un mismo mensaje de diversas maneras;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sinónimos, hipónimos e hiperónimos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locuciones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339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correctamente los participios irregulares (por ejemplo, roto, abierto, dicho, escrito, muerto, puesto, vuelto) en sus producciones escritas.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339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correctamente para facilitar la comprensión por parte del lector, aplicando todas las reglas de ortografía literal, acentual y puntual aprendidas en años anteriores, además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escritura de los verbos haber, tener e ir, en los tiempos más utilizados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coma en frases explicativas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coma en presencia de conectores que la requieren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acentuación de pronombres interrogativos y exclamativos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339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y disfrutar versiones completas de obras de la literatura, narradas o leídas por un adulto,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mitos y leyendas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capítulos de novelas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339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orales (explicaciones, instrucciones, noticias, documentales, entrevistas, testimonios, relatos, reportajes, etc.) para obtener información y desarrollar su curiosidad por el mundo: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relacionando las ideas escuchadas con sus experiencias personales y sus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y registrando la información relevante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preguntas al profesor o a los compañeros para comprender o elaborar una idea, o aclarar el significado de una palabra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información dentro del texto o con otros textos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y fundamentando una opinión sobre lo escuchado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diferentes puntos de vista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340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mensajes publicitarios: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al emisor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cuál es la intención del emisor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a quién está dirigido el mensaje (a niñas, a usuarios del metro, a adultos mayores, etc.) y fundamentando cómo llegaron a esa conclusión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340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Apreciar obras de teatro, películas o representaciones: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discutiendo aspectos relevantes de la historia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cómo los actores cambian sus tonos de voz y su gestualidad para expresar diversas emociones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algunos recursos que buscan provocar un efecto en la audiencia (efectos de sonido, música, efectos de iluminación, etc.)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340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Dialogar para compartir y desarrollar ideas y buscar acuerdos: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manteniendo el foco en un tema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complementando las ideas de otro y ofreciendo sugerencias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aceptando sugerencias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haciendo comentarios en los momentos adecuados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mostrando acuerdo o desacuerdo con 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fundamentando su postura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340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Interactuar de acuerdo con las convenciones sociales en diferentes situaciones: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presentarse a sí mismo y a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saludar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opiniones, sentimientos e ideas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otras situaciones que requieran el uso de fórmulas de cortesía, como por favor, gracias, perdón, permiso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340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de manera clara y efectiva en exposiciones orales para comunicar temas de su interés: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presentando las ideas de manera coherente y cohesiva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fundamentando sus planteamientos con ejemplos y 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las ideas en introducción, desarrollo y cierre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elementos de cohesión para relacionar cada parte de la exposición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un vocabulario variado y preciso y un registro formal adecuado a la situación comunicativa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reemplazando algunas construcciones sintácticas familiares por otras más variadas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conjugando correctamente los verbos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correctamente los participios irregulares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pronunciando claramente y usando un volumen audible, entonación, pausas y énfasis adecuados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gestos y posturas acordes a la situación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material de apoyo (power point, papelógrafo, objetos, etc.) de manera efectiva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exponiendo sin leer de un texto escrito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341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sus intervenciones orales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341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orales espontáneos o planificados de diverso tipo para desarrollar su capacidad expresiva: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narraciones (contar una historia, describir una actividad, relatar noticias, testimonios, etc.)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dramatizaciones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 y una actitud activa frente a la lectura, orientada al disfrute de la misma y a la valoración del conocimiento que se puede obtener a partir de ella.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compartir ideas, experiencias y opiniones con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expresarse de manera creativa por medio de la comunicación oral y escrita.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tareas y trabajos de forma rigurosa y perseverante, con el fin de desarrollarlos de manera adecuada a los propósitos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sí mismo, sus ideas y sus intereses para comprenderse y valorarse.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empatía hacia los demás, comprendiendo el contexto en el que se sitúan.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por las diversas opiniones y puntos de vista, reconociendo el diálogo como una herramienta de enriquecimiento personal y social.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Lenguaje y Comunicación 6°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Lenguaje y Comunicación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Lenguaje y Comunicación · 6° básico</dc:title>
  <dc:subject/>
  <dc:creator/>
  <cp:keywords/>
  <dc:description>Generado el 2026-10-23 desde programa_lenguaje_6basico.pdf (sha256 a0bd71bc2ff2)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