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3°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medio, los estudiantes usan medidas de dispersión y probabilidad condicional para decidir en situaciones de incerteza, modelan crecimiento y decrecimiento con funciones exponenciales y logarítmicas, resuelven problemas métricos en la circunferencia y trabajan con números complejos, argumentando sus decisiones con evidencia.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El uso de datos estadísticos y de modelos probabilísticos para la toma de decisiones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Hacer predicciones acerca de situaciones utilizando modelos matemáticos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Relaciones métricas en geometría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Necesidad y aplicación de los números complejos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El uso de datos estadísticos y de modelos probabilísticos para la toma de decisiones</w:t>
            </w:r>
          </w:p>
          <w:p>
            <w:r>
              <w:rPr>
                <w:b w:val="0"/>
                <w:i w:val="0"/>
                <w:sz w:val="15"/>
              </w:rPr>
              <w:t>Los estudiantes interpretan datos de situaciones de incerteza, para construir respuestas según las medidas de dispersión o probabilidades condicionales.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32–58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Tomar decisiones fundamentadas en evidencia estadística y/o en la evaluación de resultados obtenidos a partir de un modelo probabilístico.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2) · pág. 54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Extraen e interpretan información estadística, calculando medidas de dispersión para comparar situaciones.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datos, calculando las medidas de dispersión para tomar decisiones.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la información y utilizan las medidas de dispersión para comunicar alguna decisión.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y relacionan información, calculando probabilidades condicionales para tomar decisiones.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árboles o tablas de doble entrada para representar y determinar la probabilidad condicional.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problemas breves de medidas de tendencia central, lectura de gráficos y probabilidad de 1° y 2° medio, para conocer qué traen los estudiantes.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cálculo e interpretación de medidas de dispersión (OA 2); análisis en grupos de tablas de doble entrada con probabilidad condicional y plenario de decisiones fundamentadas (OA c).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2 con 5 indicadores. (pág. 54)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Calculadora y planillas de cálculo; datos de calidad del aire de una ciudad cercana publicados por SINCA o de temperaturas de la región, impresos para trabajar sin conexión; encuestas hechas por el curso.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Hacer predicciones acerca de situaciones utilizando modelos matemáticos</w:t>
            </w:r>
          </w:p>
          <w:p>
            <w:r>
              <w:rPr>
                <w:b w:val="0"/>
                <w:i w:val="0"/>
                <w:sz w:val="15"/>
              </w:rPr>
              <w:t>Se espera que los estudiantes utilicen, construyan y evalúen modelos para describir situaciones, con el apoyo de representaciones gráficas, tablas de datos y herramientas digitales.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60–94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 modelos realizando conexiones entre variables para predecir posibles escenarios de solución a un problema, y tomar decisiones fundamentadas.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Evaluar modelos para estudiar un fenómeno, analizando críticamente las simplificaciones requeridas y considerando las limitaciones de aquellos.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3) · pág. 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modelos de situaciones de crecimiento y decrecimiento que involucran las funciones exponencial y logarítmica, para determinar valores o hacer proyecciones.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intervalos donde el modelo exponencial o logarítmico tiene sentido, según la situación de crecimiento o decrecimiento.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Varían parámetros para ajustar un modelo exponencial o logarítmico según la situación.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modelos de situaciones de crecimiento y decrecimiento que involucran las funciones exponencial y logarítmica, para determinar valores o hacer proyecciones.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Ajuste en parejas de modelos exponenciales y logarítmicos a tablas de datos, revisando los intervalos donde el modelo tiene sentido (OA 3, OA f); retroalimentación de gráficos e interpretaciones.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3 con 4 indicadores. (pág. 89)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GeoGebra o planillas de cálculo, con papel milimetrado como alternativa; datos de población de las comunas de la región consultados en el INE; problemas de enfriamiento, depreciación o propagación.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Relaciones métricas en geometría</w:t>
            </w:r>
          </w:p>
          <w:p>
            <w:r>
              <w:rPr>
                <w:b w:val="0"/>
                <w:i w:val="0"/>
                <w:sz w:val="15"/>
              </w:rPr>
              <w:t>Los estudiantes resuelven problemas que implican argumentar y aplicar propiedades asociadas a las relaciones métricas en la circunferencia; se pueden apoyar en dibujos o esquemas manuales, y en un software de geometría dinámica.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95–123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4) · pág. 117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relaciones métricas entre ángulos, arcos o cuerdas en la circunferencia para determinar medidas de objetos geométricos.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el uso de propiedades sobre ángulos, arcos o cuerdas para resolver un problema.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las relaciones métricas entre ángulos, arcos o cuerdas en la circunferencia, utilizando dibujos, esquemas o proposiciones.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Resolución de problemas de ángulos, arcos y cuerdas con justificación escrita de las propiedades usadas (OA 4, OA d); revisión entre pares de construcciones con regla y compás.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4 con 3 indicadores. (pág. 117)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Regla, compás y transportador; GeoGebra o software de geometría dinámica; mapas y fotos aéreas de la región para plantear problemas con circunferencias (alcance de una antena, rotondas, ruedas).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Necesidad y aplicación de los números complejos</w:t>
            </w:r>
          </w:p>
          <w:p>
            <w:r>
              <w:rPr>
                <w:b w:val="0"/>
                <w:i w:val="0"/>
                <w:sz w:val="15"/>
              </w:rPr>
              <w:t>Se espera que los estudiantes apliquen la adición, sustracción, multiplicación y división de números complejos, el concepto de conjugado y módulo de un número complejo desde un punto de vista analítico y geométrico, y que comprendan que estos números les permiten resolver problemas que no tienen solución en los números reales.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124–151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Elaborar representaciones, tanto en forma manual como digital, y justificar cómo una misma información puede ser utilizada según el tipo de representación.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1) · pág. 148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números complejos en el plano, relacionando con vectores e identificando las partes reales e imaginarias.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los números complejos y sus representaciones pictóricas y simbólicas para encontrar solución a ecuaciones.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la distancia de números complejos de forma simbólica y pictórica.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la operatoria de números complejos de forma simbólica y en el plano cartesiano.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los números complejos y su operatoria para resolver problemas en modelos relacionados con los circuitos eléctricos.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Representación de números complejos en el plano con guía y tickets de salida de operaciones (OA 1); explicación oral en parejas del significado geométrico del módulo y el conjugado.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1 con 5 indicadores. (pág. 148)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 cuadriculado y GeoGebra; ecuaciones cuadráticas sin solución real como punto de partida; ejemplos de circuitos de corriente alterna.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cada concepto con tablas, gráficos, esquemas y lenguaje simbólico, usando software y, sin conexión, material impreso y papel milimetrado.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formas de mostrar la resolución (informe breve, explicación oral, gráfico comentado, póster) y distintas estrategias para llegar al resultado.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datos reales de la región y de los propios estudiantes, con desafíos graduados y trabajo colaborativo con roles.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110 · P 110)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de adición, sustracción, multiplicación y división de números complejos C, en forma pictórica, simbólica y con uso de herramientas tecnológicas.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110 · P 110)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Tomar decisiones en situaciones de incerteza que involucren el análisis de datos estadísticos con medidas de dispersión y probabilidades condicionales.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110 · P 110)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modelos matemáticos que describen fenómenos o situaciones de crecimiento y decrecimiento, que involucran las funciones exponencial y logarítmica, de forma manuscrita, con uso de herramientas tecnológicas y promoviendo la búsqueda, selección, contrastación y verificación de información en ambientes digitales y redes sociales.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110 · P 110)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de geometría euclidiana que involucran relaciones métricas entre ángulos, arcos, cuerdas y secantes en la circunferencia, de forma manuscrita y con uso de herramientas tecnológicas.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y evaluar estrategias de manera colaborativa al resolver problemas no rutinarios.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impliquen variar algunos parámetros en el modelo utilizado y observar cómo eso influye en los resultados obtenidos.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108)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Tomar decisiones fundamentadas en evidencia estadística y/o en la evaluación de resultados obtenidos a partir de un modelo probabilístico.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108)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Argumentar, utilizando lenguaje simbólico y diferentes representaciones, para justificar la veracidad o falsedad de una conjetura, y evaluar el alcance y los límites de los argumentos utilizados.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modelos realizando conexiones entre variables para predecir posibles escenarios de solución a un problema, y tomar decisiones fundamentadas.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modelos para estudiar un fenómeno, analizando críticamente las simplificaciones requeridas y considerando las limitaciones de aquellos.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representaciones, tanto en forma manual como digital, y justificar cómo una misma información puede ser utilizada según el tipo de representación.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diferentes representaciones, de acuerdo a su pertinencia con el problema por solucionar.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HABILIDADES DIGITALES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Buscar, seleccionar, manejar y producir información matemática/cuantitativa confiable a través de la web.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un trabajo colaborativo en línea para discusión y resolución de tareas matemáticas, usando herramientas electrónicas de productividad, entornos virtuales y redes sociales.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evaluar el impacto de las tecnologías digitales en contextos sociales, económicos y culturales.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Conocer tanto los derechos propios como los de los otros, y aplicar estrategias de protección de la información en ambientes digitales.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Tomar decisiones fundamentadas en evidencia estadística y/o en la evaluación de resultados obtenidos a partir de un modelo probabilístico.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Argumentar, utilizando lenguaje simbólico y diferentes representaciones para justificar la veracidad o falsedad de una conjetura, y evaluar el alcance y los límites de los argumentos utilizados.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3°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3°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3° medio</dc:title>
  <dc:subject/>
  <dc:creator/>
  <cp:keywords/>
  <dc:description>Generado el 2026-10-23 desde programa_matematica_3medio.pdf (sha256 5d0b4f5edcef)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