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ANUAL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Matemática · 4° medio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Matemática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4° medio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3 h pedagógicas semanales · 114 h anuales (38 semanas)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Bases Curriculares DS 193/2019 · Programa de Estudio Decreto Exento N° 496/2020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4° medio, los estudiantes usan los modelos binomial y normal para decidir en situaciones de incerteza, fundamentan decisiones financieras personales y familiares con porcentajes, tasas e índices, modelan fenómenos con funciones potencia y trigonométricas, y resuelven problemas de rectas y circunferencias en el plano cartesiano.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año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1: La toma de decisiones en situaciones de incerteza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12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36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2: La toma de decisiones en situaciones financieras y económicas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11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30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3: Modelamiento matemático para describir y predecir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20 a 30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27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4: Geometría con coordenadas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31 a 38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7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21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anual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114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«Visión global del año» del Programa.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Cada unidad indica los OA que trabaja según el Programa; el texto completo está en el Anexo G. </w:t>
      </w:r>
      <w:r>
        <w:rPr>
          <w:b w:val="0"/>
          <w:i w:val="0"/>
          <w:sz w:val="16"/>
        </w:rPr>
        <w:t xml:space="preserve">Los indicadores son los de la Actividad de evaluación con que el Programa cierra cada unidad (los Programas de 3° y 4° medio no traen indicadores por OA).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4003"/>
        <w:gridCol w:w="5522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6"/>
              </w:rPr>
              <w:t>Foco de la unidad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/>
                <w:i w:val="0"/>
                <w:sz w:val="16"/>
              </w:rPr>
              <w:t>La toma de decisiones en situaciones de incerteza</w:t>
            </w:r>
          </w:p>
          <w:p>
            <w:r>
              <w:rPr>
                <w:b w:val="0"/>
                <w:i w:val="0"/>
                <w:sz w:val="15"/>
              </w:rPr>
              <w:t>Los estudiantes valorarán el uso de estadísticas y modelos probabilísticos para tomar decisiones en situaciones de incerteza.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32–67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36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10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2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c: Tomar decisiones fundamentadas en evidencia estadística y/o en la evaluación de resultados obtenidos a partir de un modelo probabilístico.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f: Evaluar modelos para estudiar un fenómeno, analizando críticamente las simplificaciones requeridas y considerando las limitaciones de aquellos.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5"/>
              </w:rPr>
              <w:t>Actividad de evaluación (OA 2) · pág. 60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Evalúan las diferentes posibilidades en un experimento aleatorio y determinan su probabilidad.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Evalúan los alcances y límites de un argumento estadístico o probabilístico antes de tomar una decisión.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Evalúan la pertinencia de usar modelos binomial o normal para interpretar situaciones de incerteza.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año: problemas breves de probabilidad, medidas de dispersión y lectura de gráficos de 3° medio, para conocer qué traen los estudiantes.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Simulación de experimentos dicotómicos (monedas, dados) comparando los resultados con el modelo binomial (OA 2); análisis en grupos de un argumento estadístico de la prensa con pauta de alcances y límites (OA c, OA f).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</w:t>
            </w:r>
            <w:r>
              <w:rPr>
                <w:b w:val="0"/>
                <w:i w:val="0"/>
                <w:sz w:val="15"/>
              </w:rPr>
              <w:t>OA 2 con 3 indicadores. (pág. 60)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Monedas, dados y planillas de cálculo; noticias con encuestas o estadísticas; gráficos de resultados de pruebas estandarizadas.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/>
                <w:i w:val="0"/>
                <w:sz w:val="16"/>
              </w:rPr>
              <w:t>La toma de decisiones en situaciones financieras y económicas</w:t>
            </w:r>
          </w:p>
          <w:p>
            <w:r>
              <w:rPr>
                <w:b w:val="0"/>
                <w:i w:val="0"/>
                <w:sz w:val="15"/>
              </w:rPr>
              <w:t>Los estudiantes aplican los conocimientos matemáticos aprendidos hasta 2° medio en contextos del ámbito financiero.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68–94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30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11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d: Argumentar, utilizando lenguaje simbólico y diferentes representaciones para justificar la veracidad o falsedad de una conjetura, y evaluar el alcance y los límites de los argumentos utilizados.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f: Evaluar modelos para estudiar un fenómeno, analizando críticamente las simplificaciones requeridas y considerando las limitaciones de aquellos.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5"/>
              </w:rPr>
              <w:t>Actividad de evaluación (OA 1) · pág. 88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Interpretan información del ámbito financiero y económico personal o comunitario, que involucra porcentajes, tasas de interés o índices económicos.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Evalúan diferentes posibilidades de créditos, utilizando porcentajes, tasas de interés o índices económicos para tomar una decisión fundamentada.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Ajustan modelos que involucran porcentajes, tasas de interés o índices económicos para determinar las mejores posibilidades de una situación del ámbito financiero y económico.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Comparación en grupos de créditos con distintas tasas y cuotas, con explicación escrita de la decisión (OA 1, OA d); tickets de salida con cálculo de intereses e interpretación del IPC.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</w:t>
            </w:r>
            <w:r>
              <w:rPr>
                <w:b w:val="0"/>
                <w:i w:val="0"/>
                <w:sz w:val="15"/>
              </w:rPr>
              <w:t>OA 1 con 3 indicadores. (pág. 88)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Simulaciones de crédito y cartolas de ejemplo; información pública sobre pensiones y AFP; presupuesto de un hogar de la región que incluya gastos básicos como luz, agua o calefacción.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3</w:t>
            </w:r>
          </w:p>
          <w:p>
            <w:r>
              <w:rPr>
                <w:b/>
                <w:i w:val="0"/>
                <w:sz w:val="16"/>
              </w:rPr>
              <w:t>Modelamiento matemático para describir y predecir</w:t>
            </w:r>
          </w:p>
          <w:p>
            <w:r>
              <w:rPr>
                <w:b w:val="0"/>
                <w:i w:val="0"/>
                <w:sz w:val="15"/>
              </w:rPr>
              <w:t>Los estudiantes inician un proceso de modelación, primero con situaciones descritas por funciones potencias o funciones trigonométricas, y luego varían o ajustan el modelo según diferentes contextos.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95–128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27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20 a 30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3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e: Construir modelos realizando conexiones entre variables para predecir posibles escenarios de solución a un problema, y tomar decisiones fundamentadas.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f: Evaluar modelos para estudiar un fenómeno, analizando críticamente las simplificaciones requeridas y considerando las limitaciones de aquellos.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5"/>
              </w:rPr>
              <w:t>Actividad de evaluación (OA 3) · pág. 120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Interpretan información, utilizando modelos que involucran funciones potencia y trigonométricas para deducir resultados.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Varían parámetros de modelos existentes que involucran funciones potencia y trigonométricas para comparar resultados.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modelos existentes que involucran funciones potencia y trigonométricas para relacionar partes y características de la situación.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Construyen modelos de situaciones que involucran funciones potencias y trigonométricas para inferir resultados en diferentes momentos.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Comparan modelos que involucran funciones potencia o trigonométricas con otros modelos que también describen la situación, para determinar fortalezas y debilidades de estos.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Ajuste de modelos trigonométricos a datos periódicos y variación de parámetros con guía (OA 3, OA e); discusión de las simplificaciones de cada modelo (OA f).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</w:t>
            </w:r>
            <w:r>
              <w:rPr>
                <w:b w:val="0"/>
                <w:i w:val="0"/>
                <w:sz w:val="15"/>
              </w:rPr>
              <w:t>OA 3 con 5 indicadores. (pág. 120)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GeoGebra o planillas, con papel milimetrado como alternativa; tablas de mareas de un puerto cercano o de horas de luz durante el año en la ciudad, consultadas en fuentes oficiales.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4</w:t>
            </w:r>
          </w:p>
          <w:p>
            <w:r>
              <w:rPr>
                <w:b/>
                <w:i w:val="0"/>
                <w:sz w:val="16"/>
              </w:rPr>
              <w:t>Geometría con coordenadas</w:t>
            </w:r>
          </w:p>
          <w:p>
            <w:r>
              <w:rPr>
                <w:b w:val="0"/>
                <w:i w:val="0"/>
                <w:sz w:val="15"/>
              </w:rPr>
              <w:t>Los estudiantes resuelven problemas, utilizando objetos geométricos como rectas y circunferencias en el plano.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129–149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21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31 a 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4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d: Argumentar, utilizando lenguaje simbólico y diferentes representaciones para justificar la veracidad o falsedad de una conjetura, y evaluar el alcance y los límites de los argumentos utilizados.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e: Construir modelos realizando conexiones entre variables para predecir posibles escenarios de solución a un problema, y tomar decisiones fundamentadas.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5"/>
              </w:rPr>
              <w:t>Actividad de evaluación (OA 4) · pág. 146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las respuestas relacionadas con problemas sobre rectas y circunferencias.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situaciones mediante ecuaciones analíticas de rectas o circunferencias.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Elaboran ecuaciones de rectas a partir de la pendiente y las coordenadas de un punto dado.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Modelan situaciones, utilizando la ecuación de la recta o la circunferencia.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Resolución de problemas con ecuaciones de rectas y circunferencias y revisión entre pares (OA 4); explicación oral del procedimiento usado (OA d).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</w:t>
            </w:r>
            <w:r>
              <w:rPr>
                <w:b w:val="0"/>
                <w:i w:val="0"/>
                <w:sz w:val="15"/>
              </w:rPr>
              <w:t>OA 4 con 4 indicadores. (pág. 146)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Papel cuadriculado y GeoGebra; mapas de la comuna sobre un plano cartesiano para trazar rutas, como un tramo de una carretera cercana, o zonas de cobertura de una antena.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Trabajar cada modelo con tablas, gráficos, simulaciones y expresiones algebraicas, con apoyo de software o de material impreso cuando no haya conexión.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Permitir mostrar lo aprendido mediante informes, presentaciones orales, planillas comentadas o resolución escrita, aceptando distintas estrategias.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Plantear problemas cercanos a la vida adulta que se avecina (créditos, pensiones, presupuesto familiar) y a la región, con desafíos graduados.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las Bases Curriculares (DS 193/2019); las habilidades y actitudes, del Programa de Estudio. Entre paréntesis, la página en las Bases (B) y en el Programa de Estudio (P).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CONOCIMIENTO Y COMPRENSIÓN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111 · P 111)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Fundamentar decisiones en el ámbito financiero y económico personal o comunitario, a partir de modelos que consideren porcentajes, tasas de interés e índices económicos.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111 · P 111)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Fundamentar decisiones en situaciones de incerteza, a partir del análisis crítico de datos estadísticos y con base en los modelos binomial y normal.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111 · P 111)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Construir modelos de situaciones o fenómenos de crecimiento, decrecimiento y periódicos que involucren funciones potencias de exponente entero y trigonométricas sen(x) y cos(x), de forma manuscrita, con uso de herramientas tecnológicas y promoviendo la búsqueda, selección, contrastación y verificación de información en ambientes digitales y redes sociales.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111 · P 111)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Resolver problemas acerca de rectas y circunferencias en el plano, mediante su representación analítica, de forma manuscrita y con uso de herramientas tecnológicas.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RESOLVER PROBLEMAS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a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263)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Construir y evaluar estrategias de manera colaborativa al resolver problemas no rutinarios.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b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263)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Resolver problemas que impliquen variar algunos parámetros en el modelo utilizado y observar cómo eso influye en los resultados obtenidos.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ARGUMENTAR Y COMUNICAR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c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108)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Tomar decisiones fundamentadas en evidencia estadística y/o en la evaluación de resultados obtenidos a partir de un modelo probabilístico.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d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108)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Argumentar, utilizando lenguaje simbólico y diferentes representaciones, para justificar la veracidad o falsedad de una conjetura, y evaluar el alcance y los límites de los argumentos utilizados.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MODELAR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e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263)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Construir modelos realizando conexiones entre variables para predecir posibles escenarios de solución a un problema, y tomar decisiones fundamentadas.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f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263)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Evaluar modelos para estudiar un fenómeno, analizando críticamente las simplificaciones requeridas y considerando las limitaciones de aquellos.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REPRESENTAR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g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263)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Elaborar representaciones, tanto en forma manual como digital, y justificar cómo una misma información puede ser utilizada según el tipo de representación.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h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263)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Evaluar diferentes representaciones, de acuerdo a su pertinencia con el problema por solucionar.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HABILIDADES DIGITALES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i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264)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Buscar, seleccionar, manejar y producir información matemática/cuantitativa confiable a través de la web.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j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264)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Desarrollar un trabajo colaborativo en línea para discusión y resolución de tareas matemáticas, usando herramientas electrónicas de productividad, entornos virtuales y redes sociales.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k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264)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Analizar y evaluar el impacto de las tecnologías digitales en contextos sociales, económicos y culturales.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l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264)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Conocer tanto los derechos propios como los de los otros, y aplicar estrategias de protección de la información en ambientes digitales.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ARGUMENTAR Y COMUNICAR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c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263)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Tomar decisiones fundamentadas en evidencia estadística y/o en la evaluación de resultados obtenidos a partir de un modelo probabilístico.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d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263)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Argumentar, utilizando lenguaje simbólico y diferentes representaciones para justificar la veracidad o falsedad de una conjetura, y evaluar el alcance y los límites de los argumentos utilizados.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Programa de Estudio Matemática 4° medio, Mineduc (Decreto Exento N° 496/2020) y Bases Curriculares DS 193/2019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Anual 2027 · Matemática · 4° medio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Anual 2027 — Matemática · 4° medio</dc:title>
  <dc:subject/>
  <dc:creator/>
  <cp:keywords/>
  <dc:description>Generado el 2026-10-23 desde programa_matematica_4medio.pdf (sha256 76ec5329f904)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