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Música · 1°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Música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1° básico, los estudiantes descubren el sonido y el silencio escuchando, cantando, tocando percusión y moviéndose. Exploran cualidades del sonido como altura, intensidad y duración, improvisan con la voz y objetos, y comparten su trabajo musical con el curso.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Unidad 1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Unidad 2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Unidad 3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Unidad 4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52).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 w:val="0"/>
                <w:i w:val="0"/>
                <w:sz w:val="15"/>
              </w:rPr>
              <w:t>El primer año básico permite a los estudiantes acceder a una gama de aprendizajes que progresivamente se irán reforzando y ampliando en el propio nivel y en las etapas restantes que componen el ciclo básico.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54–76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4, OA 5,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Desarrollar la capacidad de trabajar en equipo.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Agudizar la percepción sonora.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Ejercitar habilidades interpretativas.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Desarrollar la apreciación sonora.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a interpretar.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Juegos y actividades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a escuchar.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silencio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tocar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bailar.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5) · pág. 73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Exploran las posibilidades sonoras de su voz.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juegos de imitación y creación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Improvisan, respetando la participación de los otros.</w:t>
            </w:r>
          </w:p>
          <w:p>
            <w:r>
              <w:rPr>
                <w:b/>
                <w:i w:val="0"/>
                <w:sz w:val="15"/>
              </w:rPr>
              <w:t>Ejemplo 2 (OA 1, OA 2, OA 7) · pág. 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con sus propias palabras lo escuchado.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y diferencian sonidos de diversas fuentes (la naturaleza y el entorno).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los sonidos escuchados.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 expresión visual (dibujos, pinturas, etcétera) según lo que les sugieren los sonidos y la música.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 expresión verbal (oral o escrita) según lo que les sugieren los sonidos y la música.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Descubren su entorno sonoro.</w:t>
            </w:r>
          </w:p>
          <w:p>
            <w:r>
              <w:rPr>
                <w:b/>
                <w:i w:val="0"/>
                <w:sz w:val="15"/>
              </w:rPr>
              <w:t>Ejemplo 3 (OA 4, OA 5) · pág. 75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una variedad de canciones, versos rítmicos, rondas y juegos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Acompañan libremente canciones aprendidas con percusión corporal (palmas, pies u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evitando forzar la voz.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participar y colaborar de forma respetuosa en actividades grupales de audición, expresión, reflexión y creación musical.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Reconocer la dimensión espiritual y trascendente del arte y la música para el ser humano.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confianza en sí mismos al presentar a otros o compartir su música.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a comunicar sus percepciones, ideas y sentimientos, mediante diversas formas de expresión musical.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juego de imitación de ritmos y cantos breves para observar pulso, afinación y participación.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Juegos de eco y de sonido-silencio observados con lista de cotejo; dibujo de los sonidos que escuchan.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A partir del juego ”Ha llegado carta musical”, el docente reparte instrumentos musicales (u objetos que suenen en forma diversa) y da instrucciones como: - ¡Ha llegado carta! - ¿Para quién? - Para los tambores. Instrumento: Criterios de evaluación. (pág. 73)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docente invita a los estudiantes a pasear por el patio del colegio y percibir los sonidos que se escuchan, registrándolos por medio de bocetos o palabras. Instrumento: Criterios de evaluación. (pág. 74)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se agrupan para ensayar alguna de las canciones aprendidas durante la unidad. Instrumento: Criterios de evaluación. (pág. 75)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Canciones infantiles chilenas; objetos sonoros caseros; sonidos del entorno de la escuela (voces, pasos, aves, vehículos).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 w:val="0"/>
                <w:i w:val="0"/>
                <w:sz w:val="15"/>
              </w:rPr>
              <w:t>Esta unidad continúa agudizando la percepción sonora y ampliando las experiencias musicales de los estudiantes.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77–96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4, OA 5,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Desarrollar la capacidad de trabajar en equipo.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Agudizar la percepción sonora.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Ejercitar habilidades interpretativas.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Desarrollar la apreciación sonora.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Desarrollar el sentido rítmico y melódico.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Desarrollar la imaginación sonora.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a interpretar (refuerzo e incremento)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Juegos y actividades musicales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a escuchar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Formas de interactuar con el sonido.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silencio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rápido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director.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4) · pág. 93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activamente en una variedad de canciones, versos rítmicos, rondas y juegos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evitando forzar la voz.</w:t>
            </w:r>
          </w:p>
          <w:p>
            <w:r>
              <w:rPr>
                <w:b/>
                <w:i w:val="0"/>
                <w:sz w:val="15"/>
              </w:rPr>
              <w:t>Ejemplo 2 (OA 7, OA 2, OA 3) · pág. 94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preferencias en relación con lo escuchado.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 variados ejemplos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 expresión verbal (oral o escrita) según lo que les sugieren los sonidos y la música.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instrumentos, ritmos o melodías conocidas (suena una guitarra, suena como marcha).</w:t>
            </w:r>
          </w:p>
          <w:p>
            <w:r>
              <w:rPr>
                <w:b/>
                <w:i w:val="0"/>
                <w:sz w:val="15"/>
              </w:rPr>
              <w:t>Ejemplo 3 (OA 4, OA 5) · pág. 95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activamente en una variedad de canciones, versos rítmicos, rondas y juegos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Acompañan libremente canciones aprendidas con percusión corporal (palmas, pies u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evitando forzar la voz.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Exploran las posibilidades sonoras de su voz.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acompañamientos simples para canciones.</w:t>
            </w:r>
          </w:p>
          <w:p>
            <w:r>
              <w:rPr>
                <w:b/>
                <w:i w:val="0"/>
                <w:sz w:val="15"/>
              </w:rPr>
              <w:t>Ejemplo 4 (OA 4)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activamente en una variedad de canciones, versos rítmicos, rondas y juegos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Acompañan libremente canciones aprendidas con percusión corporal (palmas, pies u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Reproducen patrones rítmicos con sonidos corporales.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evitando forzar la voz.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confianza en sí mismos al presentar a otros o compartir su música.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a comunicar sus percepciones, ideas y sentimientos, mediante diversas formas de expresión musical.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Demostrar disposición a desarrollar su creatividad, por medio de la experimentación, el juego, la imaginación y el pensamiento divergente.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 del director para verificar respuesta a rápido y lento; observación del canto grupal.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docente presenta al curso una canción nueva de corta duración (u otra aprendida recientemente). Instrumento: Criterios de evaluación. (pág. 93)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Escuchan atentamente una obra instrumental de corta duración que no hayan escuchado anteriormente (por ejemplo: Toccata para piano de Seis piezas breves Op.19.b de Carlos Botto). Instrumento: Criterios de evaluación. (pág. 94)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cantan una canción que conocen. Instrumento: Criterios de evaluación. (pág. 95)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El docente les muestra una canción con dos partes claramente identificables. Instrumento: Criterios de evaluación. (pág. 96)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Panderos, claves y maracas hechas con material reciclado; audiciones breves de música docta y popular.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 w:val="0"/>
                <w:i w:val="0"/>
                <w:sz w:val="15"/>
              </w:rPr>
              <w:t>Las actividades sugeridas en esta unidad permiten que los alumnos accedan a experiencias que los vinculen con cualidades específicas del sonido, como volúmenes de distinta intensidad (sonidos fuertes, suaves, matices, etcétera) y se familiaricen con su experimentación y manipulación, siempre a partir de juegos y actividades motivantes.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97–114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la capacidad de trabajar en equipo.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Agudizar la percepción sonora.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Ejercitar habilidades interpretativas.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Desarrollar la apreciación sonora.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Desarrollar el sentido rítmico y melódico.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Desarrollar la imaginación sonora.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a interpretar (refuerzo e incremento).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Juegos y actividades musicales adecuadas a la edad.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a escuchar.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Formas de interactuar con sonidos.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Forte (fuerte)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piano (suave)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percusión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comienzo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final.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2, OA 5) · pág. 112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 expresión verbal (oral o escrita) según lo que les sugieren los sonidos y la música.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acompañamientos sonoros a narraciones breves y/o sonorizan imágenes.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originalidad en sus respuestas sonoras.</w:t>
            </w:r>
          </w:p>
          <w:p>
            <w:r>
              <w:rPr>
                <w:b/>
                <w:i w:val="0"/>
                <w:sz w:val="15"/>
              </w:rPr>
              <w:t>Ejemplo 2 (OA 4) · pág. 113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activamente en una variedad de canciones, versos rítmicos, rondas y juegos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Acompañan canciones aprendidas con instrumentos de percusión convencionales y no convencionales.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evitando forzar la voz.</w:t>
            </w:r>
          </w:p>
          <w:p>
            <w:r>
              <w:rPr>
                <w:b/>
                <w:i w:val="0"/>
                <w:sz w:val="15"/>
              </w:rPr>
              <w:t>Ejemplo 3 (OA 4, OA 5) · pág. 114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activamente en una variedad de canciones, versos rítmicos, rondas y juegos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evitando forzar la voz.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originalidad en sus respuestas sonoras.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Reconocer y valorar los diversos estilos y expresiones musicales.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Demostrar disposición a desarrollar su creatividad, por medio de la experimentación, el juego, la imaginación y el pensamiento divergente.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participar y colaborar de forma respetuosa en actividades grupales de audición, expresión, reflexión y creación musical.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Musicogramas simples para mostrar forte y piano; presentación de un cuento sonoro en grupos.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El curso se reúne en grupos. Instrumento: Criterios de evaluación. (pág. 112)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curso se reúne en grupos. Instrumento: Criterios de evaluación. (pág. 113)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Se organizan en grupos de a seis u ocho alumnos y preparan una canción juego como Chincolito o Tirelura, proponiendo acciones y movimientos diferentes a las realizadas en clases. Instrumento: Criterios de evaluación. (pág. 114)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Instrumentos de percusión; cuentos para sonorizar; audiciones con contrastes de intensidad.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 w:val="0"/>
                <w:i w:val="0"/>
                <w:sz w:val="15"/>
              </w:rPr>
              <w:t>Esta última unidad permite que los alumnos apliquen las experiencias recogidas durante el año ya que han tenido actividades y ejercitación en todos los objetivos de aprendizaje planteados para el nivel.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115–130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Desarrollar la capacidad de trabajar en equipo.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Agudizar la percepción sonora.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Desarrollar el sentido rítmico y melódico.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Desarrollar la imaginación sonora.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a interpretar (refuerzo e incremento).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Juegos y actividades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a escuchar.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Música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verso rítmico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cuento musical.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6) · pág. 127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y tocan repertorio aprendido con mayor precisión, incorporando las indicaciones del director.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Respetan la participación de todos al presentar su trabajo musical (esperar turnos, conocer entradas, etcétera).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con seguridad en su trabajo musical.</w:t>
            </w:r>
          </w:p>
          <w:p>
            <w:r>
              <w:rPr>
                <w:b/>
                <w:i w:val="0"/>
                <w:sz w:val="15"/>
              </w:rPr>
              <w:t>Ejemplo 2 (OA 6) · pág. 128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y tocan repertorio aprendido con mayor precisión, incorporando las indicaciones del director.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Respetan la participación de todos al presentar su trabajo musical (esperar turnos, conocer entradas, etcétera).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con seguridad en su trabajo musical.</w:t>
            </w:r>
          </w:p>
          <w:p>
            <w:r>
              <w:rPr>
                <w:b/>
                <w:i w:val="0"/>
                <w:sz w:val="15"/>
              </w:rPr>
              <w:t>Ejemplo 3 (OA 1, OA 2) · pág. 129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Comentan con sus propias palabras lo escuchado, reconociendo algún elemento evidente del lenguaje musical.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expresan corporalmente (mímicas, coreografías, expresión libre, etcétera) según lo que les sugieren los sonidos y la música.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confianza en sí mismos al presentar a otros o compartir su música.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Reconocer la dimensión espiritual y trascendente del arte y la música para el ser humano.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participar y colaborar de forma respetuosa en actividades grupales de audición, expresión, reflexión y creación musical.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Presentación de versos rítmicos y cuento musical a la comunidad; autoevaluación con caritas.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Se dividen en grupos y se adjudica una canción diferente a cada grupo. Instrumento: Criterios de evaluación. (pág. 127)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Como actividad de fin de año, el curso organiza junto al docente una muestra de su quehacer musical. Instrumento: Criterios de evaluación. (pág. 128)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El docente invita a los estudiantes a separarse en pequeños grupos (entre cuatro y seis alumnos) y crear un baile o coreografía para alguna sección de algún cuento musical que hayan escuchado en clases*. Instrumento: Criterios de evaluación. (pág. 129)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Versos rítmicos y rondas tradicionales; espacio para movimiento; grabadora o celular para registrar.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la música con audición, movimiento, imágenes y grafías no convencionales, con modelado del docente.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responder cantando, tocando, moviéndose o dibujando lo que escuchan.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juegos musicales, roles rotativos (director, solista, grupo) y repertorio cercano a los niños.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353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cualidades del sonido (altura, timbre, intensidad, duración) y elementos del lenguaje musical (pulsos, acentos, patrones, secciones), y representarlos de distintas formas.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353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 sensaciones, emociones e ideas que les sugieren el sonido y la música escuchada, usando diversos medios expresivos (verbal, corporal, musical, visual).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353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música en forma abundante de diversos contextos y culturas, poniendo énfasis en: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Tradición escrita (docta) - piezas instrumentales y vocales de corta duración (por ejemplo, piezas del Álbum para la juventud de R. Schumann, piezas de Juguetería de P. Bisquert)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Tradición oral (folclor, música de pueblos originarios) - canciones, rondas, bailes y versos rítmicos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Popular (jazz, rock, fusión, etc.) - música infantil (por ejemplo canciones como El Negro Cirilo y videos como Los Gorrioncitos de Tikitiklip). (Escuchar apreciativamente al menos 20 músicas variadas de corta duración.)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353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Cantar al unísono y tocar instrumentos de percusión convencionales y no convencionales.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353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Explorar e improvisar ideas musicales con diversos medios sonoros (la voz, instrumentos convencionales y no convencionales, entre otros), usando las cualidades del sonido y elementos del lenguaje musical.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353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Presentar su trabajo musical, en forma individual y grupal, compartiendo con el curso y la comunidad.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353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y describir experiencias musicales y sonoras en su propia vida.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curiosidad y disfrutar de los sonidos y la música.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confianza en sí mismos al presentar a otros o compartir su música.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comunicar sus percepciones, ideas y sentimientos, mediante diversas formas de expresión musical.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valorar los diversos estilos y expresiones musicales.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dimensión espiritual y trascendente del arte y la música para el ser humano.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por medio de la experimentación, el juego, la imaginación y el pensamiento divergente.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participar y colaborar de forma respetuosa en actividades grupales de audición, expresión, reflexión y creación musical.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Música 1°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Música · 1°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Música · 1° básico</dc:title>
  <dc:subject/>
  <dc:creator/>
  <cp:keywords/>
  <dc:description>Generado el 2026-10-23 desde programa_musica_1basico.pdf (sha256 0178029a916d)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