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2°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Artes Visuales o Música: el establecimiento ofrece una de las dos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medio, los estudiantes profundizan en músicas de tradición y de diversas culturas, integran la música con otras artes, y crean, interpretan y comparten su trabajo musical con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Música y tradición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Música y cultura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Música y otras artes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Compartiendo nuestras músicas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64).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Música y tradición</w:t>
            </w:r>
          </w:p>
          <w:p>
            <w:r>
              <w:rPr>
                <w:b w:val="0"/>
                <w:i w:val="0"/>
                <w:sz w:val="15"/>
              </w:rPr>
              <w:t>En esta unidad se espera que los y las estudiantes profundicen sus conocimientos acerca de diversas músicas y en las maneras que tienen de registrarse y transmitirse.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 activa.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equipo, autoevaluación, coevaluación.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Funciones de la música en diversos tiempos y lugares.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Registro y transmisión de diversas músicas.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musicales de obras y manifestaciones musicales de Chile y el mundo de acuerdo a su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Integran sus conocimientos musicales al explicar por diversos medios (orales, escritos, digitales) sensaciones, sentimientos e ideas que les sugiere la música escuchada.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 valoración por manifestaciones y obras musicales de diversos contextos y culturas de acuerdo a sus conocimientos y experiencias.</w:t>
            </w:r>
          </w:p>
          <w:p>
            <w:r>
              <w:rPr>
                <w:b/>
                <w:i w:val="0"/>
                <w:sz w:val="15"/>
              </w:rPr>
              <w:t>Evaluación 2 (OA 3)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características de algún estilo al cantar y tocar repertorio diverso (folclor, popular, fusión, entre otros) de acuerdo a sus elementos y procedimientos compositivos.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interpretación musical de un grupo basándose en las características del repertorio interpretado y las habilidades de cada integrante del grupo.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disposición a desarrollar curiosidad, interés y disfrute por los sonidos y las músicas (o diferentes manifestaciones musicales).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Reconocer y valorar las diversas manifestaciones musicales, sus contextos, miradas y estilos a partir de lo propio.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Reconocer la dimensión trascendente y espiritual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interés por establecer relaciones e integrar la música con otras artes, otras asignaturas y con la vida misma.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generosidad, reconociendo los aportes individuales al servicio de una construcción musical colectiva y los aportes del colectivo al desarrollo individual.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el valor del trabajo responsable y a conciencia, tanto en los procesos como en los resultados musicales, desarrollando la autonomía y la autocrítica.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la capacidad para trabajar en grupo de una manera inclusiva, con honestidad y compromiso, respetando la diversidad</w:t>
            </w:r>
          </w:p>
          <w:p>
            <w:r>
              <w:rPr>
                <w:b/>
                <w:i w:val="0"/>
                <w:sz w:val="15"/>
              </w:rPr>
              <w:t xml:space="preserve">OA I: </w:t>
            </w:r>
            <w:r>
              <w:rPr>
                <w:b w:val="0"/>
                <w:i w:val="0"/>
                <w:sz w:val="15"/>
              </w:rPr>
              <w:t>Reconocer y valorar la música existente y las experiencias vividas, así como la experimentación e innovación como aspectos fundamentales y complementarios del aprendizaje y el crecimiento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audición comentada y ejercicio breve de interpretación para conocer la experiencia musical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audiciones sobre tradiciones musicales; autoevaluación de la interpretación.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Los y las estudiantes investigan acerca de música chilena de diversa procedencia.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En grupos, escogen una obra musical de las escuchadas en la unidad para ensayarla y presentarla ante el curso. Instrumento: Lista de cotejo: indicaciones.. (pág. 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de tradición oral chilena y de la región; partituras y grafías; instrumentos del aula.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Música y cultura</w:t>
            </w:r>
          </w:p>
          <w:p>
            <w:r>
              <w:rPr>
                <w:b w:val="0"/>
                <w:i w:val="0"/>
                <w:sz w:val="15"/>
              </w:rPr>
              <w:t>Esta unidad se presenta como una oportunidad para que los y las estudiantes conozcan más acerca de la música en diferentes culturas y descubran la relación con la propia.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87–107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vocal e instrumental de repertorio a dos y más voces.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equipo, autoevaluación, coevaluación.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Culturas lejanas.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chilena.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Culturas del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Diversidad.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2) · pág. 101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criterios para comparar los patrones rítmicos y/o melódicos de la música escuchada.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el propósito expresivo de obras musicales escuchadas, de acuerdo a sus elementos y procedimientos compositivos, y el contexto en el que surgen.</w:t>
            </w:r>
          </w:p>
          <w:p>
            <w:r>
              <w:rPr>
                <w:b/>
                <w:i w:val="0"/>
                <w:sz w:val="15"/>
              </w:rPr>
              <w:t>Evaluación 2 (OA 4, OA 5, OA 6)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Evidencian conciencia estilística en sus interpretaciones a una y más voces.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diversos medios de registro y transmisión en sus presentaciones musicales e interpretaciones musicales (partituras convencionales y no convencionales, grabaciones, presentaciones digitales, entre otros) de acuerdo a sus necesidades e intereses.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arreglos, acompañamientos rítmicos y/o melódicos para las canciones interpretadas.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propositivamente el desempeño musical propio y de sus compañeros y compañeras considerando aspectos como fluidez, originalidad, compromiso, entre otros.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disposición a desarrollar curiosidad, interés y disfrute por los sonidos y las músicas (o diferentes manifestaciones musicales).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 con confianza, empatía y preparación.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Reconocer y valorar las diversas manifestaciones musicales, sus contextos, miradas y estilos a partir de lo propio.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Reconocer la dimensión trascendente y espiritual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interés por establecer relaciones e integrar la música con otras artes, otras asignaturas y con la vida misma.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generosidad, reconociendo los aportes individuales al servicio de una construcción musical colectiva y los aportes del colectivo al desarrollo individual.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el valor del trabajo responsable y a conciencia, tanto en los procesos como en los resultados musicales, desarrollando la autonomía y la autocrítica.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la capacidad para trabajar en grupo de una manera inclusiva, con honestidad y compromiso, respetando la diversidad</w:t>
            </w:r>
          </w:p>
          <w:p>
            <w:r>
              <w:rPr>
                <w:b/>
                <w:i w:val="0"/>
                <w:sz w:val="15"/>
              </w:rPr>
              <w:t xml:space="preserve">OA I: </w:t>
            </w:r>
            <w:r>
              <w:rPr>
                <w:b w:val="0"/>
                <w:i w:val="0"/>
                <w:sz w:val="15"/>
              </w:rPr>
              <w:t>Reconocer y valorar la música existente y las experiencias vividas, así como la experimentación e innovación como aspectos fundamentales y complementarios del aprendizaje y el crecimiento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Presentaciones sobre músicas de otras culturas con pauta; retroalimentación de ensayos.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Reflexionan acerca de temas relevantes para el curso y el modo en que estos son abordados mediante la música. Instrumento: Criterios para evaluar la creación de canciones. (pág. 101)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A partir de la interpretación de un arreglo musical, por ejemplo, de El Invierno (págs. Instrumento: Escala de apreciación para la coevaluación. (pág. 104)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Audiciones de músicas del mundo; videos; aplicaciones de grabación.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Música y otras artes</w:t>
            </w:r>
          </w:p>
          <w:p>
            <w:r>
              <w:rPr>
                <w:b w:val="0"/>
                <w:i w:val="0"/>
                <w:sz w:val="15"/>
              </w:rPr>
              <w:t>Durante esta unidad se propone el desarrollo de un trabajo musical integrado con otras manifestaciones artísticas, como las artes visuales, la danza, el cine, el teatro, etc.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108–122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artística y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equipo, autoevaluación, coevaluación.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trabajos musicales integrados con otras artes.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Integración artística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Medios audiovisuales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3)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características de algún estilo al cantar y tocar repertorio diverso (folclor, popular, fusión, entre otros) de acuerdo a sus elementos y procedimientos compositivos.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del lenguaje musical y procedimientos compositivos en obras interpretadas, poniendo énfasis en las voces que las componen y sus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interpretación musical de un grupo basándose en las características del repertorio interpretado y las habilidades de cada integrante del grupo.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disposición a desarrollar curiosidad, interés y disfrute por los sonidos y las músicas (o diferentes manifestaciones musicales).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 con confianza, empatía y preparación.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Reconocer y valorar las diversas manifestaciones musicales, sus contextos, miradas y estilos a partir de lo propio.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Reconocer la dimensión trascendente y espiritual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interés por establecer relaciones e integrar la música con otras artes, otras asignaturas y con la vida misma.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generosidad, reconociendo los aportes individuales al servicio de una construcción musical colectiva y los aportes del colectivo al desarrollo individual.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el valor del trabajo responsable y a conciencia, tanto en los procesos como en los resultados musicales, desarrollando la autonomía y la autocrítica.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la capacidad para trabajar en grupo de una manera inclusiva, con honestidad y compromiso, respetando la diversidad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proyecto interdisciplinario con lista de cotejo; coevaluación.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En grupos, eligen el tema principal de alguna película o serie de televisión de su preferencia. (pág. 121)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Danza, teatro y artes visuales del liceo; equipos de audio y video.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Compartiendo nuestras músicas</w:t>
            </w:r>
          </w:p>
          <w:p>
            <w:r>
              <w:rPr>
                <w:b w:val="0"/>
                <w:i w:val="0"/>
                <w:sz w:val="15"/>
              </w:rPr>
              <w:t>Esta unidad se propone como un resumen o cierre del año escolar.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123–136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y difusión del quehacer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creativa.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gestionar presentaciones musicales escolares.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equipo, autoevaluación, coevaluación.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y estilos musicales.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programática, gestión.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1, OA 5) · pág. 135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obras y manifestaciones musicales con el contexto en el que surgen y con otras expresiones artísticas.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 valoración por manifestaciones y obras musicales de diversos contextos y culturas de acuerdo a sus conocimientos y experiencias.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con sonidos de diversos materiales, situaciones o ideas evidenciando fluidez e innovación en la utilización de los recursos.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musicales simples de diversos estilos a partir de proposiciones formales dadas y/o acordadas, integrando de modo pertinente elementos y procedimientos compositivos trabajados.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Demostrar disposición a desarrollar curiosidad, interés y disfrute por los sonidos y las músicas (o diferentes manifestaciones musicales).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 con confianza, empatía y preparación.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Reconocer y valorar las diversas manifestaciones musicales, sus contextos, miradas y estilos a partir de lo propio.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Reconocer la dimensión trascendente y espiritual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Demostrar interés por establecer relaciones e integrar la música con otras artes, otras asignaturas y con la vida misma.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generosidad, reconociendo los aportes individuales al servicio de una construcción musical colectiva y los aportes del colectivo al desarrollo individual.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el valor del trabajo responsable y a conciencia, tanto en los procesos como en los resultados musicales, desarrollando la autonomía y la autocrítica.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la capacidad para trabajar en grupo de una manera inclusiva, con honestidad y compromiso, respetando la diversidad</w:t>
            </w:r>
          </w:p>
          <w:p>
            <w:r>
              <w:rPr>
                <w:b/>
                <w:i w:val="0"/>
                <w:sz w:val="15"/>
              </w:rPr>
              <w:t xml:space="preserve">OA I: </w:t>
            </w:r>
            <w:r>
              <w:rPr>
                <w:b w:val="0"/>
                <w:i w:val="0"/>
                <w:sz w:val="15"/>
              </w:rPr>
              <w:t>Reconocer y valorar la música existente y las experiencias vividas, así como la experimentación e innovación como aspectos fundamentales y complementarios del aprendizaje y el crecimiento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 la muestra musical con lista de cotejo; reflexión final del año.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Los y las estudiantes seleccionan un cuento, leyenda o mito típico chileno, por ejemplo, el mito mapuche Tren Tren y Cai Cai. Instrumento: Escala de apreciación para la autoevaluación. (pág. 135)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Espacio de presentación; equipo de amplificación; repertorio elegido por el curso.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 música con audiciones, partituras gráficas o tradicionales, videos y demostraciones en vivo.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participar con la voz, instrumentos, percusión corporal o tecnología musical.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Incluir repertorio sugerido por los estudiantes y de su comunidad; roles variados en los conjuntos.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 ESCUCHAR Y APRECIAR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críticamente manifestaciones y obras musicales de Chile y el mundo presentes en la tradición oral, escrita y popular, comunicando sus fundamentos mediante medios verbales, visuales, sonoros y corporales.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Contrastar músicas con características similares, basándose tanto en elementos del lenguaje musical y en los procedimientos compositivos y contextos como en su relación con el propósito expresivo.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 INTERPRETAR Y CREAR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y tocar repertorio diverso sobre la base de una selección personal, desarrollando habilidades tales como manejo de estilo, fluidez, capacidad de proponer y dirigir, identificación de voces y funciones en un grupo,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Interpretar repertorio diverso a una y más voces, con conciencia estilística, aplicando medios de registro y transmisión en la gestión y difusión de su quehacer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Improvisar y crear música con fluidez e innovación, dando énfasis a arreglos de canciones y secciones musicales, sobre la base de proposiciones dadas o rasgos estilísticos y formales acordados.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 REFLEXIONAR Y RELACIONAR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fortalezas y áreas de crecimiento personal en la audición, interpretación, creación y reflexión, propia y de otros, diseñando un plan de mejora.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304 · P 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críticamente el rol de los medios de registro y transmisión en la evolución de la música en diferentes periodos y espacios históricos.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curiosidad, interés y disfrute por los sonidos y las músicas (o diferentes manifestaciones musicales).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 con confianza, empatía y preparación.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las diversas manifestaciones musicales, sus contextos, miradas y estilos a partir de lo propio.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trascendente y espiritual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 por establecer relaciones e integrar la música con otras artes, otras asignaturas y con la vida misma.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generosidad, reconociendo los aportes individuales al servicio de una construcción musical colectiva y los aportes del colectivo al desarrollo individual.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el valor del trabajo responsable y a conciencia, tanto en los procesos como en los resultados musicales, desarrollando la autonomía y la autocrítica.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la capacidad para trabajar en grupo de una manera inclusiva, con honestidad y compromiso, respetando la diversidad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la música existente y las experiencias vividas, así como la experimentación e innovación como aspectos fundamentales y complementarios del aprendizaje y el crecimiento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2°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2°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2° medio</dc:title>
  <dc:subject/>
  <dc:creator/>
  <cp:keywords/>
  <dc:description>Generado el 2026-10-23 desde programa_musica_2medio.pdf (sha256 dc20880389c3)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