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Música · 5°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Música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1,5 h pedagógicas semanales con JEC (57 h anuales) · 1 h sin JEC (38 h anuales) · 38 semanas: usar las del plan del establecimiento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5° básico, los estudiantes se vinculan con las expresiones musicales de América y sus raíces africanas, europeas y de pueblos originarios. Cantan a más voces, tocan instrumentos melódicos y armónicos, crean con dominio del lenguaje musical y relacionan las obras con su contexto.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Unidad 1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13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4400"/>
            <w:gridSpan w:val="4"/>
          </w:tcPr>
          <w:p>
            <w:pPr>
              <w:keepNext/>
            </w:pPr>
            <w:r/>
            <w:r>
              <w:rPr>
                <w:b w:val="0"/>
                <w:i w:val="0"/>
                <w:sz w:val="18"/>
              </w:rPr>
              <w:t>El Programa asigna más horas que el plan de estudios: ajustar las unidades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57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52).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 w:val="0"/>
                <w:i w:val="0"/>
                <w:sz w:val="15"/>
              </w:rPr>
              <w:t>El propósito de esta unidad es vincular a los alumnos con las expresiones musicales de América, acercándolos a sus raíces culturales: África, Europa y los pueblos originarios.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54–77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y discriminación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creatividad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memoria auditiva y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capacidad de trabajo en equipo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de origen o inspiración americano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del lenguaje musical: - textura - propósito expresivo - escala pentáfona - canto antifonal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Escala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ataque (sonido inicial)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acordes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canto responsorial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canto antifonal.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con precisión rítmica.</w:t>
            </w:r>
          </w:p>
          <w:p>
            <w:r>
              <w:rPr>
                <w:b/>
                <w:i w:val="0"/>
                <w:sz w:val="15"/>
              </w:rPr>
              <w:t>Ejemplo 2 (OA 4) · pág. 75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música de origen e influencia americana.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con precisión rítmica.</w:t>
            </w:r>
          </w:p>
          <w:p>
            <w:r>
              <w:rPr>
                <w:b/>
                <w:i w:val="0"/>
                <w:sz w:val="15"/>
              </w:rPr>
              <w:t>Ejemplo 3 (OA 1, OA 2, OA 7)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rasgos estilísticos evidentes en músicas americanas escuchadas e interpretadas.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expresiones musicales relacionadas con América.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analizan sonoridades de diversas fuentes (instrumentos, idiomas, cantos de ave,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patrones rítmicos característicos en música de América.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propósitos expresivos en la música escuchada.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interpretación vocal e instrumental breve para revisar afinación, lectura y técnica de 4° básico.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Reconocimiento auditivo de canto responsorial y antifonal con ficha; ejecución de escala pentáfona.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de ocho a diez estudiantes, deben presentar una polirritmia realizada en clases (por ejemplo: Actividad 7 del OA 4) en forma corporal o instrumental. Instrumento: Criterios de evaluación. (pág. 74)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grupos de seis a ocho estudiantes, eligen e interpretan al unísono una canción trabajada en clases, como Sambalelé. Instrumento: Criterios de evaluación. (pág. 75)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escuchan una pieza u obra musical que ya han trabajado en clases, como I like to live in America o Danza Alta (F. Instrumento: Criterios de evaluación. (pág. 76)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Repertorio americano de distintos orígenes; metalófonos y flautas; mapas de América para ubicar músicas.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En esta unidad se profundizará en la audición, la interpretación, la contextualización y la reflexión, principalmente a partir de la música americana, sin dejar de lado las otras músicas; también se fomentará la imaginación, desarrollando la creación musical y la integración con otros medios de expresión artística.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78–98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19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Independencia rítmica; capacidad de superponer ritmos diferentes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Percepción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Reproducción sonora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técnicas interpretativas vocales e instrumentales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Repertorio de origen o inspiración americana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Instrumentos musicales usados en músicas de origen americano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Armonía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quodlibet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ritmo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melodía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ostinato rítmico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ostinato melódico.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4, OA 5) · pág. 95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a más de una voz con precisión rítmica.</w:t>
            </w:r>
          </w:p>
          <w:p>
            <w:r>
              <w:rPr>
                <w:b/>
                <w:i w:val="0"/>
                <w:sz w:val="15"/>
              </w:rPr>
              <w:t>Ejemplo 2 (OA 4)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música de diversos orígenes.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a más de una voz con precisión rítmica.</w:t>
            </w:r>
          </w:p>
          <w:p>
            <w:r>
              <w:rPr>
                <w:b/>
                <w:i w:val="0"/>
                <w:sz w:val="15"/>
              </w:rPr>
              <w:t>Ejemplo 3 (OA 2, OA 5) · pág. 97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 escuchado con sensaciones, emociones e ideas por diversos medios (escrito, oral, corporal, visual) en forma clara.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 ejemplos musicales y los relacionan con otras músicas escuchadas o interpretadas.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elementos del lenguaje musical al reflexionar sobre lo escuchado.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disposición a comunicar sus percepciones, ideas y sentimientos, mediante diversas formas de expresión musical.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Montaje de un quodlibet u ostinato con pauta de observación; coevaluación del trabajo de conjunto.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Interpretan en grupos una proposición musical que conocen (canción, polirritmias o pieza instrumental), aplicando las sugerencias de las clases y agregando un ostinato rítmico (vocal, corporal o instrumental) y uno melódico (vocal o instrumental). Instrumento: Criterios de evaluación. (pág. 95)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grupos de ocho a diez estudiantes, interpretan una obra vocal a más de una voz que se haya trabajado en clases; por ejemplo: No quiero café / El rojo. Instrumento: Criterios de evaluación. (pág. 96)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crearán una serie de imágenes secuenciales, imitando un diaporama, un videoclip u otro formato que elijan, a partir de una música que ya hayan escuchado y trabajado; por ejemplo: la Gavota de la Sinfonía Clásica de S. Instrumento: Criterios de evaluación. (pág. 97)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Instrumentos de origen americano (charango, quena, bombo, cajón) o sus imágenes; huayno, cueca u otros ritmos presentes en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En esta unidad estarán siempre presentes el desarrollo de la creatividad y la imaginación y la integración de la música a otros medios de expresión y a otras asignaturas.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99–121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3, OA 4, OA 5,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3, OA 5, OA 7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del trabajo en equipo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percepción y la discriminación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Reproducción sonora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expresión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vocal e instrumental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vocal e instrumental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Ejercitación en percepción y memoria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Incremento del repertorio de origen o inspiración americano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Intérprete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compositor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variación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contraste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repetición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improvisación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sección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2, OA 3, OA 7)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atentamente, expresando sus impresiones por diferentes medios (verbales, corporales, visuales, musicales) con mayor conciencia.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expresan corporalmente a partir de música de diferentes culturas y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evidencian elementos del lenguaje musical por medio de expresión corporal.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comparan funcionalidad de la música en diferentes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conocimientos adquiridos a comentarios.</w:t>
            </w:r>
          </w:p>
          <w:p>
            <w:r>
              <w:rPr>
                <w:b/>
                <w:i w:val="0"/>
                <w:sz w:val="15"/>
              </w:rPr>
              <w:t>Ejemplo 2 (OA 5)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la creación y la interpretación de música, en la cual se evidencien contrastes notorios (tempo, intensidad,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sus instrumentos melódicos (y armónicos) a sus creaciones e improvisaciones con mayor dominio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sus decisiones musicales (“usé notas bajas para lograr suspenso, repetí estas notas para recordar…”).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y seguridad en sus propuestas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sonidos y elementos del lenguaje musical de acuerdo a intenciones y propósitos expresivos.</w:t>
            </w:r>
          </w:p>
          <w:p>
            <w:r>
              <w:rPr>
                <w:b/>
                <w:i w:val="0"/>
                <w:sz w:val="15"/>
              </w:rPr>
              <w:t>Ejemplo 3 (OA 5) · pág. 120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la creación e interpretación de música, en la cual se evidencien contrastes notorios (tempo, intensidad, etcétera).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Fundamentan sus decisiones musicales (“usé notas bajas para lograr suspenso, repetí estas notas para recordar…”).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originalidad y seguridad en sus propuestas sonoras.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sonidos y elementos del lenguaje musical de acuerdo a intenciones y propósitos expresivos.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Reconocer y valorar los diversos estilos y expresiones musicales.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Demostrar disposición a desarrollar su creatividad, por medio de la experimentación, el juego, la imaginación y el pensamiento divergente.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de variaciones sobre un motivo con rúbrica simple; diálogo sobre roles de intérprete y compositor.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de a seis u ocho estudiantes, deben elegir entre una serie de músicas de baile trabajados durante la unidad y crear una representación corporal de la música.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presentan un trabajo de creación que hayan realizado durante la unidad.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preparan y presentan un trabajo de creación grupal cuyo tema podría ser “un nuevo baile inspirado en América”. Instrumento: Criterios de evaluación. (pág. 120)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Grabadora o celular; audiciones de diversos géneros y estilos de América; partituras simples.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La última unidad tiene como meta la maduración y consolidación del trabajo del año, especialmente de las habilidades vocales e instrumentales y el fruto de sus experimentaciones sonoras, algunas de las cuales ya se han consolidado en proposiciones concretas.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122–138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4, OA 6,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percepción auditiva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apreciación estética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expresión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 la expresión creativa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Desarrollo del trabajo en equipo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variado repertorio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Incorporar diversos medios de expresión en el trabajo musical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características de estilo (rasgos estilísticos) en músicas americanas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Reproducir ritmos de diferentes orígenes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americana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influencias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música de pueblos originarios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estilos musicales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contexto.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4) · pág. 134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música de diversos orígenes, integrando algún rasgo estilístico.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 y seguridad,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sus instrumentos melódicos o armónicos, cuidando su sonoridad, con mayor agilidad, precisión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r>
              <w:rPr>
                <w:b/>
                <w:i w:val="0"/>
                <w:sz w:val="15"/>
              </w:rPr>
              <w:t>Ejemplo 2 (OA 1) · pág. 135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rasgos estilísticos evidentes en músicas americanas y de origen europeo.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elementos del lenguaje musical analizados en trabajos anteriores.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patrones rítmicos característicos en música de América.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en la música escuchada.</w:t>
            </w:r>
          </w:p>
          <w:p>
            <w:r>
              <w:rPr>
                <w:b/>
                <w:i w:val="0"/>
                <w:sz w:val="15"/>
              </w:rPr>
              <w:t>Ejemplo 3 (OA 4)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y tocan música de diversos orígenes, integrando algún rasgo estilístico.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Cantan con naturalidad y seguridad, adoptando una postura sin tensiones y cuidando la emisión de la voz (respiración, modulación y uso de resonadores).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Tocan sus instrumentos melódicos o armónicos, cuidando su sonoridad, con mayor agilidad, precisión y expresividad.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Incorporan una postura sin tensiones que facilite el uso del instrumento.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repertorio vocal e instrumental a más de una voz con precisión rítmica.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confianza en sí mismos al presentar a otros o compartir su música.</w:t>
            </w:r>
          </w:p>
          <w:p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disposición a desarrollar su curiosidad y disfrutar de los sonidos y la música.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Demostrar disposición a participar y colaborar de forma respetuosa en actividades grupales de audición, expresión, reflexión y creación musical.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Reconocer la dimensión espiritual y trascendente del arte y la música para el ser humano.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final con rúbrica de interpretación; reflexión sobre influencias en la música americana.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presentan ante el docente la interpretación de parte del repertorio trabajado durante el año. Instrumento: Criterios de evaluación. (pág. 134)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A partir de una música escuchada, como Sensemayá de S. Instrumento: Criterios de evaluación. (pág. 135)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presentan el logro de sus avances en la interpretación instrumental a partir de un repertorio seleccionado, trabajado con anterioridad. Instrumento: Criterios de evaluación. (pág. 136)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Repertorio del año; audiciones de música de pueblos originarios; espacio para muestra a la comunidad.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contenidos con audición guiada, partituras simples, videos de intérpretes y modelado instrumental.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tocando, cantando, creando, explicando oralmente o con registros de audio.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instrumento y de rol en el conjunto, con repertorio propuesto en parte por el curso.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la música escuchada e interpretada, basándose en los elementos del lenguaje musical (reiteraciones, contrastes, pulsos, acentos, patrones rítmicos y melódicos, diseños melódicos, variaciones, dinámica, tempo, secciones A-AB-ABA-otras, preguntas-respuestas y texturas) y su propósito expresivo.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Expresar, mostrando grados crecientes de elaboración y detalle, las sensaciones, emociones e ideas que les sugiere la música escuchada e interpretada, usando diversos medios expresivos (verbal, corporal, musical, visual).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música en forma abundante de diversos contextos y culturas, poniendo énfasis en: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escrita (docta) - música de compositores americanos y del mundo (por ejemplo, Cantos de México de C. Chávez, Malambo de C. Guastavino, Cinema de E. Satie)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Tradición oral (folclor, música de pueblos originarios) - música americana y sus orígenes (por ejemplo, música africana, huaynos, joropos)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Popular (jazz, rock, fusión, etc.) - música de América (por ejemplo: tangos, jazz, cumbias) (Escuchar apreciativamente al menos 15 músicas variadas de corta y mediana duración).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Cantar al unísono y a más voces y tocar instrumentos de percusión, melódicos (metalófono, flauta dulce u otros) y/o armónicos (guitarra, teclado, otros).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Improvisar y crear ideas musicales con un propósito dado y con un adecuado dominio del lenguaje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Presentar su trabajo musical al curso y la comunidad, en forma individual y grupal, con responsabilidad, dominio y musicalidad.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relación entre las obras interpretadas y/o escuchadas, con elementos del contexto en que surgen.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369 · P 49)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sobre sus fortalezas y las áreas en que pueden mejorar la audición, la interpretación y la creación, propia y de los otros, con respeto y autocrítica.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curiosidad y disfrutar de los sonidos y la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confianza en sí mismos al presentar a otros o compartir su música.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comunicar sus percepciones, ideas y sentimientos, mediante diversas formas de expresión musical.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y valorar los diversos estilos y expresiones musicales.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Reconocer la dimensión espiritual y trascendente del arte y la música para el ser humano.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por medio de la experimentación, el juego, la imaginación y el pensamiento divergente.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50)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participar y colaborar de forma respetuosa en actividades grupales de audición, expresión, reflexión y creación musical.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Música 5°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Música · 5°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Música · 5° básico</dc:title>
  <dc:subject/>
  <dc:creator/>
  <cp:keywords/>
  <dc:description>Generado el 2026-10-23 desde programa_musica_5basico.pdf (sha256 f11d7f19c8fe)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