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Música · 6°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Música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6°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1,5 h pedagógicas semanales con JEC (57 h anuales) · 1 h sin JEC (38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6° básico, los estudiantes conocen la música chilena, sus estilos e influencias, y su relación con el teatro y el cine. Cantan y tocan repertorio a más voces con propósito expresivo, crean música y presentan a la comunidad el trabajo del ciclo básico.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Unidad 1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57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 w:val="0"/>
                <w:i w:val="0"/>
                <w:sz w:val="15"/>
              </w:rPr>
              <w:t>El énfasis de este año estará en Chile, su música y sus influencias musicales.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52–73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4,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Percepción auditiva a partir de repertorio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estética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musical y artística creativa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 y autoevaluación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Percepción auditiva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Cantar y tocar variado repertorio de música chilena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Incorporar diversos medios de expresión en el quehacer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características de estilo (rasgos estilísticos) en músicas chilenas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Música chilena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música tradicional oral y escrita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músicas del mundo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texturas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solista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voz del bajo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articulaciones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dinámica (crescendo/diminuendo) y estilos musicales.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2) · pág. 71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 escuchado con sensaciones, emociones e ideas por diversos medios (escrito, oral, corporal, visual) en forma clara.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en forma oral y escrita (narración, poema, cuento, entre otros) a partir de la música chilena de tradición oral y escrita.</w:t>
            </w:r>
          </w:p>
          <w:p>
            <w:r>
              <w:rPr>
                <w:b/>
                <w:i w:val="0"/>
                <w:sz w:val="15"/>
              </w:rPr>
              <w:t>Ejemplo 2 (OA 1, OA 7) · pág. 72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rasgos estilísticos evidentes en músicas chilenas escuchadas e interpretadas.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analizan sonoridades de diversas fuentes (instrumentos, modos de hablar,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conocimientos adquiridos a sus comentarios.</w:t>
            </w:r>
          </w:p>
          <w:p>
            <w:r>
              <w:rPr>
                <w:b/>
                <w:i w:val="0"/>
                <w:sz w:val="15"/>
              </w:rPr>
              <w:t>Ejemplo 3 (OA 4) · pág. 73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adoptando una postura sin tensiones y cuidando la emisión de la voz (respiración, modulación y uso de resonadores).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Tocan instrumentos melódicos o armónicos, cuidando su sonoridad.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Reconocer y valorar los diversos estilos y expresiones musicales.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disposición a desarrollar su creatividad, por medio de la experimentación, el juego, la imaginación y el pensamiento divergente.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interpretación y audición breve para revisar afinación, lectura y vocabulario musical de 5°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Identificación de rasgos estilísticos de músicas chilenas con ficha de audición; observación de dinámicas en el canto.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A partir de una audición ya escuchada en clases, el profesor los invita a expresar en forma individual lo que la música les sugiere por medio de un dibujo acompañado de una pequeña explicación verbal. Instrumento: Criterios de evaluación. (pág. 71)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 partir de dos audiciones, una ya escuchada en clases y otra nueva, los estudiantes establecen similitudes y diferencias, tomando en cuenta elementos musicales y contextos. Instrumento: Criterios de evaluación. (pág. 72)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Cantan y/o tocan una de las obras musicales ensayadas durante la unidad. Instrumento: Criterios de evaluación. (pág. 73)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Repertorio de Violeta Parra y música tradicional chilena; música de distintas zonas del país (trote, tonada, cueca chilota, vals); instrumentos del curso.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El objetivo de esta unidad es profundizar en la interpretación y la creación musical, incorporando elementos de la cultura chilena y ampliando el horizonte hacia otras.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74–94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4, OA 5,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4, OA 5,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Agudización perceptiva por medio de la audición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estética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musical y artística creativa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 y autoevaluación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características de estilo en diversas músicas chilenas.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Ampliar experiencias de música ligada a otros medios de expresión.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propósitos expresivos en la música.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Influencias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estilos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crescendo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diminuendo y postludio.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2, OA 3, OA 7) · pág. 91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corporalmente a partir de música chilena de tradición oral y escrita.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 escuchado con sensaciones, emociones e ideas por diversos medios (escrito, oral, corporal, visual) en forma clara y cuidada.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atentamente, expresando sus impresiones por diferentes medios (verbales, corporales, visuales, musicales) con mayor conciencia y prolijidad.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elementos del lenguaje musical al reflexionar sobre lo escuchado.</w:t>
            </w:r>
          </w:p>
          <w:p>
            <w:r>
              <w:rPr>
                <w:b/>
                <w:i w:val="0"/>
                <w:sz w:val="15"/>
              </w:rPr>
              <w:t>Ejemplo 2 (OA 4, OA 5) · pág. 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 y seguridad, adoptando una postura sin tensiones y cuidando la emisión de la voz (respiración, modulación y uso de resonadores).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Tocan instrumentos melódicos o armónicos, cuidando su sonoridad y con mayor agilidad y precisión.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repertorio vocal e instrumental a más de una voz con precisión rítmica.</w:t>
            </w:r>
          </w:p>
          <w:p>
            <w:r>
              <w:rPr>
                <w:b/>
                <w:i w:val="0"/>
                <w:sz w:val="15"/>
              </w:rPr>
              <w:t>Ejemplo 3 (OA 2, OA 3, OA 7)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Manifiestan interés y disposición a escuchar (mediante comentarios, manifestando preferencias, proponiendo escuchar alguna música en especial).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atentamente, expresando sus impresiones por diferentes medios (verbales, corporales, visuales, musicales) con mayor conciencia y prolijidad.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comparaciones entre las diferentes audiciones.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ejemplos musicales y los relacionan con otras músicas escuchadas o interpretadas en forma escrita y oral.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conocimientos adquiridos a sus comentarios.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Musicalización de una escena corta con pauta; comentario del propósito expresivo de bandas sonoras.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grupos de tres a cuatro, los estudiantes expresan con movimiento de manos (ojalá teatro de sombras) un trozo de música que hayan escuchado en clases. Instrumento: Criterios de evaluación. (pág. 91)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crean e interpretan un preludio (introducción) y postludio (final) para una obra musical conocida e interpretada por ellos. Instrumento: Criterios de evaluación. (pág. 92)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redactan una crítica de la música de algún comercial de TV conocido. Instrumento: Criterios de evaluación. (pág. 93)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Fragmentos de películas y obras de teatro; instrumentos y objetos sonoros; software de grabación simple.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En esta unidad los estudiantes podrán desarrollar con mayor profundidad sus habilidades musicales por medio de la incorporación de conocimientos adquiridos en esta etapa y sus experiencias previas.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95–116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4, OA 5, OA 6,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5,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musical con la voz, el cuerpo e instrumentos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musical y creativa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verbal, no verbal y musical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musical individual y grupal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Adquisición de conocimientos musicales y aspectos técnicos en la interpretación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Incorporación de propósito expresivo en la interpretación y la creación musical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expresividad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compases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verso/estribillo y textura.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5, OA 6) · pág. 113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el resultado de la experimentación de la voz y los instrumentos a sus creaciones e improvisaciones.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sus instrumentos melódicos (y armónicos) a sus creaciones e improvisaciones con mayor dominio y expresividad.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dinámica (intensidad) y silencios en sus creaciones.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originalidad, seguridad y elaboración en sus propuestas sonoras.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con responsabilidad en sus presentaciones (traen el material, ensayan sus partes, están concentrados, están listos en el momento indicado,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conocimientos y habilidades aprendidas.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tocan, cuidando su sonoridad.</w:t>
            </w:r>
          </w:p>
          <w:p>
            <w:r>
              <w:rPr>
                <w:b/>
                <w:i w:val="0"/>
                <w:sz w:val="15"/>
              </w:rPr>
              <w:t>Ejemplo 2 (OA 4) · pág. 114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 y seguridad, adoptando una postura sin tensiones y cuidando la emisión de la voz (respiración, modulación y uso de resonadores).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Tocan instrumentos melódicos o armónicos, cuidando su sonoridad con mayor agilidad, precisión y expresividad.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repertorio vocal e instrumental con precisión rítmica.</w:t>
            </w:r>
          </w:p>
          <w:p>
            <w:r>
              <w:rPr>
                <w:b/>
                <w:i w:val="0"/>
                <w:sz w:val="15"/>
              </w:rPr>
              <w:t>Ejemplo 3 (OA 4, OA 5) · pág. 115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 y seguridad, adoptando una postura sin tensiones y cuidando la emisión de la voz (respiración, modulación y uso de resonadores).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Tocan instrumentos melódicos o armónicos, cuidando su sonoridad con mayor agilidad, precisión y expresividad.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el resultado de la experimentación de la voz y los instrumentos a sus creaciones e improvisaciones.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sus decisiones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originalidad, seguridad y elaboración en sus propuestas sonoras.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sonidos y elementos del lenguaje musical de acuerdo a intenciones y propósitos expresivos.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Reconocer y valorar los diversos estilos y expresiones musicales.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Coevaluación de la interpretación con rúbrica (afinación, expresividad, ensamble); revisión de compases y estructura verso-estribillo.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Trabajan sobre el primer minuto escuchado (hasta donde aparecen las risas) de la obra Sequenza III para voz femenina de L. Instrumento: Criterios de evaluación. (pág. 113)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preparan un villancico en grupos. Instrumento: Criterios de evaluación. (pág. 114)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En grupos, preparan una canción aprendida en la clase con ostinato o a más de una voz. Instrumento: Criterios de evaluación. (pág. 115)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Canciones con verso y estribillo; guitarras, teclados y flautas; celular para grabar ensayos.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Como unidad final del ciclo básico, será el momento adecuado para mostrar ante sus pares y la comunidad el trabajo del año y los aprendizajes adquiridos en los 6 años de participación en la asignatura.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117–134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15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4, OA 6,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6, OA 8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musical con la voz, el cuerpo e instrumentos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musical y creativa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Capacidad de trabajo en equipo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Cantar y tocar variado repertorio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Incorporar recursos expresivos en la interpretación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Incorporar otras áreas de expresión artística con la música (visual, corporal, literaria)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características estilísticas evidentes en la música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Ocasionalidad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voz del bajo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nota pedal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ataque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y articulaciones.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6, OA 8) · pág. 130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con responsabilidad en sus presentaciones (traen el material, ensayan sus partes, están concentrados, están listos en el momento indicado,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conocimientos y habilidades aprendidas.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mayor dominio de las técnicas de interpretación.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naturalidad y seguridad en sus presentaciones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tocan, cuidando su sonoridad y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aspectos positivos y por mejorar en sus interpretaciones y creaciones musicales.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elementos del lenguaje musical, su funcionalidad y propósito en audiciones, interpretaciones y creaciones.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apropiadamente sus opiniones.</w:t>
            </w:r>
          </w:p>
          <w:p>
            <w:r>
              <w:rPr>
                <w:b/>
                <w:i w:val="0"/>
                <w:sz w:val="15"/>
              </w:rPr>
              <w:t>Ejemplo 2 (OA 2, OA 3) · pág. 131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 escuchado con sensaciones, emociones e ideas por diversos medios (escrito, oral, corporal, visual) en forma clara, cuidada y significativa.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en forma oral y escrita (narración, poema, cuento, entre otros) a partir de la música chilena de tradición oral y escrita, con claridad, originalidad y elaboración.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Manifiestan interés y disposición a escuchar (mediante comentarios, manifestando preferencias, proponiendo escuchar alguna música en especial).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comparaciones entre las diferentes audiciones.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ejemplos musicales y los relacionan con otras músicas escuchadas o interpretadas en forma escrita y oral.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elementos del lenguaje musical al reflexionar sobre lo escuchado.</w:t>
            </w:r>
          </w:p>
          <w:p>
            <w:r>
              <w:rPr>
                <w:b/>
                <w:i w:val="0"/>
                <w:sz w:val="15"/>
              </w:rPr>
              <w:t>Ejemplo 3 (OA 2) · pág. 132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corporalmente a partir de música chilena de tradición oral y escrita.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 escuchado con sensaciones, emociones e ideas por diversos medios (escrito, oral, corporal, visual) en forma clara, cuidada y significativa.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Reconocer y valorar los diversos estilos y expresiones musicales.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Rúbrica de presentación final del ciclo; reflexión escrita sobre su aprendizaje musical en la básica.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presentan un recital a la comunidad escolar, aplicando los conocimientos del año y cuidando los aspectos musicales. Instrumento: Criterios de evaluación. (pág. 130)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 partir de audiciones realizadas en la unidad, los estudiantes presentan sus trabajos personales o grupales en el formato convenido (portafolios, bitácoras, selección de artículos, comentarios u otros). Instrumento: Criterios de evaluación. (pág. 131)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interpretan pregones chilenos, ambientándolos en su entorno y contexto, y los presentan al curso. Instrumento: Criterios de evaluación. (pág. 132)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Repertorio seleccionado por el curso; espacio y equipo de sonido para muestra a la comunidad.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contenidos con audición guiada, partituras simples, videos de intérpretes y modelado instrumental.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lo aprendido tocando, cantando, creando, explicando oralmente o con registros de audio.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elección de instrumento y de rol en el conjunto, con repertorio propuesto en parte por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373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música escuchada e interpretada, basándose en los elementos del lenguaje musical (reiteraciones, contrastes, pulsos, acentos, patrones rítmicos y melódicos, diseños melódicos, variaciones, dinámica, tempo, secciones A-AB-ABA-otras, preguntas-respuestas y texturas) y su propósito expresivo.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373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Expresar, mostrando grados crecientes de elaboración y detalle, las sensaciones, emociones e ideas que les sugiere la música escuchada e interpretada, usando diversos medios expresivos (verbal, corporal, musical, visual).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373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música en forma abundante de diversos contextos y culturas, poniendo énfasis en: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Tradición escrita (docta) - música de compositores chilenos y del mundo (por ejemplo, La voz de las calles de P. H. Allende, Evocaciones Huilliches de Carlos Isamitt, Fanfarria para el hombre común de A. Copland)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Tradición oral (folclor, música de pueblos originarios) - música chilena y sus orígenes (por ejemplo, música mapuche, Rolando Alarcón, Grupo Cuncumén)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Popular (jazz, rock, fusión, etc.) - música chilena y sus influencias (por ejemplo: Los porfiados de la Cueca y La Ley) (Escuchar apreciativamente al menos 15 músicas variadas de corta y mediana duración)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373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Cantar al unísono y a más voces y tocar instrumentos de percusión, melódicos (metalófono, flauta dulce u otros) y/o armónicos (guitarra, teclado,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373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Improvisar y crear ideas musicales con un propósito dado y con un adecuado dominio del lenguaje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373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Presentar su trabajo musical al curso y la comunidad, en forma individual y grupal, con responsabilidad, dominio y musicalidad.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374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relación entre las obras interpretadas y/o escuchadas, con elementos del contexto en que surgen.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374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sobre sus fortalezas y las áreas en que pueden mejorar la audición, la interpretación y la creación, propia y de otros, con respeto y autocrítica.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curiosidad y disfrutar de los sonidos y la música.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confianza en sí mismos al presentar a otros o compartir su música.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comunicar sus percepciones, ideas y sentimientos, mediante diversas formas de expresión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los diversos estilos y expresiones musicales.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dimensión espiritual y trascendente del arte y la música para el ser humano.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por medio de la experimentación, el juego, la imaginación y el pensamiento divergente.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participar y colaborar de forma respetuosa en actividades grupales de audición, expresión, reflexión y creación musical.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Música 6°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Música · 6°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Música · 6° básico</dc:title>
  <dc:subject/>
  <dc:creator/>
  <cp:keywords/>
  <dc:description>Generado el 2026-10-23 desde programa_musica_6basico.pdf (sha256 8e670b34ad05)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