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Participación y Argumentación en Democracia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Participación y Argumentación en Democracia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analizan y evalúan argumentaciones de distintos ámbitos de la vida social, dialogan y debaten de forma razonada sobre temas controversiales y construyen posturas personales fundamentadas para participar en democracia.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ARGUMENTACIÓN EN DISTINTOS ÁMBITOS DE PARTICIPACIÓN SOCIAL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LA ARGUMENTACIÓN SITUADA CRÍTICAMENTE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DISCUSIÓN RAZONADA Y RIGUROSA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CONSTRUCCIÓN DE UN DISCURSO SOBRE UNA CONTROVERSIA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ARGUMENTACIÓN EN DISTINTOS ÁMBITOS DE PARTICIPACIÓN SOCIAL</w:t>
            </w:r>
          </w:p>
          <w:p>
            <w:r>
              <w:rPr>
                <w:b w:val="0"/>
                <w:i w:val="0"/>
                <w:sz w:val="15"/>
              </w:rPr>
              <w:t>La unidad busca que los estudiantes examinen la presencia de la argumentación en distintos ámbitos de la vida social, considerando su construcción.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31–55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3) · pág. 51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las relaciones entre la situación comunicativa y las características de los discursos argumentativos.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Examinan discursos argumentativos de distintos ámbitos de participación, a partir de las formas en que legitiman sus conocimientos.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juicios fundados sobre las posibles influencias de los contextos y la cultura de los enunciadores sobre los discursos argumentativos.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análisis breve de una carta al director o un comentario de la radio local, identificando qué se defiende y con qué razones, para conocer sus habilidades argumentativas.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discursos de distintos ámbitos (familiar, escolar, prensa regional, redes sociales) según cómo legitiman el conocimiento, con retroalimentación (OA 3); adaptación de un argumento a distintas audiencias, como una asamblea de junta de vecinos o una radio local (OA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que los estudiantes presenten oralmente sus análisis para compartir los criterios que aplicaron y las conclusiones a las que llegaron. (pág. 51)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Prensa regional y nacional, programas de radio y publicaciones de redes, impresos o grabados; texto escolar y biblioteca CRA; pauta de análisis.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LA ARGUMENTACIÓN SITUADA CRÍTICAMENTE</w:t>
            </w:r>
          </w:p>
          <w:p>
            <w:r>
              <w:rPr>
                <w:b w:val="0"/>
                <w:i w:val="0"/>
                <w:sz w:val="15"/>
              </w:rPr>
              <w:t>Se pretende que los estudiantes reflexionen respecto de la argumentación formal y los requisitos para elaborarla, por lo que avanzan desde hacer un análisis situado de los discursos argumentativos hacia revisar la calidad argumentativa de dichos discursos; para lograrlo, consideran las estrategias desarrolladas, los movimientos argumentativos, la relación entre las ideas para construir los argumentos, entre otros aspectos.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56–83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6)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discursos argumentativos, aplicando criterios de estructura, posicionamiento del autor, legitimidad y recursos lingüísticos empleados. Describen las estrategias argumentativas usadas en las argumentaciones, a partir de las marcas textuales que señalan la voz del argumentador y la del contraargumentador. Evalúan la calidad de un argumento, basados en los criterios de legitimidad y la situación comunicativa.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Evaluación crítica de discursos sobre una controversia regional, como un proyecto minero o energético, el uso del agua o la contaminación del aire, con criterios de estructura, legitimidad y recursos (OA 6); elaboración de argumentos con evidencia de fuentes públicas confiables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que los estudiantes apliquen los criterios aprendidos a lo largo de la unidad, a los discursos argumentativos relacionados con una institución del ámbito público, de manera que desarrollen una lectura crítica frente a ella. (pág. 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Columnas de opinión, informes públicos y noticias con distintas posturas, impresos; tabla de evaluación de argumentos.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DISCUSIÓN RAZONADA Y RIGUROSA</w:t>
            </w:r>
          </w:p>
          <w:p>
            <w:r>
              <w:rPr>
                <w:b w:val="0"/>
                <w:i w:val="0"/>
                <w:sz w:val="15"/>
              </w:rPr>
              <w:t>Se propicia que los estudiantes apliquen sus conocimientos y habilidades para argumentar cuando dialoguen con pares, en el contexto de una discusión rigurosa, razonada y crítica frente a diversos asuntos que provocan controversia en distintos ámbitos de la sociedad.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84–111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2, OA 5)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argumentos válidos y basados en evidencias investigadas, durante las discusiones con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los argumentos emitidos por otros participantes de una discusión, a partir de criterios como aceptabilidad, solidez, y pertinencia al tema y la situación comunicativa.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Intervienen durante un debate con diversos propósitos (contraargumentar o ampliar una postura, pedir más información, detallar, ofrecer una nueva perspectiva, comunicar una conclusión,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Contraargumentan las posturas de otros, evaluando sus argumentaciones, sus evidencias y las relaciones entre sus ideas.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el aporte de otros para construir su propia postura durante una o varias discusiones.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puntos clave (argumentos, perspectivas, posiciones, etc.) durante una discusión con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colaborativamente conclusiones sobre sus discusiones, a partir de ideas, posturas, perspectivas o argumentos clave surgidos durante un debate con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argumentos coherentes con las tesis de sus discursos y basados en relaciones válidas entre los componentes de la argumentación.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Debates con roles y pauta de observación sobre temas controversiales de la vida y la sociedad (OA 2, OA 5); construcción colectiva de conclusiones o acuerdos al cierre de cada discusión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apliquen los principios de la discusión razonada y sus habilidades de argumentación al debatir en torno a controversias sobre temas que les interesen. (pág. 105)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Banco de temas propuestos por el curso; fichas de evidencias; cronómetro y pauta de turnos.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CONSTRUCCIÓN DE UN DISCURSO SOBRE UNA CONTROVERSIA</w:t>
            </w:r>
          </w:p>
          <w:p>
            <w:r>
              <w:rPr>
                <w:b w:val="0"/>
                <w:i w:val="0"/>
                <w:sz w:val="15"/>
              </w:rPr>
              <w:t>Se propicia que los estudiantes construyan y comuniquen posturas personales fundadas frente a temas polémicos de interés público.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113–135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5, OA 7) · pág. 132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en torno a un tema, considerando puntos de vista divergentes en torno a este y usando argumentos válidos y basados en evidencia.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en sus argumentaciones puntos de vista divergentes con distintos propósitos (contraargumentarlos, analizarlos, discutirlos, ampliarlos, etc.) a partir de la información investigada y de lo conocido sobre el 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en su discurso estrategias argumentativas y discursivas, considerando las características de la audiencia, el tema y el propósito de la argumentación.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Elaboración de un discurso con postura personal sobre una controversia de interés público, revisado en borrador (OA 4, OA 7); presentación ante una audiencia real, como otro curso, el consejo escolar o la radio local, evaluada con rúbrica (OA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evaluación tiene como propósito que los estudiantes presenten sus charlas TED, aplicando las estrategias y habilidades desarrolladas en las actividades anteriores. (pág. 132)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Investigaciones previas del curso; grabadora o celular; espacios de participación del liceo y de la comuna.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discursos en texto, audio y video, con organizadores gráficos de la estructura argumentativa y ejemplos comentados.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argumentar por escrito, oralmente, en debates, cartas al director, cápsulas de radio o videos.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Elegir controversias que importan a los estudiantes y a su comuna, con normas de diálogo que aseguren el respeto a todas las posturas.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259 · P 259)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colectivamente conclusiones, soluciones, preguntas, hipótesis o acuerdos que surjan de discusiones argumentadas y razonadas, en torno a temas controversiales de la vida y la sociedad actual.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259 · P 259)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Dialogar argumentativamente, privilegiando el componente racional de la argumentación, estableciendo relaciones lógicas válidas y extrayendo conclusiones razonadas.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259 · P 259)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diversas formas en que se legitima el conocimiento contenido en los discursos (investigación científica, autoridad, experiencia personal, entre otras), a partir del análisis crítico de sus modos de generación y su aceptabilidad, suficiencia y pertinencia al ámbito de participación, a la comunidad discursiva, al tema y a los propósitos.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259 · P 259)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argumentos, basándose en evidencias o información pública legitimada, pertinentes al tema o problema analizado.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259 · P 259)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formas de argumentación y de legitimación del conocimiento pertinentes al ámbito de participación, a la comunidad discursiva y a los propósitos de sus argumentaciones.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259 · P 259)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argumentaciones surgidas en distintos ámbitos de la sociedad, enfocándose en los alcances que tienen en la comunidad, su pertinencia al tema analizado y al propósito perseguido, la legitimidad de las evidencias proporcionadas y las relaciones lógicas establecidas.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259 · P 259)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una postura personal sobre diversos temas controversiales y problemáticas de la sociedad, a partir de sus investigaciones, y de la evaluación y confrontación de argumentaciones y evidencias en torno a estos.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Participación y Argumentación en Democracia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Participación y Argumentación en Democracia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Participación y Argumentación en Democracia · 3° o 4° medio</dc:title>
  <dc:subject/>
  <dc:creator/>
  <cp:keywords/>
  <dc:description>Generado el 2026-10-23 desde programa_dif_participacion_argumentacion_democracia.pdf (sha256 1b1f62241ec0)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