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Pensamiento Computacional y Programación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Pensamiento Computacional y Programación (Formación Diferenciada HC, área B)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aplican conceptos de las ciencias de la computación para representar datos, programar algoritmos matemáticos, usar herramientas de geometría dinámica y estadística, y desarrollar aplicaciones móviles de forma creativa y responsable.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LA ESCRITURA COMO MEDIO PARA COMUNICAR Y ALMACENAR LA INFORMACIÓN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LA RESOLUCIÓN DE PROBLEMAS Y LAS MÁQUINAS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AYUDA DE LA COMPUTADORA EN PROBLEMAS GEOMÉTRICOS Y ESTADÍSTICOS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ELABORACIÓN DE APPS PARA DISPOSITIVOS ELECTRÓNICOS MÓVILES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27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LA ESCRITURA COMO MEDIO PARA COMUNICAR Y ALMACENAR LA INFORMACIÓN</w:t>
            </w:r>
          </w:p>
          <w:p>
            <w:r>
              <w:rPr>
                <w:b w:val="0"/>
                <w:i w:val="0"/>
                <w:sz w:val="15"/>
              </w:rPr>
              <w:t>Los estudiantes exploran diferentes formas de representar ideas, comenzando con el lenguaje natural para terminar con lenguaje computacional.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32–56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k: Analizar y evaluar el impacto de las tecnologías digitales en contextos sociales, económicos y culturales.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1) · pág. 53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partes que componen una situación y permiten elaborar instrucciones.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proposiciones lógicas para el control del flujo en la ejecución de un programa de computación.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ciclos (loops) a partir de un patrón o regularidad que se repite en una secuencia de un programa.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ejecutar programas mediante lenguaje de bloques.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representaciones como un pseudocódigo descrito por un diagrama de flujo.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Programan en pseudocódigo y lo exportan en un lenguaje simbólico.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actividad sin computador en que escriben instrucciones para que un compañero dibuje una figura o recorra la sala, para conocer cómo descomponen problemas y describen procesos.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Algoritmos en lenguaje natural y luego en código para tareas cotidianas, como decidir si salir según el pronóstico (condicionales) o repetir los pasos de una receta (ciclos), con revisión entre pares (OA 1, OA a, OA g); reflexión breve sobre el impacto de la tecnología digital en la vida de su comunidad (OA k).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1 con 6 indicadores. (pág. 53)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con Python instalado para usar sin conexión; tarjetas para actividades sin computador; entorno de programación por bloques con versión de escritorio.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LA RESOLUCIÓN DE PROBLEMAS Y LAS MÁQUINAS</w:t>
            </w:r>
          </w:p>
          <w:p>
            <w:r>
              <w:rPr>
                <w:b w:val="0"/>
                <w:i w:val="0"/>
                <w:sz w:val="15"/>
              </w:rPr>
              <w:t>Los estudiantes podrán crear programas que hacen cálculos, utilizando procedimientos de la matemática.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57–85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Buscar, seleccionar, manejar y producir información matemática/cuantitativa confiable a través de la web.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2, OA 3) · pág. 80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tipos de datos para elaborar diversas representaciones.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códigos para traducir algoritmos a lenguaje de programación.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Programan algoritmos que permiten ejecutar procedimientos matemáticos de cálculo.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programas que incluyen diferentes tipos de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Programan algoritmos que permiten obtener un término definido al ejecutar procedimientos matemáticos.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Programas en Python que hagan cálculos con datos de la región, como convertir unidades, promediar temperaturas o generar sucesiones (OA 3, OA i); representación de un mismo dato como número, texto, imagen o sonido, con ticket de salida (OA 2,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2, OA 3 con 5 indicadores. (pág. 80)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Python y un editor de código; datos públicos de la DMC o del INE descargados en planillas; guías impresas con ejercicios.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AYUDA DE LA COMPUTADORA EN PROBLEMAS GEOMÉTRICOS Y ESTADÍSTICOS</w:t>
            </w:r>
          </w:p>
          <w:p>
            <w:r>
              <w:rPr>
                <w:b w:val="0"/>
                <w:i w:val="0"/>
                <w:sz w:val="15"/>
              </w:rPr>
              <w:t>Los estudiantes utilizan programas conocidos para responder preguntas y presentar mejor la información.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86–118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Buscar, seleccionar, manejar y producir información matemática/cuantitativa confiable a través de la web.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4) · pág. 112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programas para verificar teoremas relacionados con la geometría.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Modifican algunas aplicaciones para analizar las características de las figuras.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programas para obtener información visual de datos y proposiciones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y analizan información cuantitativa desde una planilla de cálculo para verificar conjeturas.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Verificación de teoremas geométricos y variación de parámetros en GeoGebra (OA 4, OA d); análisis estadístico de datos reales, como precipitaciones o calidad del aire, con gráficos hechos en software libre (OA 4, OA g,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4 con 4 indicadores. (pág. 112)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GeoGebra y planilla de cálculo libre; datos públicos descargados previamente; proyector.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ELABORACIÓN DE APPS PARA DISPOSITIVOS ELECTRÓNICOS MÓVILES</w:t>
            </w:r>
          </w:p>
          <w:p>
            <w:r>
              <w:rPr>
                <w:b w:val="0"/>
                <w:i w:val="0"/>
                <w:sz w:val="15"/>
              </w:rPr>
              <w:t>Los estudiantes desarrollan su primera aplicación móvil, utilizando su creatividad y siendo responsable con el uso que le dará.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119–144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27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Buscar, seleccionar, manejar y producir información matemática/cuantitativa confiable a través de la web.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j: Desarrollar un trabajo colaborativo en línea para discusión y resolución de tareas matemáticas, usando herramientas electrónicas de productividad, entornos virtuales y redes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k: Analizar y evaluar el impacto de las tecnologías digitales en contextos sociales, económicos y culturales.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l: Conocer tanto los derechos propios como los de los otros, y aplicar estrategias de protección de la información en ambientes digitales.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5, OA 6) · pág. 141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y ejecutan programas para dispositivos provistos de sensores y mecanismos de control.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aplicaciones para dispositivos móviles, resguardando la información personal y privada de los usuarios.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programas para dispositivos que involucren sensores y mecanismos de control.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Desarrollo en equipos de una app o un juego en App Inventor, por ejemplo, un registro de temperatura de la sala para decidir cuándo ventilar o un juego sobre la fauna nativa de la región, con revisiones de avance (OA 5, OA a, OA j); revisión del resguardo de los datos personales de los usuarios con lista de cotejo (OA 6, OA l).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5, OA 6 con 3 indicadores. (pág. 141)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App Inventor y celulares Android del liceo o de los estudiantes, con autorización; sensores del celular o placas de microcontrolador si el liceo las tiene; emulador en el computador como alternativa.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algoritmos en lenguaje natural, diagramas de flujo, bloques y código, con ejemplos que se ejecutan paso a paso.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programas, diagramas, explicaciones orales del código, videos de la app funcionando o documentación escrita.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Proponer desafíos con problemas reales del entorno, con niveles de dificultad graduados y trabajo en parejas o equipos.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275 · P 275)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conceptos de Ciencias de la Computación –abstracción, organización lógica de datos, análisis de soluciones alternativas y generalización– al crear el código de una solución computacional.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275 · P 275)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diferentes tipos de datos en una variedad de formas que incluya textos, sonidos, imágenes y números.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275 · P 275)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programar algoritmos para ejecutar procedimientos matemáticos, realizar cálculos y obtener términos definidos por una regla o patrón.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275 · P 275)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aplicaciones y realizar análisis mediante procesadores simbólicos, de geometría dinámica y de análisis estadístico.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275 · P 275)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aplicaciones para dispositivos móviles y para dispositivos provistos de sensores y mecanismos de control.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275 · P 275)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la tecnología digital y la información personal y privada que esta contiene, de una forma creativa, respetuosa y responsable.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y evaluar estrategias de manera colaborativa al resolver problemas no rutinarios.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impliquen variar algunos parámetros en el modelo utilizado y observar cómo eso influye en los resultados obtenidos.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Tomar decisiones fundamentadas en evidencia estadística y/o en la evaluación de resultados obtenidos a partir de un modelo probabilístico.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Argumentar, utilizando lenguaje simbólico y diferentes representaciones para justificar la veracidad o falsedad de una conjetura, y evaluar el alcance y los límites de los argumentos utilizados.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modelos realizando conexiones entre variables para predecir posibles escenarios de solución a un problema, y tomar decisiones fundamentadas.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modelos para estudiar un fenómeno, analizando críticamente las simplificaciones requeridas y considerando las limitaciones de aquellos.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representaciones, tanto en forma manual como digital, y justificar cómo una misma información puede ser utilizada según el tipo de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diferentes representaciones, de acuerdo a su pertinencia con el problema por solucionar.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HABILIDADES DIGITALES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Buscar, seleccionar, manejar y producir información matemática/cuantitativa confiable a través de la web.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un trabajo colaborativo en línea para discusión y resolución de tareas matemáticas, usando herramientas electrónicas de productividad, entornos virtuales y redes sociales.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evaluar el impacto de las tecnologías digitales en contextos sociales, económicos y culturales.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Conocer tanto los derechos propios como los de los otros, y aplicar estrategias de protección de la información en ambientes digitales.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Pensamiento Computacional y Programación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Pensamiento Computacional y Programación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Pensamiento Computacional y Programación · 3° o 4° medio</dc:title>
  <dc:subject/>
  <dc:creator/>
  <cp:keywords/>
  <dc:description>Generado el 2026-10-23 desde programa_dif_pensamiento_computacional_programacion.pdf (sha256 03735fd28431)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