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Probabilidades y Estadística Descriptiva e Inferencial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Probabilidades y Estadística Descriptiva e Inferencial (Formación Diferenciada HC, área B)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analizan críticamente representaciones gráficas y medidas estadísticas, modelan fenómenos con las distribuciones binomial y normal, y hacen inferencias sobre una población a partir de muestras, con herramientas manuales y digitales.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¿Qué dicen los gráficos? Análisis crítico de la información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Comprender la media muestral, las medidas de dispersión y la correlación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Modelaje de fenómenos mediante las probabilidades las distribuciones binomial o normal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Hacer inferencia estadística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¿Qué dicen los gráficos? Análisis crítico de la información</w:t>
            </w:r>
          </w:p>
          <w:p>
            <w:r>
              <w:rPr>
                <w:b w:val="0"/>
                <w:i w:val="0"/>
                <w:sz w:val="15"/>
              </w:rPr>
              <w:t>Se procura que los estudiantes resuelvan problemas que involucran elegir la representación gráfica más adecuada para describir tendencias de datos recopilados.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31–76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Tomar decisiones fundamentadas en evidencia estadística y/o en la evaluación de resultados obtenidos a partir de un modelo probabilístico.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Argumentar, utilizando lenguaje simbólico y diferentes representaciones para justificar la veracidad o falsedad de una conjetura, y evaluar el alcance y los límites de los argumentos utilizados.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Buscar, seleccionar, manejar y producir información matemática/cuantitativa confiable a través de la web.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1) · pág. 69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histogramas, nube de puntos, polígonos de frecuencia, frecuencia acumulada y diagramas de cajón, en forma manual y mediante herramientas digitales.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información en histogramas, nube de puntos, diagrama de cajón, polígonos de frecuencia y de frecuencia acumulada, para interpretar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involucran comparar conjuntos de datos, a partir de diagramas de cajón, nube de puntos, histogramas, polígonos de frecuencia y frecuencia acumulada.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involucran el análisis gráfico de datos estadísticos con medidas de posición.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y toman decisiones al interpretar información que involucra dependencia entre dos variables.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interpretación de un gráfico de prensa y cálculo de medidas de tendencia central de un conjunto pequeño de datos, para conocer qué recuerdan de estadística.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Elaboración de histogramas, diagramas de cajón y nubes de puntos con datos reales de la región, como las precipitaciones o temperaturas de dos ciudades de la región, y comparación argumentada (OA 1, OA c, OA d); ticket de salida sobre gráficos engañosos de la prensa (OA 1).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1 con 5 indicadores. (pág. 69)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Datos públicos de la DMC o del INE descargados e impresos; planilla de cálculo libre o GeoGebra; papel milimetrado.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Comprender la media muestral, las medidas de dispersión y la correlación</w:t>
            </w:r>
          </w:p>
          <w:p>
            <w:r>
              <w:rPr>
                <w:b w:val="0"/>
                <w:i w:val="0"/>
                <w:sz w:val="15"/>
              </w:rPr>
              <w:t>Los estudiantes desarrollan actividades que les permiten comprender cómo las medidas de dispersión entregan información acerca de la distribución de datos recopilados.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77–119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Resolver problemas que impliquen variar algunos parámetros en el modelo utilizado y observar cómo eso influye en los resultados obtenidos.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Argumentar, utilizando lenguaje simbólico y diferentes representaciones para justificar la veracidad o falsedad de una conjetura, y evaluar el alcance y los límites de los argumentos utilizados.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Buscar, seleccionar, manejar y producir información matemática/cuantitativa confiable a través de la web.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2) · pág. 113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involucran análisis de datos estadísticos con medidas de dispersión.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información que involucra los conceptos de media, desviación estándar, varianza y coeficiente de variación.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implican la media muestral 𝑋̅, considerando los casos con y sin reemplazo.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información que involucra la correlación muestral entre dos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involucran la correlación muestral entre dos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Toman decisiones fundamentadas respecto de la correlación entre variables, dependiendo del coeficiente o factor de correlación.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Cálculo de media, desviación estándar y coeficiente de variación con datos recogidos por el curso, como pesos de productos agrícolas o tallas de peces, con retroalimentación (OA 2, OA d); análisis de la correlación entre dos variables, como temperatura y consumo de energía en el hogar (OA 2, OA b).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2 con 6 indicadores. (pág. 113)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Datos aportados por familias o productores, con su permiso; planilla de cálculo; calculadora científica.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Modelaje de fenómenos mediante las probabilidades las distribuciones binomial o normal</w:t>
            </w:r>
          </w:p>
          <w:p>
            <w:r>
              <w:rPr>
                <w:b w:val="0"/>
                <w:i w:val="0"/>
                <w:sz w:val="15"/>
              </w:rPr>
              <w:t>Los estudiantes comprenden los beneficios de trabajar con una distribución normal para encontrar rápidamente la probabilidad de algún suceso.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121–156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Resolver problemas que impliquen variar algunos parámetros en el modelo utilizado y observar cómo eso influye en los resultados obtenidos.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 modelos realizando conexiones entre variables para predecir posibles escenarios de solución a un problema, y tomar decisiones fundamentadas.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Buscar, seleccionar, manejar y producir información matemática/cuantitativa confiable a través de la web.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3) · pág. 152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las principales características de los modelos Bernoulli y binomial de probabilidades.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las principales características de una distribución normal de probabilidades.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información estadística que involucra distribuciones de probabilidad binomial y el normal.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involucran los modelos binomial y normal.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cuándo se puede modelar una situación o fenómeno con una distribución binomial o normal.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Modelan fenómenos o situaciones cotidianas, científicas y sociales mediante distribuciones binomiales y normales.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Modelan situaciones que involucran aproximar una distribución binomial mediante el modelo normal.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Modelación de situaciones binomiales, como la probabilidad de días con lluvia en una semana, y de fenómenos aproximadamente normales, como las estaturas del curso (OA 3, OA e); ejercicios con variación de parámetros en GeoGebra (OA 3, OA b).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3 con 7 indicadores. (pág. 152)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Monedas, dados y tablas de la distribución normal; calculadora de probabilidades de GeoGebra; datos climáticos impresos.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Hacer inferencia estadística</w:t>
            </w:r>
          </w:p>
          <w:p>
            <w:r>
              <w:rPr>
                <w:b w:val="0"/>
                <w:i w:val="0"/>
                <w:sz w:val="15"/>
              </w:rPr>
              <w:t>Los estudiantes comprenden cómo se puede inferir información desde una muestra cuando la población está “distribuida normalmente”.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158–185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Resolver problemas que impliquen variar algunos parámetros en el modelo utilizado y observar cómo eso influye en los resultados obtenidos.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Tomar decisiones fundamentadas en evidencia estadística y/o en la evaluación de resultados obtenidos a partir de un modelo probabilístico.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Buscar, seleccionar, manejar y producir información matemática/cuantitativa confiable a través de la web.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4) · pág. 182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los elementos principales en una estimación de la media poblacional, con desviación estándar conocida, por medio de intervalos de confianza.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en los que deben estimar la media poblacional, con desviación estándar conocida, por medio de intervalos de confianza.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acerca del error asociado en una estimación por intervalos, según el nivel de confianza establecido.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los elementos principales de una prueba de hipótesis y los argumentos para aceptar o rechazar la “hipótesis nula”.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en los que deben plantear una prueba de hipótesis y establecen los argumentos para aceptar o rechazar la “hipótesis nula”.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acerca del error de probabilidad asociado en una prueba de hipótesis, según el nivel de confianza establecido para los intervalos.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acerca de los errores Tipo I y Tipo II en una prueba de hipótesis.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Encuesta por muestreo en el liceo o la comuna sobre un tema de interés, como el transporte o la actividad física, con intervalos de confianza y conclusiones argumentadas (OA 4, OA c); análisis del error de estimación según el nivel de confianza (OA 4, OA b).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4 con 7 indicadores. (pág. 182)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Formularios impresos o digitales; planilla de cálculo; resultados de encuestas públicas para comparar.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conceptos con datos reales, gráficos, simulaciones, material concreto (dados, monedas) y expresiones simbólicas.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con informes estadísticos, gráficos, presentaciones orales, pósteres o explicaciones del procedimiento.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Trabajar con datos de la comuna y preguntas propuestas por los estudiantes, en grupos y con distintos niveles de dificultad.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271 · P 271)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Argumentar y comunicar decisiones a partir del análisis crítico de información presente en histogramas, polígonos de frecuencia, frecuencia acumulada, diagramas de cajón y nube de puntos, incluyendo el uso de herramientas digitales.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271 · P 271)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que involucren los conceptos de media muestral, desviación estándar, varianza, coeficiente de variación y correlación muestral entre dos variables, tanto de forma manuscrita como haciendo uso de herramientas tecnológicas digitales.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271 · P 271)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Modelar fenómenos o situaciones cotidianas del ámbito científico y del ámbito social que requieran el cálculo de probabilidades y la aplicación de las distribuciones binomial y normal.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271 · P 271)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Argumentar inferencias acerca de parámetros (media y varianza) o características de una población, a partir de datos de una muestra aleatoria, bajo el supuesto de normalidad y aplicando procedimientos con base en intervalos de confianza o pruebas de hipótesis.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RESOLVER PROBLEMAS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y evaluar estrategias de manera colaborativa al resolver problemas no rutinarios.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que impliquen variar algunos parámetros en el modelo utilizado y observar cómo eso influye en los resultados obtenidos.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ARGUMENTAR Y COMUNICAR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Tomar decisiones fundamentadas en evidencia estadística y/o en la evaluación de resultados obtenidos a partir de un modelo probabilístico.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Argumentar, utilizando lenguaje simbólico y diferentes representaciones para justificar la veracidad o falsedad de una conjetura, y evaluar el alcance y los límites de los argumentos utilizados.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MODELAR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modelos realizando conexiones entre variables para predecir posibles escenarios de solución a un problema, y tomar decisiones fundamentadas.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modelos para estudiar un fenómeno, analizando críticamente las simplificaciones requeridas y considerando las limitaciones de aquellos.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REPRESENTAR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representaciones, tanto en forma manual como digital, y justificar cómo una misma información puede ser utilizada según el tipo de representación.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diferentes representaciones, de acuerdo a su pertinencia con el problema por solucionar.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HABILIDADES DIGITALES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Buscar, seleccionar, manejar y producir información matemática/cuantitativa confiable a través de la web.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j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un trabajo colaborativo en línea para discusión y resolución de tareas matemáticas, usando herramientas electrónicas de productividad, entornos virtuales y redes sociales.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k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y evaluar el impacto de las tecnologías digitales en contextos sociales, económicos y culturales.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l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Conocer tanto los derechos propios como los de los otros, y aplicar estrategias de protección de la información en ambientes digitales.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Probabilidades y Estadística Descriptiva e Inferencial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Probabilidades y Estadística Descriptiva e Inferencial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Probabilidades y Estadística Descriptiva e Inferencial · 3° o 4° medio</dc:title>
  <dc:subject/>
  <dc:creator/>
  <cp:keywords/>
  <dc:description>Generado el 2026-10-23 desde programa_dif_probabilidades_estadistica_descriptiva_inferencial.pdf (sha256 f55832f4dd63)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