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Seminario de Filosofía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Seminario de Filosofía (Formación Diferenciada HC, área A)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profundizan en un problema filosófico de su interés, leen y analizan fuentes primarias y secundarias, dialogan sobre su devenir histórico y formulan una tesis propia de forma metódica.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Filosofar implica hacerse preguntas y evaluar rigurosamente las respuestas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Las fuentes primarias y secundarias nos ayudan a comprender los problemas filosóficos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La lectura y el diálogo permiten investigar el devenir de un problema filosófico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La filosofía permite la construcción metódica de visiones personales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Filosofar implica hacerse preguntas y evaluar rigurosamente las respuestas</w:t>
            </w:r>
          </w:p>
          <w:p>
            <w:r>
              <w:rPr>
                <w:b w:val="0"/>
                <w:i w:val="0"/>
                <w:sz w:val="15"/>
              </w:rPr>
              <w:t>Se pretende que los alumnos adquieran herramientas para profundizar en un tema filosófico de interés.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35–67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significativas para su vida a partir del análisis de conceptos y teorías filosóficas, poniendo en duda aquello que aparece como “cierto” o “dado” y proyectando diversas respuestas posibles.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de la Unidad 1: Procedimientos para evaluar argumentos (OA 2) · pág. 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métodos de razonamiento filosófico.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utilidad y el objetivo de los métodos de razonamiento que evalúan argumentos.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secuencia de pasos para aplicar métodos de razonamientos que evalúan argumentos.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escritura de una pregunta que les inquiete y de una primera respuesta argumentada, para conocer sus intereses y cómo razonan.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Elección del problema filosófico del seminario y formulación de preguntas significativas, con retroalimentación (OA a); comparación de métodos de razonamiento aplicados a un mismo problema, con ticket de salida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de la Unidad 1: Procedimientos para evaluar argumentos: </w:t>
            </w:r>
            <w:r>
              <w:rPr>
                <w:b w:val="0"/>
                <w:i w:val="0"/>
                <w:sz w:val="15"/>
              </w:rPr>
              <w:t>Se pretende que los estudiantes elaboren un tutorial o texto instructivo sobre cómo aplicar un método de razonamiento para evaluar si un argumento es o no correcto. (pág. 61)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filosóficos del texto escolar y la biblioteca CRA; ejemplos cotidianos y del territorio, como la vida en la comunidad o la relación con la naturaleza, para problematizar.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Las fuentes primarias y secundarias nos ayudan a comprender los problemas filosóficos</w:t>
            </w:r>
          </w:p>
          <w:p>
            <w:r>
              <w:rPr>
                <w:b w:val="0"/>
                <w:i w:val="0"/>
                <w:sz w:val="15"/>
              </w:rPr>
              <w:t>La idea es que los estudiantes desarrollen herramientas de lectura analítica y crítica para profundizar en un tema o pregunta.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68–102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de la Unidad 2: Infografía de la aplicación de estrategias de análisis (OA 1)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posturas presentes en textos filosóficos.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planeamientos centrales presentes en textos filosóficos.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posturas presentes en textos filosóficos, identificando sus elementos y argumentos centrales.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planteamientos presentes en textos filosóficos.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problemas filosóficos presentes en textos con su vida cotidiana y/o con fenómenos contemporáneos.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Fichas de lectura analítica de fuentes primarias y secundarias sobre el problema elegido (OA 1, OA b); exposición breve que explique una postura filosófica, con pauta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de la Unidad 2: Infografía de la aplicación de estrategias de análisis: </w:t>
            </w:r>
            <w:r>
              <w:rPr>
                <w:b w:val="0"/>
                <w:i w:val="0"/>
                <w:sz w:val="15"/>
              </w:rPr>
              <w:t>En esta actividad, los estudiantes elaboran individual o grupalmente una infografía que represente el análisis crítico de un texto filosófico a elección. (pág. 95)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Antología de textos seleccionados por el docente, impresa; biblioteca CRA y biblioteca pública; glosario de conceptos.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La lectura y el diálogo permiten investigar el devenir de un problema filosófico</w:t>
            </w:r>
          </w:p>
          <w:p>
            <w:r>
              <w:rPr>
                <w:b w:val="0"/>
                <w:i w:val="0"/>
                <w:sz w:val="15"/>
              </w:rPr>
              <w:t>Se pretende que los estudiantes adquieran herramientas para profundizar en un tema o pregunta, a partir del ejercicio del diálogo filosófico.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103–133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Analizar y fundamentar problemas presentes en textos filosóficos, considerando sus supuestos, conceptos, métodos de razonamiento e implicancias en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Evaluación de la Unidad 3: Disertación filosófica (OA 4) · pág. 129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visión personal frente a problemas filosóficos, apoyándose en ideas de filósofos y/o usándolas como contraparte.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planteamientos centrales presentes en textos filosóficos.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posturas presentes en textos filosóficos, identificando sus elementos centrales.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diálogos, aplicando estrategias de argumentación para profundizar en algún problema filosófico.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Debaten, utilizando y analizando conceptos e ideas de filósofos.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discusiones, buscando refutar y defender tesis de un mismo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Diálogos filosóficos sobre el problema elegido y su relación con la vida actual, con pauta de observación entre pares (OA 4, OA c); línea de tiempo del devenir del problema en la historia de la filosofía, con sus continuidades y cambios (OA 3, OA b).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Evaluación de la Unidad 3: Disertación filosófica: </w:t>
            </w:r>
            <w:r>
              <w:rPr>
                <w:b w:val="0"/>
                <w:i w:val="0"/>
                <w:sz w:val="15"/>
              </w:rPr>
              <w:t>Se espera que los estudiantes elaboren una disertación sobre un tema de interés personal relacionado con el tema del Seminario y la expongan a sus compañeros, siguiendo la estructura de la disertación filosófica y considerando autores para apoyar o contrastar sus ideas. (pág. 129)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de distintas épocas; pauta de diálogo; formatos variados como podcast o mural para mostrar el devenir del problema.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La filosofía permite la construcción metódica de visiones personales</w:t>
            </w:r>
          </w:p>
          <w:p>
            <w:r>
              <w:rPr>
                <w:b w:val="0"/>
                <w:i w:val="0"/>
                <w:sz w:val="15"/>
              </w:rPr>
              <w:t>Se pretende que los estudiantes sean capaces de desarrollar visiones propias acerca de las preguntas filosóficas, tomando postura a partir de las distintas respuestas dadas.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134–155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/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  <w:tc>
          <w:tcPr>
            <w:tcW w:type="dxa" w:w="5522"/>
          </w:tcPr>
          <w:p>
            <w:r/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Elaboración de una tesis filosófica propia por etapas (borrador, revisión entre pares y versión final), evaluada con rúbrica (OA 5,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definir un producto de cierre de la unidad alineado con los indicadores.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Fichas y apuntes del seminario; pauta de escritura de ensayo filosófico; jornada de presentación ante otros cursos o la comunidad.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textos con lecturas guiadas, esquemas de argumentos, líneas de tiempo y glosarios, alternando fragmentos breves y fuentes completas.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ensayos, diálogos, exposiciones, mapas conceptuales, podcast o cartas a un filósofo.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Dejar que los estudiantes elijan el problema del seminario según sus inquietudes, con normas de diálogo que aseguren un espacio de respeto.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229 · P 229)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textos filosóficos que aborden un problema presente en la historia de la filosofía, considerando sus antecedentes, principales planteamientos, supuestos y contexto sociocultural.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229 · P 229)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y contrastar métodos de razonamiento para abordar un concepto o problema filosófico.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229 · P 229)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el devenir de un problema filosófico presente en la historia de la filosofía, considerando sus continuidades, cambios e impactos en la sociedad, y utilizando diversas formas de expresión.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229 · P 229)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activamente en diálogos filosóficos sobre preguntas y/o conceptos filosóficos, y su relación tanto con su vida como con fenómenos sociales y culturales contemporáneos.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229 · P 229)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una tesis filosófica con respecto a un problema relevante para su contexto, a partir de una investigación sobre diversas perspectivas filosóficas presentes en la historia de la filosofía.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 xml:space="preserve">HABILIDADES · 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significativas para su vida a partir del análisis de conceptos y teorías filosóficas, poniendo en duda aquello que aparece como “cierto” o “dado” y proyectando diversas respuestas posibles.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fundamentar problemas presentes en textos filosóficos, considerando sus supuestos, conceptos, métodos de razonamiento e implicancias en la vida cotidiana.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diálogos sobre grandes problemas de la filosofía pertinentes para sus contextos, sostenidos a partir de argumentos de los distintos participantes, utilizando métodos de razonamiento filosófico y valorando la controversia y la diversidad como factores fundamentales para el desarrollo del pensamiento.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217)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visiones personales respecto de problemas filosóficos a partir de las perspectivas de diversos filósofos, siendo capaces tanto de reconstruir sus fundamentos como de cuestionarlos y plantear nuevos puntos de vista.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Seminario de Filosofía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Seminario de Filosofía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Seminario de Filosofía · 3° o 4° medio</dc:title>
  <dc:subject/>
  <dc:creator/>
  <cp:keywords/>
  <dc:description>Generado el 2026-10-23 desde programa_dif_seminario_filosofia.pdf (sha256 9495ed6dcd19)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