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Tecnología · 1°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Tecnología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1 h pedagógicas semanales con JEC (38 h anuales) · 0,5 h sin JEC (19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1° básico, los estudiantes exploran software de dibujo y educativo, observan objetos tecnológicos de su vida diaria y las necesidades que satisfacen. Diseñan con dibujos o modelos, identifican materiales y herramientas, y elaboran objetos simples midiendo, cortando, plegando y uniendo.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La comunicación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13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27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La comunicación</w:t>
            </w:r>
          </w:p>
          <w:p>
            <w:r>
              <w:rPr>
                <w:b w:val="0"/>
                <w:i w:val="0"/>
                <w:sz w:val="15"/>
              </w:rPr>
              <w:t>Se espera que el profesor en esta unidad incentive la curiosidad, explorando por medio de las actividades propuestas en el funcionamiento de un software con el cual puedan dibujar, aplicar colores y modificar algunas imágenes.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48–57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Acceder a programas.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Emplear las diferentes formas y tamaños del pincel en el software de dibujo.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color y modificar imágenes.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Elaborar documentos que contengan dibujos e imágenes.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Almacenar documentos.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Acceder y realizar las actividades propuestas por un software interactivo educativo.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Software de dibujo: interfaz y herramientas como el lápiz, la goma, selección de color y pincel y sus efectos.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 de color y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Líneas rectas, horizontales, verticales y en forma de cruz.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Trazos del pincel.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Ratón o mouse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inicio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apagar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software o programa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 (borrador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relleno con color y elipse)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líneas (curvas y rectas)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pincel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color y grosor.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5) · pág. 56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software de dibujo en funciones como abrir, cerrar, guardar, arrastrar el mouse y cliquear.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ideas, usando líneas rectas y curvas, triángulos, cuadrados y círculos.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imágenes guiados por el docente, usando pincel, lápiz, brocha, goma y relleno.</w:t>
            </w:r>
          </w:p>
          <w:p>
            <w:r>
              <w:rPr>
                <w:b/>
                <w:i w:val="0"/>
                <w:sz w:val="15"/>
              </w:rPr>
              <w:t>Ejemplo 2 (OA 6) · pág. 57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Juegan y avanza en distintos niveles de complejidad.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los iconos para entrar, salir y avanzar en las aplicaciones (libros digitales y software interactivos).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Siguen las instrucciones de los juegos interactivos y explican lo aprendido a un par o a un adulto.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textos simples en la pantalla.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el diseño de tecnologías innovadoras.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actividad breve de dibujo en computador y de recorte para observar uso del mouse y motricidad fina.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Observación del uso del mouse y herramientas de dibujo con lista de cotejo; muestra de sus dibujos digitales.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profesor organiza un trabajo personal o colaborativo con el computador, en el que los estudiantes deben completar los dibujos de dos volantines con las herramientas conocidas (las partes del volantín deben estar separadas). Instrumento: Criterios de evaluación. (pág. 56)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alumnos interactúan con un libro digital audible o la lectura de un cuento en voz alta por el profesor y realizan con el software de dibujo: - un dibujo de los personajes más importantes - un dibujo y/o narración de lo que más les gustó del cuento - pintan uno de los dibujos - escriben su nombre o el de los integrantes del equipo La actividad puede realizarse en equipos o en forma individual, dependiendo de los computadores disponibles. Instrumento: Criterios de evaluación. (pág. 57)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Computadores o tablets con software de dibujo simple; software educativo infantil; tarjetas con pasos ilustrados.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En esta unidad, se pretende que los estudiantes exploren y observen objetos que emplean usualmente en su vida cotidiana y establezcan la relación entre los distintos objetos existentes y las necesidades del ser humano que satisfacen, como vivienda, alimentación, vestuario, transporte y recreación, entre otras soluciones que ha generado el hombre a través del tiempo.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58–68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13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Comprender que los objetos responden a necesidades.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y transformar objetos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diseños de objetos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ideas por medio de dibujos y modelos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Asumir diferentes roles en la elaboración de un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Seguir normas de seguridad al trabajar con materiales y herramientas.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Los objetos tecnológicos cubren las necesidades del ser humano (protección, recreación y comunicación, entre otras).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 y herramientas necesarias para hacer un producto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Proceso de producción de objetos básicos de uso cotidiano.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Medidas de seguridad en el trabajo de hacer un 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 importancia de trabajar en equipo.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producción y seguridad.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66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ideas de diseño que podrían confeccionar para solucionar un problema seleccionado junto al grupo de trabajo.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a mano alzada ideas o soluciones tecnológicas simples.</w:t>
            </w:r>
          </w:p>
          <w:p>
            <w:r>
              <w:rPr>
                <w:b/>
                <w:i w:val="0"/>
                <w:sz w:val="15"/>
              </w:rPr>
              <w:t>Ejemplo 2 (OA 2) · pág. 68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secuencias de acciones para obtener un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los materiales y las herramientas que se requieren para elaborar un determinado objeto tecnológico.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el diseño de tecnologías innovadoras.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Dibujo de un objeto cotidiano y la necesidad que cubre; conversación guiada sobre materiales y herramientas.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Día a día usamos variados objetos tecnológicos, pensados para satisfacer una necesidad de abrigo, alimentación, transporte, incluso de recreación. Instrumento: Criterios de evaluación. (pág. 66)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Luego de escuchar un cuento leído por el profesor, planifican una obra con títeres confeccionados por ustedes mismos. Instrumento: Criterios de evaluación. (pág. 68)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Objetos cotidianos (abrigos, botas, termos, linternas); láminas de objetos del hogar y la escuela.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La unidad pretende que los estudiantes reconozcan las acciones necesarias para elaborar un objeto tecnológico y los elementos que lo componen, y que identifiquen las principales propiedades de los materiales empleados por medio de la observación, para así poder establecer la conveniencia de su empleo de acuerdo a los requerimientos al momento de su uso.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69–77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Clasificar materiales de acuerdo a sus características.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Comparar y concluir qué tipo de material es más apropiado para elaborar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herramientas en forma apropiada.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un objeto tecnológico simple de calidad en relación con la estética, el uso y la durabilidad.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la calidad de variados objetos en cuanto a su seguridad, organización, facilidad de uso y materiales empleados.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Técnicas básicas de elaboración de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de los materiales de un 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Selección de herramientas.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Conceptos de seguridad, organización y estética en la elaboración de un 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Calidad de los objetos tecnológicos en torno a seguridad, facilidad de uso y apariencia.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Técnicas: medir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trazar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plegar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unir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pegar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entre otras. Materiales: papel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textil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plásticos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cuero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madera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alambre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entre otros. Herramientas: reglas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tijeras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lápices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plumón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entre otros materiales.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76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los procedimientos necesarios para la ejecución de un determinado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los materiales necesarios para elaborar un objeto tecnológico específico.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 producto estableciendo una correcta aplicación de sus técnicas, tales como medir, cortar, plegar, unir, pegar, pintar, entre otras.</w:t>
            </w:r>
          </w:p>
          <w:p>
            <w:r>
              <w:rPr>
                <w:b/>
                <w:i w:val="0"/>
                <w:sz w:val="15"/>
              </w:rPr>
              <w:t>Ejemplo 2 (OA 4) · pág. 77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Prueban y evalúan los resultados obtenidos en torno a su funcionamiento, terminaciones y si responde a las necesidades para las cuales fue creado.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los aspectos que se pueden mejorar en un objeto tecnológico construido por su grupo o por otros.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el diseño de tecnologías innovadoras.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Lista de cotejo de técnicas (medir, cortar, plegar, unir); prueba del objeto y comentario de lo que funcionó.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Usted debe confeccionar un tablero con diferentes piezas para que los niños más pequeños las coloquen en orden correcto. Instrumento: Criterios de evaluación. (pág. 76)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Usted se ha convertido en un experto evaluador de productos tecnológicos y le han pedido comentar la calidad de algunos productos. Instrumento: Criterios de evaluación. (pág. 77)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Papel, cartón, lana, madera liviana y tela; tijeras punta roma y pegamento; normas de seguridad ilustradas.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Se espera que los estudiantes desarrollen su iniciativa, capacidad creativa y una actitud emprendedora frente a los problemas y las soluciones ya existentes.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78–86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27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/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diseños de objetos a partir de productos existentes para resolver problemas simples o aprovechar oportunidades.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el trabajo previo a la elaboración de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Distinguir un problema o situación problemática, dando solución por medio de un diseño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los pasos en la construcción o fabricación (preparación, unión y acabado de piezas).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materiales y herramientas de forma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conocimiento técnico de uso y funcionamiento de objetos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Trabajar de forma independiente y con otros, conformando equipos de trabajo cuando el desafío o tarea lo requiera.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Soluciones tecnológicas.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Proceso de elaboración de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Construcción o elaboración de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 de medición y marcado, trazado, unión, corte.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 elaborados (papeles, tejidos, plásticos, cerámicos, etc.) y de desecho.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Principios tecnológicos (funcionamiento, técnicos, medioambientales y de seguridad).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Objeto tecnológico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solución a un problema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instrumentos de medición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 de desecho y normas de seguridad.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el diseño de tecnologías innovadoras.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Presentación del objeto que resuelve un problema simple; coevaluación con caritas sobre funcionamiento.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definir un producto de cierre de la unidad alineado con los indicadores.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 de desecho limpio (cajas, botellas, tapas); reglas; problemas cercanos (guardar útiles, protegerse del sol o del frío).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Mostrar objetos reales, demostraciones paso a paso e instrucciones con imágenes.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comunicar el diseño con dibujos, modelos con plasticina o explicación oral.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Plantear problemas cercanos a su vida diaria, trabajo en parejas y roles dentro del equipo.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DISEÑAR, HACER Y PROBAR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diseños de objetos tecnológicos, representando sus ideas a través de dibujos a mano alzada o modelos concretos, desde sus propias experiencias y tópicos de otras asignaturas, con orientación del profesor.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Distinguir las tareas para elaborar un objeto tecnológico, identificando los materiales y las herramientas necesarias en cada una de ellas para lograr el resultado deseado.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un objeto tecnológico según las indicaciones del profesor, seleccionando y experimentando con: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técnicas y herramientas para medir, cortar, plegar, unir, pegar, pintar, entre otras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materiales como papeles, fibras, plásticos, desechos, entre 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Probar y explicar los resultados de los trabajos propios y de otros, de forma individual o en equipos, dialogando sobre sus ideas e identificando lo que podría hacerse de otra manera.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LA COMUNICACIÓN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software de dibujo para crear y representar ideas por medio de imágenes, guiados por el docente.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Explorar y usar una variedad de software educativos (simuladores, libros digitales, interactivos y creativos, entre otros) para lograr aprendizajes significativos y una interacción apropiada con las TIC.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 por el entorno tecnológico y disposición a informarse y explorar sus diversos usos, funcionamiento y materiales.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experimentando, imaginando y pensando divergentemente.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iniciativa personal y emprendimiento en la creación y el diseño de tecnologías innovadoras.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un uso seguro y responsable de internet, cumpliendo las reglas entregadas por el profesor y respetando los derechos de autor.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Tecnología 1°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Tecnología · 1°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Tecnología · 1° básico</dc:title>
  <dc:subject/>
  <dc:creator/>
  <cp:keywords/>
  <dc:description>Generado el 2026-10-23 desde programa_tecnologia_1basico.pdf (sha256 35c8d82c15ea)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