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1°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con JEC (76 h anuales) · 1 h sin JEC (38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1264/2016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medio, los estudiantes identifican necesidades, diseñan, desarrollan, evalúan y comunican un servicio usando recursos digitales, y analizan cómo evolucionan los productos tecnológicos y sus efectos en la sociedad.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Desarrollo e Implementación de un Servicio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23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Evaluación e Impacto de una Solución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15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Desarrollo e Implementación de un Servicio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y las estudiantes tengan la oportunidad y el desafío de crear un servicio utilizando y aplicando recursos y tecnologías de la información y la comunicación (TIC), atendiendo ya sea a una necesidad personal, de un grupo, de la clase o del entorno, dependiendo de sus intereses y del contexto de la comunidad y del establecimiento.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y análisis de información: comprendidas como habilidades relacionadas con la identificación de una variedad de tipos de fuentes; el acceso a estas; su examen, para luego aceparlas o rechazarlas; y el análisis e interpretación de la información que dichas fuentes proveen.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Adaptabilidad y flexibilidad: relacionadas con un grupo de habilidades que permiten asumir cambios personales frente a las exigencias que imponen la dinámica y rapidez de las transformaciones en el ámbito tecnológico. Esto es, capacidades para generar ideas explorando muchas soluciones posibles, y encontrar nuevas maneras de abordar y resolver problemas y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Creación: vinculada con habilidades para proponer y diseñar un nuevo objeto, sistema o servicio tecnológico como alternativa de solución frente a problemas personales o colectivos asociados a la tecnología usando lenguajes técnicos.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Emprendimiento: entendido como la capacidad para resolver y superar situaciones en las que la aplicación de la tecnología o la innovación en ella se constituyen en una oportunidad de mejorar la calidad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Manejo de materiales, recursos energéticos, herramientas, técnicas y tecnología: referidas al conjunto de habilidades asociadas a la capacidad de transformar y adaptar recursos tangibles e intangibles en pos de producir soluciones tecnológicas.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equipo: entendido como la capacidad de centrarse en los objetivos y coordinar acciones con otros, gestionar el tiempo, debatir y escuchar para llegar a acuerdos, solicitar y prestar cooperación para el cumplimiento de tareas habituales o emergentes.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Comunicación: referida a un conjunto de habilidades asociadas a informar diseños, planes y resultados de su trabajo en procesos tecnológicos; contribuir productivamente en su discusión y/o elaboración; escuchar, comprender y responder en forma constructiva; y utilizar una variedad de formatos de comunicación.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Reflexión crítica y responsable: referida a un conjunto de habilidades asociadas a la capacidad de reflexionar sobre tecnología, considerando criterios de impacto social y ambiental, de calidad, de efectividad, de respeto y ética.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Aplicaciones de uso extendido: como procesador de texto, software de presentación, hoja de cálculo, entre otros; de búsqueda y evaluación de información; herramientas de trabajo colaborativo en ambiente digital (tales como Google Docs, Office365, Zoho, Edmodo, entre otros); recursos digitales para comunicarse, debatir y colaborar (Tumblr, Blogger, Google Hangouts; etc.); herramientas para compartir archivos (Google Dive, Dropbox, WeTransfer, etc.); herramientas digitales para la elaboración de encuestas y formularios (por ejemplo, Google Form, Survio, 99Polls, FluidSurveys, u otras de fácil acceso y sin costo); herramientas para construir cartas Gantt (Gantt Project, Gantter, etc.), entre otros dispositivos y medios informáticos requeridos en el contexto del desarrollo del proyecto.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Detección de necesidades y oportunidades: delimitación del problema, recopilación, análisis e interpretación de información; construcción de instrumentos de recolección de información; comunicación de los resultados,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 de soluciones: diseño, toma de decisiones, representación y comunicación de posibles diseños.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 de proyectos o soluciones de servicios: selección de estrategias y recursos, organización de la ejecución, programación, establecimiento de acciones de control,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 de proyectos o soluciones de servicios.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Necesidad, oportunidad, solución, diseño, planificación, TIC, servicio, impacto, sustentabilidad.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1, OA 2)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necesidades u oportunidades del entorno que puedan resolverse con un servicio digital elaborado por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Detectan necesidades u oportunidades a partir de un diagnóstico del entorno que sean posibles de responder con un servicio elaborado por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 procedimiento y tipo de instrumentos necesarios para recabar información acerca de la necesidad u oportunidad diagnosticada.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o adaptan instrumentos de recolección de información utilizando recursos digitales u otros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la aplicación de los instrumentos identificando a quiénes, dónde y cuándo se aplicarán, utilizando recursos digitales u otros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los resultados para validar las necesidades u oportunidades detectadas para la creación del servicio.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soluciones a las necesidades u oportunidades identificadas que impliquen la creación de un servicio utilizando recursos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Asumen responsabilidad y aportan efectivamente en el diseño de la solución.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diferentes soluciones con los criterios establecidos (considerando aspectos éticos, potenciales impactos, normas de cuidado y seguridad, pertinencia de la solución, requerimientos técnicos, tipo y calidad de los recursos, facilidad de uso, expectativas de los destinatarios, etc.) para la elección de una solución.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una solución, basados en los criterios aplicados.</w:t>
            </w:r>
          </w:p>
          <w:p>
            <w:r>
              <w:rPr>
                <w:b/>
                <w:i w:val="0"/>
                <w:sz w:val="15"/>
              </w:rPr>
              <w:t>Evaluación 2 (OA 3)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criterios que permitan evaluar el servicio desarrollado considerando aspectos como: impacto ambiental y social, pertinencia de la solución, requerimientos técnicos, tipo y calidad de los recursos, facilidad de uso, seguridad, expectativas de los destinatarios,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 pertinencia del servicio desarrollado y del recurso digital utilizado, en relación con la necesidad o problema que se buscaba resolver.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posibles impactos positivos y negativos (ambientales, personales y/o colectivos) del servicio desarrollado.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mejoras al servicio desarrollado.</w:t>
            </w:r>
          </w:p>
          <w:p>
            <w:r>
              <w:rPr>
                <w:b/>
                <w:i w:val="0"/>
                <w:sz w:val="15"/>
              </w:rPr>
              <w:t>Evaluación 3 (OA 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la o las necesidades u oportunidades detectadas.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la información seleccionada utilizando recursos digitales u otros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métodos apropiados para comunicar la información o ideas y conceptos durante las diferentes etapas de la planificación y ejecución, utilizando recursos digitales u otros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terminología correcta para identificar y describir diferentes procesos, herramientas, recursos digitales y equipamiento utilizado en la creación y desarrollo del servicio. En la actividad 6, Comunicar los resultados, los y las estudiantes se centran en informar sus proyectos de implementación del servicio, incluyendo los procesos realizados desde el comienzo del mismo. La o el docente debe utilizar la evaluación para retroalimentar este proceso, guiando a sus estudiantes en la sistematización de la información por presentar y en el diseño de las formas de comunicación. Para evaluar la comunicación de los resultados de los proyectos de los y las estudiantes se sugiere considerar los siguientes aspectos: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Análisis de la información recogida a partir de la aplicación de los instrumentos y fundamentación de la necesidad establecida.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Justificación de la selección de la solución o servicio.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del diseño, modificaciones realizadas y su justificación.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la planificación, modificaciones y su justificación.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 del servicio implementado.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Autoevaluación del trabajo realizado, distribución de roles y funciones, cumplimiento de tareas y de los plazos establecidos Cuando se desarrolle una presentación de carácter oral es importante considerar en relación al diseño de la misma: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utilización de recursos digitales u otros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de terminología correcta para describir diferentes procesos, herramientas, recursos digitales u otros, y equipamiento utilizado.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de terminología apropiada de acuerdo a las características del destinatario.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Exposición de información relevante.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Claridad en las ideas expuestas y su ilación.</w:t>
            </w:r>
          </w:p>
          <w:p>
            <w:r>
              <w:rPr>
                <w:b/>
                <w:i w:val="0"/>
                <w:sz w:val="15"/>
              </w:rPr>
              <w:t>Sugerencia de evaluación 4 (OA 3)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servicio desarrollado a partir de la elaboración de criterios que consideran impactos ambientales y sociales, la pertinencia de la solución, requerimientos técnicos, tipo y calidad de los recursos, facilidad de uso, seguridad y expectativas de los destinatarios, permitiendo argumentar su pertinencia y proponiendo mejorar al servicio desarrollado.</w:t>
            </w:r>
          </w:p>
          <w:p>
            <w:r>
              <w:rPr>
                <w:b/>
                <w:i w:val="0"/>
                <w:sz w:val="15"/>
              </w:rPr>
              <w:t>Sugerencia de evaluación 5 (OA 4)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el diseño y las distintas etapas del proceso de desarrollo del servicio, sistematizando la información utilizando herramientas TIC, considerando la audiencia, organizando la información, usando terminología técnica y teniendo en cuenta aspectos éticos.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 ambiente, lo que se expresa en los requerimientos del trabajo colaborativo exigido en la producción de soluciones tecnológicas, en la reflexión y el debate sobre el análisis de productos tecnológicos, en la conservación de los recursos y del bien común, entre otros.</w:t>
            </w:r>
          </w:p>
          <w:p>
            <w:r>
              <w:rPr>
                <w:b w:val="0"/>
                <w:i w:val="0"/>
                <w:sz w:val="15"/>
              </w:rPr>
              <w:t>Valorar las potencialidades propias y del otro, en relación con el desarrollo de capacidades técnicas y tecnológicas, de los desarrollos tecnológicos en virtud de su aporte al mejoramiento de la calidad de vida, con todo lo que su producción requiere.</w:t>
            </w:r>
          </w:p>
          <w:p>
            <w:r>
              <w:rPr>
                <w:b w:val="0"/>
                <w:i w:val="0"/>
                <w:sz w:val="15"/>
              </w:rPr>
              <w:t>Trabajar colaborativamente, lo que se refleja en el compromiso por la prosecución de los objetivos del equipo; en asumir responsabilidades en el grupo y establecer maneras de trabajo eficiente; en aceptar consejos y críticas, escuchando y respetando al otro para llegar a acuerdos; en tomar conciencia y superar las dificultades personales y del trabajo; en aprender de los errores; en solicitar y prestar ayuda a sus pares para el cumplimiento de las metas del trabajo.</w:t>
            </w:r>
          </w:p>
          <w:p>
            <w:r>
              <w:rPr>
                <w:b w:val="0"/>
                <w:i w:val="0"/>
                <w:sz w:val="15"/>
              </w:rPr>
              <w:t>Demostrar disposición hacia la prevención de riesgos y el autocuidado, entendidos como la capacidad progresiva de valorar la vida, del cuerpo, el bienestar y la salud; así como el desarrollo de prácticas y hábitos para mejorar la propia seguridad y la de los demás y, con ello, prevenir riesgos.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actividad breve sobre experiencias previas con proyectos tecnológicos y uso de recursos digitales.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proyecto por etapas con lista de cotejo; revisión del diseño y la planificación.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OA 1, OA 2 con 10 indicadores. (pág. 81)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2: </w:t>
            </w:r>
            <w:r>
              <w:rPr>
                <w:b w:val="0"/>
                <w:i w:val="0"/>
                <w:sz w:val="15"/>
              </w:rPr>
              <w:t>OA 3 con 4 indicadores.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3: </w:t>
            </w:r>
            <w:r>
              <w:rPr>
                <w:b w:val="0"/>
                <w:i w:val="0"/>
                <w:sz w:val="15"/>
              </w:rPr>
              <w:t>OA 4 con 15 indicadores. Instrumento: Rúbrica sugerida para evaluar Unidad 1: Desarrollo e implementación de. (pág. 84)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4: </w:t>
            </w:r>
            <w:r>
              <w:rPr>
                <w:b w:val="0"/>
                <w:i w:val="0"/>
                <w:sz w:val="15"/>
              </w:rPr>
              <w:t>OA 3 con 1 indicadores y 1 criterios de desempeño. Instrumento: Criterios de evaluación.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5: </w:t>
            </w:r>
            <w:r>
              <w:rPr>
                <w:b w:val="0"/>
                <w:i w:val="0"/>
                <w:sz w:val="15"/>
              </w:rPr>
              <w:t>OA 4 con 1 indicadores y 1 criterios de desempeño. Instrumento: Criterios de evaluación. (pág. 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y software gratuito; encuestas en línea; necesidades reales del liceo o la comunidad local.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Evaluación e Impacto de una Solución</w:t>
            </w:r>
          </w:p>
          <w:p>
            <w:r>
              <w:rPr>
                <w:b w:val="0"/>
                <w:i w:val="0"/>
                <w:sz w:val="15"/>
              </w:rPr>
              <w:t>Esta unidad busca que los y las estudiantes puedan observar y caracterizar la influencia que la sociedad tiene sobre los avances y evolución de los productos tecnológicos y, a su vez, reconocer y describir impactos positivos y negativos que tiene esta evolución tecnológica sobre la sociedad y el medioambiente.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87–104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y análisis de información: comprendidas como habilidades relacionadas con identificar variedad de tipos de fuentes, acceder a estas, examinar y aceptar o rechazar fuentes, y con el análisis e interpretación de la información que dichas fuentes proveen. Adaptabilidad y flexibilidad: relacionadas con un grupo de habilidades que permiten asumir cambios personales frente a las exigencias que imponen la dinámica y rapidez de las transformaciones en el ámbito tecnológico. Esto es, capacidades para generar ideas explorando muchas soluciones posibles, y encontrar nuevas maneras de abordar y resolver problemas y situaciones. Creación: vinculada con habilidades para proponer y diseñar un nuevo objeto, sistema o servicio tecnológico como alternativa de solución frente a problemas personales o colectivos asociados a la tecnología, usando lenguajes técnicos. Emprendimiento: entendido como la capacidad para resolver y superar situaciones en las que la aplicación o la innovación en tecnología se constituyen en una oportunidad para mejorar la calidad de vida. Manejo de materiales, recursos energéticos, herramientas, técnicas y tecnología: referidas al conjunto de habilidades asociadas a la capacidad de transformar y adaptar recursos tangibles e intangibles en pos de producir soluciones tecnológicas. Trabajo en equipo: entendido como la capacidad de centrarse en los objetivos y coordinar acciones con otros, gestionar el tiempo, debatir y escuchar para llegar a acuerdos, solicitar y prestar cooperación para el cumplimiento de tareas habituales o emergentes. Comunicación: referida a un conjunto de habilidades asociadas a informar diseños, planes y resultados de su trabajo en procesos tecnológicos; contribuir productivamente en la discusión y/o elaboración; escuchar, comprender y responder en forma constructiva; y utilizar una variedad de formatos de comunicación. Reflexión crítica y responsable: referida a un conjunto de habilidades asociadas a la capacidad de reflexionar sobre los actos tecnológicos propios y de otros, considerando criterios de impacto social y ambiental, de calidad, de efectividad, de respeto y ética.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Evolución tecnológica – innovación tecnológica – impacto ambiental – impacto social – desarrollo tecnológico. CONTENIDOS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Innovaciones tecnológicas pasadas y actuales, y sus efectos en la sociedad y el medioambiente.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Influencias sociales, económicas, políticas y otras sobre el desarrollo e innovación tecnológica.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Aportes de la tecnología a la resolución de problemas 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e innovaciones tecnológicas en diferentes contextos culturales del país.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Evaluación 1 (OA 5)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los aspectos en que diferentes innovaciones tecnológicas (productos, procesos, técnicas) del pasado evolucionan a partir de la comparación y contrastación de sus versiones en diferentes épocas.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factores de diversa índole (sociales, económicos, históricos, culturales u otros) que han influido en los cambios o en la evolución de diferentes innovaciones tecnológicas del pasado.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evolución de las innovaciones tecnológicas con la evolución o cambio de los entornos en los cuales se producen.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efectos y cambios que han tenido los entornos debido a las innovaciones tecnológicas y su evolución en diferentes épocas.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5"/>
              </w:rPr>
              <w:t>Respetar al otro y al medioambiente, lo que se expresa en los requerimientos del trabajo colaborativo exigido en la producción de soluciones tecnológicas, en la reflexión y el debate sobre el análisis de productos tecnológicos, la conservación de los recursos y del bien común, entre otros.</w:t>
            </w:r>
          </w:p>
          <w:p>
            <w:r>
              <w:rPr>
                <w:b w:val="0"/>
                <w:i w:val="0"/>
                <w:sz w:val="15"/>
              </w:rPr>
              <w:t>Valorar las potencialidades propias y del otro, en relación con el desarrollo de capacidades técnicas y tecnológicas; con los desarrollos tecnológicos en virtud de su aporte al mejoramiento de la calidad de vida; y en relación con todo lo que su producción requiere.</w:t>
            </w:r>
          </w:p>
          <w:p>
            <w:r>
              <w:rPr>
                <w:b w:val="0"/>
                <w:i w:val="0"/>
                <w:sz w:val="15"/>
              </w:rPr>
              <w:t>Trabajar colaborativamente, lo que se refleja en el compromiso por la prosecución de los objetivos del equipo, asumir responsabilidades en el grupo y maneras de trabajo eficiente; aceptar consejos y críticas, escuchando y respetando al otro para llegar a acuerdos, tomar conciencia y superar las dificultades personales y del trabajo; aprender de los errores; solicitar y prestar ayuda a sus pares para el cumplimiento de las metas del trabajo.</w:t>
            </w:r>
          </w:p>
          <w:p>
            <w:r>
              <w:rPr>
                <w:b w:val="0"/>
                <w:i w:val="0"/>
                <w:sz w:val="15"/>
              </w:rPr>
              <w:t>Demostrar disposición hacia la prevención de riesgos y el autocuidado, entendidos como la capacidad progresiva de valorar la vida, el cuerpo, el bienestar y la salud; así como el desarrollo de prácticas y hábitos para mejorar la propia seguridad y la de los demás y, con ello, prevenir riesgos.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Presentaciones de avance de la investigación con pauta; retroalimentación de las conclusiones.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1: </w:t>
            </w:r>
            <w:r>
              <w:rPr>
                <w:b w:val="0"/>
                <w:i w:val="0"/>
                <w:sz w:val="15"/>
              </w:rPr>
              <w:t>OA 5 con 4 indicadores. Instrumento: Rúbrica sugerida para evaluar Unidad 2: Evolución e impacto de una solución. (pág. 102)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Fuentes sobre la evolución de productos y servicios; entrevistas a trabajadores de la región; líneas de tiempo.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ejemplos de soluciones reales, videos de procesos y fichas técnicas con apoyo visual.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proyecto con prototipos, maquetas, presentaciones digitales o informes.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necesidades reales del liceo o la comunidad y trabajar en equipos con roles.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EJE RESOLUCIÓN DE PROBLEMAS TECNOLÓGICOS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oportunidades o necesidades personales, grupales o locales que impliquen la creación de un servicio, utilizando recursos digitales u otros medios.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servicio que implique la utilización de recursos digitales u otros medios, considerando aspectos éticos, sus potenciales impactos y normas de cuidado y seguridad.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servicio desarrollado considerando criterios propios, técnicos y valóricos, y proponer mejoras asociadas tanto a los procesos como al producto final.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el diseño, la planificación u otros procesos del desarrollo de un servicio, utilizando herramientas TIC, considerando diferentes tipos de objetivos y audiencias y teniendo en cuenta aspectos éticos.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formas en que los productos tecnológicos y los entornos evolucionan, caracterizando los diversos factores que influyen en ese cambio.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Inferir, basándose en la evolución de los productos tecnológicos y los entornos, los efectos positivos o negativos que estos han tenido en la sociedad.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1° medio, Mineduc (Decreto Exento N° 1264/2016)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1°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1° medio</dc:title>
  <dc:subject/>
  <dc:creator/>
  <cp:keywords/>
  <dc:description>Generado el 2026-10-23 desde programa_tecnologia_1medio.pdf (sha256 4471dc28c20e)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