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Tecnología · 2°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Tecnología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2°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1 h pedagógicas semanales con JEC (38 h anuales) · 0,5 h sin JEC (19 h anuales) · 38 semanas: usar las del plan del establecimiento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2° básico, los estudiantes usan software de dibujo, procesador de textos e internet guiados por el docente. Reconocen soluciones tecnológicas a necesidades humanas, organizan las tareas para elaborar objetos, seleccionan materiales y técnicas, y prueban y explican sus trabajos.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Eje: Comunicación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Eje: Diseñar, hacer y probar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13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Eje: Diseñar, hacer y probar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26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Eje: Diseñar, hacer y probar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27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38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48).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Eje: Comunicación</w:t>
            </w:r>
          </w:p>
          <w:p>
            <w:r>
              <w:rPr>
                <w:b w:val="0"/>
                <w:i w:val="0"/>
                <w:sz w:val="15"/>
              </w:rPr>
              <w:t>En esta unidad, se espera que los estudiantes reconozcan el funcionamiento de software de dibujo, con el cual puedan dibujar y pintar imágenes preestablecidas o elaborar nuevas, aplicar colores y modificar imágenes.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50–62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5, 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6,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y comunicar información por medio de un software de presentación.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conocimiento técnico para el uso del procesador de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Abrir, editar y guardar información con un procesador de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Buscar, localizar y extraer información en internet, usando palabras clave.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Localizar información desde internet.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internet de forma segura.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Trabajar de forma independiente y con otros, conformando equipos de trabajo.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Aplicaciones de software de dibujo en funciones de organización y edición.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Aplicaciones del procesador de texto en funciones como escribir, editar, insertar y guardar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Configuración de aspectos básicos del procesador de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Funciones de la barra de herramientas de un navegador web.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Uso y aplicaciones de navegadores web.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Insertar formas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guardar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copiar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pegar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navegador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buscadores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procesador de texto.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5) · pág. 60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y pintan líneas rectas y curvas, flechas, rombos y polígonos.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ideas, combinando líneas y formas predeterminadas (como estrellas, cruces, globos).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imágenes, cambiando color y tamaño de pinceles, lápices, brochas y formas.</w:t>
            </w:r>
          </w:p>
          <w:p>
            <w:r>
              <w:rPr>
                <w:b/>
                <w:i w:val="0"/>
                <w:sz w:val="15"/>
              </w:rPr>
              <w:t>Ejemplo 2 (OA 6) · pág. 61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Abren, cierran y guardan archivos de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las características básicas de un procesador de textos (por ejemplo: tipo y tamaño de fuente, tamaño de papel, vista de página).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opciones de edición para cortar y pegar texto en un documento.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Insertan y ajustan imágenes o autoformas en documentos.</w:t>
            </w:r>
          </w:p>
          <w:p>
            <w:r>
              <w:rPr>
                <w:b/>
                <w:i w:val="0"/>
                <w:sz w:val="15"/>
              </w:rPr>
              <w:t>Ejemplo 3 (OA 7) · pág. 62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Distinguen, en el uso, los términos básicos asociados a internet (como http, www, dominios).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direcciones web para buscar páginas específicas.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palabras clave en páginas web para buscar información.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por el entorno tecnológico, y disposición a informarse y explorar sus diversos usos, funcionamiento y materiales.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diseño de tecnologías innovadoras.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 uso seguro y responsable de internet, cumpliendo las reglas entregadas por el profesor y respetando los derechos de autor.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tarea breve de dibujar y escribir su nombre en el computador para observar manejo básico.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Lista de cotejo de acciones digitales (guardar, copiar, pegar, buscar); revisión de un texto breve creado por ellos.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planos nos permiten orientarnos y tener claridad del conjunto de los elementos que están presentes en un lugar amplio. Instrumento: Criterios de evaluación. (pág. 60)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 invitamos a que nos cuente qué hace durante los fines de semana. Instrumento: Criterios de evaluación. (pág. 61)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Catalina debe mostrar los diferentes servicios presentes en un día normal en que asiste a su colegio. Instrumento: Criterios de evaluación. (pág. 62)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Computadores con software de dibujo y procesador de textos; buscadores infantiles seguros; normas de uso de internet.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Eje: Diseñar, hacer y probar</w:t>
            </w:r>
          </w:p>
          <w:p>
            <w:r>
              <w:rPr>
                <w:b w:val="0"/>
                <w:i w:val="0"/>
                <w:sz w:val="15"/>
              </w:rPr>
              <w:t>La unidad pretende que los estudiantes observen y reconozcan de su entorno directo, la presencia de soluciones que el hombre ha generado a los problemas que se le presentan diariamente.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63–72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13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Comprender que los objetos responden a necesidades.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diseños de objetos tecnológicos.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ideas por medio de dibujos y modelos tecnológicos.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Reconocer las etapas de la elaboración de un producto.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los requerimientos necesarios para elaborar una solución tecnológica.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Asumir diferentes roles en la elaboración de un producto.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Reconocer y considerar medidas de seguridad en la elaboración de un producto tecnológico.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Necesidades del ser humano en relación con los productos tecnológicos.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y transformación de objetos o sistemas tecnológicos.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Representación gráfica de ideas por medio del dibujo o modelos tecnológicos.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Uso de software de dibujo.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Actividades productivas.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Etapas en la elaboración de un producto.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 planificación como herramienta necesaria en la producción de objetos tecnológicos.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Necesidades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problemas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propuestas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proyectos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soluciones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actividades productivas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secuencia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medidas de seguridad y calidad.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71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Plantean posibilidades del diseño del objeto a construir.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cada una de las propuestas de diseño e identifican sus fortalezas y debilidades.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bocetos con ideas de forma, tamaño y color para su objeto tecnológico.</w:t>
            </w:r>
          </w:p>
          <w:p>
            <w:r>
              <w:rPr>
                <w:b/>
                <w:i w:val="0"/>
                <w:sz w:val="15"/>
              </w:rPr>
              <w:t>Ejemplo 2 (OA 2) · pág. 72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las principales operaciones y secuencias de acciones para llegar a la etapa final del proceso de elaboración de un objeto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los materiales necesarios para elaborar un objeto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las herramientas necesarias para elaborar un objeto tecnológico.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por el entorno tecnológico, y disposición a informarse y explorar sus diversos usos, funcionamiento y materiales.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 uso seguro y responsable de internet, cumpliendo las reglas entregadas por el profesor y respetando los derechos de autor.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Dibujo del diseño y secuencia de pasos en ficha; conversación sobre la necesidad que resuelve.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En Chile hubo varios pueblos conviviendo durante el periodo precolombino y se ubicaban en distintas zonas del país. Instrumento: Criterios de evaluación. (pág. 71)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La fabricación de un objeto posee varios momentos o etapas previas, desde determinar los materiales y herramientas hasta establecer los pasos necesarios para obtenerlo. Instrumento: Criterios de evaluación. (pág. 72)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Objetos del entorno (estufa, ventilador, paraguas, gorro para el sol); fichas de planificación con imágenes.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Eje: Diseñar, hacer y probar</w:t>
            </w:r>
          </w:p>
          <w:p>
            <w:r>
              <w:rPr>
                <w:b w:val="0"/>
                <w:i w:val="0"/>
                <w:sz w:val="15"/>
              </w:rPr>
              <w:t>La unidad pretende que los estudiantes reconozcan los materiales presentes en un objeto tecnológico e identifiquen las principales propiedades de cada material, para establecer la conveniencia de su uso de acuerdo a los requerimientos planteados en una situación problemática.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73–81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Reconocer los materiales que están presentes en un objeto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Concluir qué tipo de material es más apropiado para elaborar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Clasificar materiales de acuerdo a sus características.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Reconocer las diferencias entre cada trabajo en cuanto al tipo de material empleado.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Reconocer la existencia de ciertas técnicas aplicadas para obtener un determinado producto.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y describir los conceptos de seguridad, facilidad de uso y estética de un objeto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Criterios de evaluación de calidad de variados objetos en cuanto a su seguridad, organización, facilidad de uso y materiales empleados en un objeto.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Establecer relaciones entre las propiedades de los materiales y el uso del objeto en un contexto determinado.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Técnicas básicas de elaboración de productos.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Selección de herramientas.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Identificación de técnicas para la elaboración de un producto.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Relación entre las propiedades de los materiales y el uso del objeto en un contexto determinado.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Técnicas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productos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probar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seguridad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eficiencia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facilidad de uso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estética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organización.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3) · pág. 80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los procedimientos necesarios para elaborar un determinado producto.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las etapas de un proyecto, registrando los progresos que van realizando en cuanto a preparación y unión de sus piezas.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Emplean herramientas con una correcta aplicación de sus técnicas.</w:t>
            </w:r>
          </w:p>
          <w:p>
            <w:r>
              <w:rPr>
                <w:b/>
                <w:i w:val="0"/>
                <w:sz w:val="15"/>
              </w:rPr>
              <w:t>Ejemplo 2 (OA 4) · pág. 81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aspectos que se deben considerar al momento de evaluar un objeto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resultados de los trabajos propios y de otros, de forma individual o en equipos, en cuanto a sus materiales, herramientas, técnicas, terminaciones y funcionamiento.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Indican aspectos de los trabajos que podrían optimizarse o mejorar en el futuro.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diseño de tecnologías innovadoras.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Prueba de objetos con criterios simples (funciona, es seguro, es bonito); coevaluación en parejas.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Una nueva tienda de camisas ha llegado a la ciudad y le han pedido al curso elaborar bolsas para los clientes que compren en ella. Instrumento: Criterios de evaluación. (pág. 80)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Muchos objetos de uso diario generan problemas al usarlos (lápices, delantales, sillas, estuches, entre otros). Instrumento: Criterios de evaluación. (pág. 81)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Papel, cartón, tela, plástico y madera liviana; tijeras y pegamento; muestras de materiales para comparar.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Eje: Diseñar, hacer y probar</w:t>
            </w:r>
          </w:p>
          <w:p>
            <w:r>
              <w:rPr>
                <w:b w:val="0"/>
                <w:i w:val="0"/>
                <w:sz w:val="15"/>
              </w:rPr>
              <w:t>Se espera que los estudiantes puedan proponer una secuencia de acciones para la obtención de un producto, organizando correctamente las fases de elaboración, como la preparación, la unión y el acabado de las piezas, considerando las necesidades que se deben satisfacer a partir de un problema o desafío que puede ser resuelto de diferentes maneras.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82–94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27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3, OA 4,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diseños de objetos a partir de productos existentes para resolver problemas simples o aprovechar oportunidades.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el trabajo previo a la elaboración de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Distinguir un problema o situación problemática, dando solución por medio de un diseño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fases del proceso de construcción o fabricación (preparación, unión y acabado de piezas)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materiales y herramientas de forma segura.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conocimiento técnico de uso y funcionamiento de objetos simples.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Trabajar de forma independiente y con otros, conformando equipos de trabajo cuando el desafío o tarea lo requiera.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Soluciones tecnológicas.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 de medición y marcado, trazado, unión, corte.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 elaborados (papeles, tejidos, plásticos, cerámicos, etc.) y de desecho.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Principios tecnológicos (funcionamiento, técnicos, medioambientales y de seguridad).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técnica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prueba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criterios de funcionamiento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criterio medioambiental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criterios de seguridad.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Respecto del diseño (OA 1) · pág. 92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los aspectos favorables y desfavorables de un objeto tecnológico de uso cotidiano.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cambios o transformaciones a objetos tecnológicos dados.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ideas mediante dibujos y modelos tecnológicos.</w:t>
            </w:r>
          </w:p>
          <w:p>
            <w:r>
              <w:rPr>
                <w:b/>
                <w:i w:val="0"/>
                <w:sz w:val="15"/>
              </w:rPr>
              <w:t>Respecto del uso de TIC (OA 7) · pág. 92</w:t>
            </w:r>
          </w:p>
          <w:p>
            <w:r>
              <w:rPr>
                <w:b/>
                <w:i w:val="0"/>
                <w:sz w:val="15"/>
              </w:rPr>
              <w:t>Respecto de la planiﬁ cación del proyecto (OA 2) · pág. 92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Indican las principales operaciones y secuencias para llegar a la etapa final del proceso de elaboración de un objeto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las características básicas de los distintos tipos de materiales.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el proceso de transformación de algunos materiales.</w:t>
            </w:r>
          </w:p>
          <w:p>
            <w:r>
              <w:rPr>
                <w:b/>
                <w:i w:val="0"/>
                <w:sz w:val="15"/>
              </w:rPr>
              <w:t>Respecto de los procesos de construcción (OA 3) · pág. 93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y aplican técnicas apropiadas para obtener un determinado producto.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las diferentes propiedades que poseen los materiales y herramientas.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el tipo de materiales y herramientas apropiados para elaborar un objeto.</w:t>
            </w:r>
          </w:p>
          <w:p>
            <w:r>
              <w:rPr>
                <w:b/>
                <w:i w:val="0"/>
                <w:sz w:val="15"/>
              </w:rPr>
              <w:t>Respecto del objeto construido (OA 4) · pág. 93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una adecuada asignación de tareas, funciones y clima de trabajo positivo en un grupo de trabajo.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la calidad de los objetos tecnológicos en torno a la seguridad, organización, facilidad de uso y materiales empleados en un objeto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comportamientos de los materiales y las herramientas asociados a tareas dadas.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por el entorno tecnológico, y disposición a informarse y explorar sus diversos usos, funcionamiento y materiales.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diseño de tecnologías innovadoras.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 uso seguro y responsable de internet, cumpliendo las reglas entregadas por el profesor y respetando los derechos de autor.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Lista de cotejo del proceso completo (preparar, unir, acabar); exposición del producto al curso.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del diseño: </w:t>
            </w:r>
            <w:r>
              <w:rPr>
                <w:b w:val="0"/>
                <w:i w:val="0"/>
                <w:sz w:val="15"/>
              </w:rPr>
              <w:t>OA 1 con 0 indicadores y 3 criterios de desempeño. Instrumento: Criterios de evaluación. (pág. 92)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del uso de TIC: </w:t>
            </w:r>
            <w:r>
              <w:rPr>
                <w:b w:val="0"/>
                <w:i w:val="0"/>
                <w:sz w:val="15"/>
              </w:rPr>
              <w:t>OA 7 con 0 indicadores. (pág. 92)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 la planiﬁ cación del proyecto: </w:t>
            </w:r>
            <w:r>
              <w:rPr>
                <w:b w:val="0"/>
                <w:i w:val="0"/>
                <w:sz w:val="15"/>
              </w:rPr>
              <w:t>OA 2 con 0 indicadores y 3 criterios de desempeño. Instrumento: Criterios de evaluación. (pág. 92)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 los procesos de construcción: </w:t>
            </w:r>
            <w:r>
              <w:rPr>
                <w:b w:val="0"/>
                <w:i w:val="0"/>
                <w:sz w:val="15"/>
              </w:rPr>
              <w:t>OA 3 con 0 indicadores y 3 criterios de desempeño. Instrumento: Criterios de evaluación. (pág. 93)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del objeto construido: </w:t>
            </w:r>
            <w:r>
              <w:rPr>
                <w:b w:val="0"/>
                <w:i w:val="0"/>
                <w:sz w:val="15"/>
              </w:rPr>
              <w:t>OA 4 con 0 indicadores y 3 criterios de desempeño. Instrumento: Criterios de evaluación. (pág. 93)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 reciclado; herramientas de medición y corte; problemas cercanos de la sala o el hogar.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Mostrar objetos reales, demostraciones paso a paso e instrucciones con imágenes.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comunicar el diseño con dibujos, modelos con plasticina o explicación oral.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Plantear problemas cercanos a su vida diaria, trabajo en parejas y roles dentro del equipo.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DISEÑAR, HACER Y PROBAR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195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diseños de objetos tecnológicos, representando sus ideas a través de dibujos a mano alzada o modelos concretos, desde ámbitos cercanos y tópicos de otras asignaturas, con orientación del profesor.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195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Organizar las tareas para elaborar un objeto tecnológico, distinguiendo las acciones, los materiales y las herramientas necesarias para lograr el resultado deseado.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195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un objeto tecnológico según las indicaciones del profesor, seleccionando y experimentando con: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técnicas y herramientas para medir, cortar, plegar, unir, pegar, pintar, entre otras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materiales como papeles, fibras, plásticos, desechos, entre otros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195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Probar y explicar los resultados de los trabajos propios y de otros, de forma individual o en equipos, dialogando sobre sus ideas y señalando cómo podría mejorar el trabajo en el futuro.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COMUNICACIÓN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195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software de dibujo para crear y representar diferentes ideas por medio de imágenes.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195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procesador de textos para crear, editar y guardar información.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195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internet para acceder y extraer información siguiendo las indicaciones del profesor y considerando la seguridad de la fuente.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 por el entorno tecnológico, y disposición a informarse y explorar sus diversos usos, funcionamiento y materiales.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creatividad, experimentando, imaginando y pensando divergentemente.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iniciativa personal y emprendimiento en la creación y diseño de tecnologías innovadoras.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trabajar en equipo, colaborar con otros y aceptar consejos y críticas.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un uso seguro y responsable de internet, cumpliendo las reglas entregadas por el profesor y respetando los derechos de autor.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Tecnología 2°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Tecnología · 2°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Tecnología · 2° básico</dc:title>
  <dc:subject/>
  <dc:creator/>
  <cp:keywords/>
  <dc:description>Generado el 2026-10-23 desde programa_tecnologia_2basico.pdf (sha256 f2fcd3eb35f3)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