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Tecnología · 3°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Tecnología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con JEC (38 h anuales) · 0,5 h sin JEC (19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básico, los estudiantes usan software de presentación, procesador de textos e internet para comunicar ideas. Diseñan objetos o sistemas simples con bocetos y maquetas, planifican su elaboración, los construyen con técnicas y herramientas adecuadas, y evalúan su calidad con criterios técnicos y medioambientales.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Comunicación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13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27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Comunicación</w:t>
            </w:r>
          </w:p>
          <w:p>
            <w:r>
              <w:rPr>
                <w:b w:val="0"/>
                <w:i w:val="0"/>
                <w:sz w:val="15"/>
              </w:rPr>
              <w:t>Se espera que los estudiantes demuestren sus habilidades en el uso software de presentación y de las distintas herramientas que se requieren para su funcionamiento, aplicando dichas herramientas para comunicar ideas con diferentes propósitos.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y comunicar información por medio de un software de 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para el uso de procesador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Abrir, editar, imprimir y guardar información con un procesador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Buscar información en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Localizar información en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Almacenar información de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Internet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Aplicaciones de un software de presentación en funciones de organización, edición y animación.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Aplicaciones del procesador de texto en funciones como escribir y editar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Configuración de aspectos básicos del procesador de texto y usar las opciones de ayuda.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Insertar, seleccionar y editar información en un documento.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Navegadores web y sus aplicaciones.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Buscadores de internet y palabras clave.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archivo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guardar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internet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barra de búsqueda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buscadores y dirección web.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60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Editan contenido de presentaciones, como textos, colores, formas.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Insertan textos e imágenes en presentaciones.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textos e imágenes según tipo de presentación (una investigación, un cuento, una publicidad).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Abren y guardan archivos de presentación en espacios físicos de un computador.</w:t>
            </w:r>
          </w:p>
          <w:p>
            <w:r>
              <w:rPr>
                <w:b/>
                <w:i w:val="0"/>
                <w:sz w:val="15"/>
              </w:rPr>
              <w:t>Ejemplo 2 (OA 6) · pág. 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formato de página para establecer portada, encabezado y numeración.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opciones de edición para seleccionar, cortar, mover y pegar texto de un documento.</w:t>
            </w:r>
          </w:p>
          <w:p>
            <w:r>
              <w:rPr>
                <w:b/>
                <w:i w:val="0"/>
                <w:sz w:val="15"/>
              </w:rPr>
              <w:t>Ejemplo 3 (OA 7) · pág. 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palabras clave en buscadores para localizar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Extraen y almacenan información de internet por medio del uso de favoritos e historial.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tarea breve de escribir y guardar un texto y de recortar y armar una figura simple.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una presentación breve con lista de cotejo; verificación de búsquedas en fuentes seguras.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Gabriela es alumna de 3º básico y ha sacado diferentes fotos a un chinchinero. Instrumento: Criterios de evaluación. (pág. 60)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Desde marzo hasta diciembre, escolares de todo el país se trasladan desde sus hogares al sus colegios, escuelas o liceos, por lo que se necesita aumentar la seguridad en estos trayectos. Instrumento: Criterios de evaluación. (pág. 61)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Desafío: Un grupo de estudiantes está investigando cuáles son las mejores zonas climáticas del planeta para vivir, pues quieren conocer cuáles se encuentran en Chile. Instrumento: Criterios de evaluación. (pág. 63)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con software de presentación y procesador de textos; navegador con buscador; pauta de fuentes seguras.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creen diseños de objetos o sistemas tecnológicos para resolver problemas y planifiquen las acciones necesarias para elaborar objetos tecnológicos, considerando materiales, herramientas, técnicas y medidas de seguridad en cada una de las fases del proceso de construcción.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65–78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13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a partir de productos existentes para resolver problemas simples o aprovechar oportunidades.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previo a procesos de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Explorar las técnicas y medidas de seguridad necesarias para elaborar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ideas por medio de diferentes formas de dibujo a mano alzada o usando TIC.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Modelos tecnológicos: maquetas.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 a mano alzada: boceto y croquis de objetos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Objetos tecnológicos combinados.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Materiales, herramientas, técnicas y medidas de seguridad para la elaboración de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Fases del proceso de elaboración: preparación, unión y acabado de piezas.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objetos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croquis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boceto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ámbito tecnológico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fases del proceso de elaboración y solución tecnológica.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necesidades que se satisfacen por medio de objetos o sistemas en diferentes ámbitos tecnológicos (como transporte, vestuario, alimentación).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características relevantes de diseño (función, forma, partes) de un objeto o sistema existente.</w:t>
            </w:r>
          </w:p>
          <w:p>
            <w:r>
              <w:rPr>
                <w:b/>
                <w:i w:val="0"/>
                <w:sz w:val="15"/>
              </w:rPr>
              <w:t>Ejemplo 2 (OA 2)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una secuencia con las acciones necesarias para elaborar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Listan los materiales y las herramientas necesarias de acuerdo a cada una de las piezas o partes del objeto que se quiere elaborar.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las técnicas necesarias para elaborar un objeto tecnológico.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bocetos y croquis con pauta; presentación oral de la planificación del objeto.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Joaquín es estudiante de 3º básico y debe organizar y ordenar sus útiles escolares para hacer eficiente el trabajo en la sala de clases y colaborar con el orden, pues a diario se les pierden o quedan desordenados sobre su mesa. Instrumento: Criterios de evaluación. (pág. 76)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Responda: - ¿Por qué se debe organizar el trabajo antes de hacer un objeto? - ¿Cuáles son las fases para hacer un objeto tecnológico? 2 A partir de los objetos tecnológicos representados en la tabla, escriba los materiales, las herramientas, las técnicas y las medidas de seguridad necesarias para elaborarlos. Instrumento: Criterios de evaluación. (pág. 77)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 cuadriculado y lápices; maquetas de cartón; problemas locales (ordenar materiales, proteger plantas del sol o del viento).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hagan objetos o sistemas tecnológicos con estándares de calidad, ampliando sus capacidades para construir, confeccionar o elaborar productos.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79–93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fases del proceso de construcción o fabricación (preparación, unión y acabado de piezas).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técnicas de conformación de objetos de forma sistemática en procesos de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y herramientas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para probar la calidad de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 cuando el desafío o la tarea lo requiera.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para medir, cortar y golpear (regla, tijera, martillo).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elaborados (papeles, cartones, tejidos), sin elaborar (piedras, ramas, pintura) y de desecho (envases de yogurt, cilindro de papel higiénico, bombillas).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estéticas de objetos (color y formas).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técnicos, medioambientales y de seguridad.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tecnológico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fases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(tijera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puntas de acero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martillo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(papeles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cartón de doble faz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cartón corrugado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cerámica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técnicos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estéticos y de seguridad.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técnicas necesarias para manipular herramientas específicas (reglas, tijeras escolares, sierra de calar manual, entre otras).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técnicas y herramientas necesarias para transformar materiales (medir, marcar, pegar, entre otras).</w:t>
            </w:r>
          </w:p>
          <w:p>
            <w:r>
              <w:rPr>
                <w:b/>
                <w:i w:val="0"/>
                <w:sz w:val="15"/>
              </w:rPr>
              <w:t>Ejemplo 2 (OA 4)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Ponen a prueba el objeto para determinar si cumple con su propósito.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pruebas, usando criterios técnicos como adecuación de materiales, terminaciones, estructura, entre otras.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Prueba de calidad del objeto con lista de cotejo; coevaluación del uso seguro de herramientas.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Existen personas que pueden crear música con instrumentos musicales sencillos y otros más complejos; incluso a partir de elementos que están en el entorno natural y artificial, y que no son necesariamente instrumentos musicales. Instrumento: Criterios de evaluación. (pág. 90)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Desafío: Juego de máscaras En fiestas, juegos, obras de teatro, etc., se usan máscaras para personificarse o ilustrarse como un personaje distinto. Instrumento: Criterios de evaluación. (pág. 92)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Regla, tijeras, martillo y clavos pequeños; cartón, madera blanda, lana; normas de seguridad del taller.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puedan definir, caracterizar y resolver problemas tecnológicos de diferentes complejidades, mediante el desarrollo completo de un proceso tecnológico que involucre la aplicación de habilidades asociadas a diseñar, hacer y probar.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94–106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27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a partir de productos existentes para resolver problemas simples o aprovechar oportunidades.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previo a la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procesos de construcción o fabricación (preparación, unión y acabado de piezas).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y herramientas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para probar la calidad de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 cuando el desafío o tarea lo requiera.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Soluciones tecnológicas.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Vistas principales de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Proceso de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de medición y marcado, trazado, unión, corte (regla, cinta métrica, plumones, puntas de acero, tijeras, alicate, agujas).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elaborados (papeles, tejidos, plásticos, cerámicos, etc.) y de desecho (cajas de cartón, cables, cordeles, botellas, vasos y platos de plástico, rollos de toallas,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técnicos, medioambientales y de seguridad.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elaboración y prueba.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Respecto del diseño (OA 1)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necesidades que satisface el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objetos tecnológicos similares.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gráficamente bocetos de acuerdo a requermientos técnicos.</w:t>
            </w:r>
          </w:p>
          <w:p>
            <w:r>
              <w:rPr>
                <w:b/>
                <w:i w:val="0"/>
                <w:sz w:val="15"/>
              </w:rPr>
              <w:t>Respecto del uso de TIC (OA 7) · pág. 105</w:t>
            </w:r>
          </w:p>
          <w:p>
            <w:r>
              <w:rPr>
                <w:b/>
                <w:i w:val="0"/>
                <w:sz w:val="15"/>
              </w:rPr>
              <w:t>Respecto de la planiﬁ cación del proyecto (OA 2)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tareas a realizar en función del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materiales, herramientas, técnicas y medidas de seguridad en plan de construcción.</w:t>
            </w:r>
          </w:p>
          <w:p>
            <w:r>
              <w:rPr>
                <w:b/>
                <w:i w:val="0"/>
                <w:sz w:val="15"/>
              </w:rPr>
              <w:t>Respecto de los procesos de construcción (OA 3)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objetos de acuerdo a diseño previo y procedimiento técnico.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materiales elaborados para construir el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herramientas de medición, trazado, corte, unión y acabado.</w:t>
            </w:r>
          </w:p>
          <w:p>
            <w:r>
              <w:rPr>
                <w:b/>
                <w:i w:val="0"/>
                <w:sz w:val="15"/>
              </w:rPr>
              <w:t>Respecto del objeto construido (OA 4)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funcionamiento del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 el objeto construido, aplicando criterios técnicos, medioambientales y de seguridad.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aspecto a mejorar del objeto construido.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Rúbrica del proceso tecnológico completo (diseño, planificación, elaboración, prueba); presentación al curso.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diseño: </w:t>
            </w:r>
            <w:r>
              <w:rPr>
                <w:b w:val="0"/>
                <w:i w:val="0"/>
                <w:sz w:val="15"/>
              </w:rPr>
              <w:t>OA 1 con 0 indicadores y 3 criterios de desempeño. Instrumento: Criterios de evaluación.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uso de TIC: </w:t>
            </w:r>
            <w:r>
              <w:rPr>
                <w:b w:val="0"/>
                <w:i w:val="0"/>
                <w:sz w:val="15"/>
              </w:rPr>
              <w:t>OA 7 con 0 indicadores.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la planiﬁ cación del proyecto: </w:t>
            </w:r>
            <w:r>
              <w:rPr>
                <w:b w:val="0"/>
                <w:i w:val="0"/>
                <w:sz w:val="15"/>
              </w:rPr>
              <w:t>OA 2 con 0 indicadores y 2 criterios de desempeño. Instrumento: Criterios de evaluación.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los procesos de construcción: </w:t>
            </w:r>
            <w:r>
              <w:rPr>
                <w:b w:val="0"/>
                <w:i w:val="0"/>
                <w:sz w:val="15"/>
              </w:rPr>
              <w:t>OA 3 con 0 indicadores y 3 criterios de desempeño. Instrumento: Criterios de evaluación. (pág. 106)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objeto construido: </w:t>
            </w:r>
            <w:r>
              <w:rPr>
                <w:b w:val="0"/>
                <w:i w:val="0"/>
                <w:sz w:val="15"/>
              </w:rPr>
              <w:t>OA 4 con 0 indicadores y 3 criterios de desempeño. Instrumento: Criterios de evaluación. (pág. 106)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Materiales reciclados y naturales; herramientas del taller; registro fotográfico de las etapas.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procedimientos con demostración, tutoriales breves, fichas técnicas y ejemplos de objetos reales.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el diseño con bocetos, maquetas, presentaciones digitales o exposición oral.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del entorno local, con elección de solución y roles en el equipo de proyecto.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DISEÑAR, HACER Y PROBAR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diseños de objetos o sistemas tecnológicos simples para resolver problemas: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desde diversos ámbitos tecnológicos y tópicos de otras asignaturas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sus ideas a través de dibujos a mano alzada, modelos concretos o usando TIC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explorando y combinando productos existentes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la elaboración de un objeto tecnológico, incorporando la secuencia de acciones, materiales, herramientas, técnicas y medidas de seguridad necesarias para lograr el resultado deseado.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un objeto tecnológico para resolver problemas, seleccionando y demostrando dominio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técnicas y herramientas para medir, marcar, cortar, plegar, unir, pegar, pintar, entre otras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como papeles, cartones, fibras, plásticos, cerámicos, desechos, entre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Probar y evaluar la calidad de los trabajos propios o de otros, de forma individual o en equipos, aplicando criterios técnicos, medioambientales y de seguridad y dialogando sobre sus resultados e ideas de mejoramiento.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software de presentación para organizar y comunicar ideas con diferentes propósitos.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procesador de textos para crear, editar, dar formato y guardar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internet y buscadores para localizar, extraer y almacenar información, considerando la seguridad de la fuente.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por el entorno tecnológico, y disposición a informarse y explorar sus diversos usos, funcionamiento y materiales.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iniciativa personal y emprendimiento en la creación y diseño de tecnologías innovadoras.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 uso seguro y responsable de internet, cumpliendo las reglas entregadas por el profesor y respetando los derechos de autor.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Tecnología 3°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Tecnología · 3°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Tecnología · 3° básico</dc:title>
  <dc:subject/>
  <dc:creator/>
  <cp:keywords/>
  <dc:description>Generado el 2026-10-23 desde programa_tecnologia_3basico.pdf (sha256 4a3bb05be3c9)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