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4°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con JEC (38 h anuales) · 0,5 h sin JEC (19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básico, los estudiantes usan software de presentación, hojas de cálculo, procesador de textos e internet para organizar y comunicar información. Diseñan con bocetos y vistas, transforman productos existentes, los elaboran con técnicas variadas y evalúan su funcionamiento con criterios técnicos y medioambientales.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48).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Comunicación</w:t>
            </w:r>
          </w:p>
          <w:p>
            <w:r>
              <w:rPr>
                <w:b w:val="0"/>
                <w:i w:val="0"/>
                <w:sz w:val="15"/>
              </w:rPr>
              <w:t>Se espera que los estudiantes demuestren sus habilidades en el uso de software de presentación y de hojas de cálculo, identificando las distintas herramientas que se requiere para su funcionamiento y aplicándolas para organizar y comunicar ideas.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50–64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y comunicar información por medio de un software de 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Insertar e interpretar gráficos de barra simple en hojas de cálculo.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Abrir, editar y guardar información con un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Buscar información en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Localizar información en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Extraer información desde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internet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Software de presentación en funciones de organización, edición y animación.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Hoja de cálculo en funciones de edición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Procesador de texto en funciones como escribir, editar, insertar y guardar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Navegador web en funciones de búsqueda e ingreso de información y uso de herramientas.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documento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hoja de cálculo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navegador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dirección web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correo electrónico.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Insertan efectos de movimiento o sonido en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una secuencia en la presentación, considerando la cantidad de imágenes, textos y el tamaño de la fuente.</w:t>
            </w:r>
          </w:p>
          <w:p>
            <w:r>
              <w:rPr>
                <w:b/>
                <w:i w:val="0"/>
                <w:sz w:val="15"/>
              </w:rPr>
              <w:t>Ejemplo 2 (OA 6)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formatos de página para establecer el diseño general de un documento (tamaños de página, márgenes, orientación).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documentos con diferentes tipos de formatos de texto (tamaños, fuente, color).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Abren y guardan archivos de texto en espacios físicos del computador, memorias flash u otras ubicaciones externas.</w:t>
            </w:r>
          </w:p>
          <w:p>
            <w:r>
              <w:rPr>
                <w:b/>
                <w:i w:val="0"/>
                <w:sz w:val="15"/>
              </w:rPr>
              <w:t>Ejemplo 3 (OA 7)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buscadores de internet para diferentes fines específicos (como buscar imágenes, documentos, videos,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estrategias de búsqueda para localizar archivos de texto, imagen y sonido en internet.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tarea breve de crear una diapositiva y buscar una imagen para observar manejo de software e internet.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una presentación con datos organizados en hoja de cálculo; lista de cotejo de búsqueda y evaluación de fuentes.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Abra el archivo de presentación que se encuentra en la carpeta señalada por el profesor (En él deben estar las siguientes imágenes).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Copian un poema trabajado en Lenguaje y Comunicación, como Oda a una estrella de Pablo Neruda o Amor en la biblioteca de Liliana Cinetto. Instrumento: Criterios de evaluación. (pág. 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Pedro es un niño de nueve años a quien siempre le ha llamado la atención todo lo relacionado con los idiomas que se hablan en el mundo. Instrumento: Criterios de evaluación. (pág. 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de presentación, hojas de cálculo y procesador de textos; correo electrónico escolar supervisado.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creen diseños de objetos o sistemas tecnológicos y exploren y transformen productos existentes para dar solución a un problema.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65–74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técnicas para transformar objetos, sacando o agregando partes o sin sacar o quitar partes.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un problema o situación problemática y darle solución por medio de un diseño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ideas por medio de diferentes formas de dibujo a mano alzada o digital.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a mano alzada: boceto y croquis.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 principales de un objeto: alzado, planta, lateral izquierdo.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físicas y de funcionamiento de objetos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del proceso de construcción: preparación, unión y acabado de piezas.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alzado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perfil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croquis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boceto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 de construcción.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un problema u oportunidad que refleja una necesidad específica en un ámbito tecnológico determinado (fuentes de energía, contaminación, viviendas).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características físicas y de funcionamiento de objetos o sistemas tecnológicos existentes.</w:t>
            </w:r>
          </w:p>
          <w:p>
            <w:r>
              <w:rPr>
                <w:b/>
                <w:i w:val="0"/>
                <w:sz w:val="15"/>
              </w:rPr>
              <w:t>Ejemplo 2 (OA 2)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una secuencia con las acciones necesarias para la elaboración de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los materiales y las herramientas necesarias de acuerdo a cada una de las piezas o partes del objeto que se quiere elaborar.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medidas de seguridad necesarias para elaborar un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croquis con vistas de alzado, planta y perfil; presentación de la transformación propuesta.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José es un alumno de 4º año básico y sus padres le han encomendado la misión de diseñar objetos para su dormitorio que cumplan la función de guardar sus libros, mantener ordenado sus zapatos o colgar su mochila de colegio.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Elaboran un listado de al menos cinco objetos que se puedan fabricar, utilizando solo un martillo, un atornillador, un alicate, una huincha de medir y una brocha. Instrumento: Criterios de evaluación.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cotidianos para dibujar en vistas; papel cuadriculado; ejemplos de objetos transformados o reutilizados.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apliquen las técnicas necesarias para elaborar de un producto y así obtener objetos o sistemas tecnológicos de calidad, ampliando sus capacidades para construir, fabricar, confeccionar o elaborar productos.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75–85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fases del proceso de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técnicas de conformación de objetos de forma sistemática en procesos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de uso y funcionamiento de objetos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medidas de seguridad en relación con el tipo de trabajo realizado.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efectividad de un producto elaborado.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tecnológicos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medición, marcado, trazado, unión, corte.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tejidos, plásticos, cerámicos, etc.)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estéticas en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Fortalezas, oportunidades, debilidades de un producto luego de su elaboración.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funcionamiento, técnicos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proceso construcción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técnicos y de 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apropiadas para manipular herramientas específicas (reglas, tijera escolar, sierra de calar manual,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y herramientas apropiadas para transformar materiales (medir, marcar, pegar, pintar,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objeto o sistema tecnológico, usando los materiales y las herramientas apropiados.</w:t>
            </w:r>
          </w:p>
          <w:p>
            <w:r>
              <w:rPr>
                <w:b/>
                <w:i w:val="0"/>
                <w:sz w:val="15"/>
              </w:rPr>
              <w:t>Ejemplo 2 (OA 4)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pruebas usando criterios de funcionamiento.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objetos o sistemas tecnológicos, usando criterios técnicos como adecuación de materiales, terminaciones, estructura, entre otras.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 funcionamiento con pauta de calidad; coevaluación del uso de materiales y técnicas.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Construir una casa rectangular para perros pequeños (como la de la imagen), de 40 centímetros de ancho, 50 centímetros de alto y de 1 metro de profundidad.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Observe los siguientes objetos y responda: 1 ¿Cuál es la función principal de estos objetos? 2 ¿Por qué están elaborados con distintos materiales? 3 Elabore un listado de pruebas técnicas y de funcionamiento a los tres objetos para probar su calidad. Instrumento: Criterios de evaluación. (pág. 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Herramientas de medición, corte y unión; cartón, madera, tela y plástico reciclado; normas de seguridad.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apliquen las habilidades adquiridas en cuanto a diseñar, planificar, elaborar, probar y evaluar por medio de procesos tecnológicos que surgen de una o más necesidades que se deben satisfacer.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86–96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a partir de productos existentes para resolver problemas simples o aprovechar oportunidades.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Distinguir un problema o situación problemática y darle solución por medio de un diseño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fases del proceso de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de uso y funcionamiento de objetos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 principales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 del proceso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o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de medición, marcado, trazado, unión y corte.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(papeles, tejidos, plásticos, cerámicos, etc.)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funcionamiento, técnicos,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Vistas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del proceso de construcción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funcionamiento y medioambiental.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Respecto del diseño (OA 1)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ideas de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bocetos individuales de la solución.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las vistas principales de la solución final.</w:t>
            </w:r>
          </w:p>
          <w:p>
            <w:r>
              <w:rPr>
                <w:b/>
                <w:i w:val="0"/>
                <w:sz w:val="15"/>
              </w:rPr>
              <w:t>Respecto del uso de TIC (OA 7) · pág. 95</w:t>
            </w:r>
          </w:p>
          <w:p>
            <w:r>
              <w:rPr>
                <w:b/>
                <w:i w:val="0"/>
                <w:sz w:val="15"/>
              </w:rPr>
              <w:t>Respecto de la planiﬁ cación del proyecto (OA 2)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tareas a realizar en función del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materiales, herramientas, técnicas y medidas de seguridad en el plan de construcción</w:t>
            </w:r>
          </w:p>
          <w:p>
            <w:r>
              <w:rPr>
                <w:b/>
                <w:i w:val="0"/>
                <w:sz w:val="15"/>
              </w:rPr>
              <w:t>Respecto de los procesos de construcción (OA 3)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un objeto de acuerdo al diseño previo.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materiales y herramientas de acuerdo al plan de construcción.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técnicas de acuerdo a cada fase del plan de construcción.</w:t>
            </w:r>
          </w:p>
          <w:p>
            <w:r>
              <w:rPr>
                <w:b/>
                <w:i w:val="0"/>
                <w:sz w:val="15"/>
              </w:rPr>
              <w:t>Respecto del objeto construido (OA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funcionamiento del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Prueban el objeto construido, aplicando criterios técnicos, medioambientales y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algún aspecto a mejorar del objeto construido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del proyecto completo; evaluación de criterios medioambientales del producto.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diseño: </w:t>
            </w:r>
            <w:r>
              <w:rPr>
                <w:b w:val="0"/>
                <w:i w:val="0"/>
                <w:sz w:val="15"/>
              </w:rPr>
              <w:t>OA 1 con 0 indicadores y 3 criterios de desempeño.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uso de TIC: </w:t>
            </w:r>
            <w:r>
              <w:rPr>
                <w:b w:val="0"/>
                <w:i w:val="0"/>
                <w:sz w:val="15"/>
              </w:rPr>
              <w:t>OA 7 con 0 indicadores.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la planiﬁ cación del proyecto: </w:t>
            </w:r>
            <w:r>
              <w:rPr>
                <w:b w:val="0"/>
                <w:i w:val="0"/>
                <w:sz w:val="15"/>
              </w:rPr>
              <w:t>OA 2 con 0 indicadores y 2 criterios de desempeño.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los procesos de construcción: </w:t>
            </w:r>
            <w:r>
              <w:rPr>
                <w:b w:val="0"/>
                <w:i w:val="0"/>
                <w:sz w:val="15"/>
              </w:rPr>
              <w:t>OA 3 con 0 indicadores y 3 criterios de desempeño.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objeto construido: </w:t>
            </w:r>
            <w:r>
              <w:rPr>
                <w:b w:val="0"/>
                <w:i w:val="0"/>
                <w:sz w:val="15"/>
              </w:rPr>
              <w:t>OA 4 con 0 indicadores y 3 criterios de desempeño. Instrumento: Criterios de evaluación.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reciclados; problemas del entorno (ahorro de energía o de agua, aislación térmica, reutilización de residuos).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procedimientos con demostración, tutoriales breves, fichas técnicas y ejemplos de objetos reales.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bocetos, maquetas, presentaciones digitales o exposición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local, con elección de solución y roles en el equipo de proyecto.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o sistemas tecnológicos simples para resolver problemas: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desde diversos ámbitos tecnológicos y tópicos de otras asignaturas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sus ideas a través de dibujos a mano alzada, dibujo técnico o usando TIC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explorando y transformando productos existentes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elaboración de un objeto tecnológico, incorporando la secuencia de acciones, materiales, herramientas, técnicas y medidas de seguridad necesarias para lograr el resultado deseado, y discutiendo las implicancias ambientales de los recursos utilizados.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objeto tecnológico para resolver problemas, seleccionando y demostrando dominio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marcar, cortar, unir, pintar, perforar, serrar, plegar y pegar,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cartones, maderas, fibras, plásticos, cerámicos,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evaluar la calidad de los trabajos propios o de otros, de forma individual o en equipos, aplicando criterios de funcionamiento, técnicos, medioambientales y de seguridad, y dialogando sobre sus resultados e ideas de mejoramiento.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para organizar y comunicar ideas e información con diferentes propósitos mediante: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programas de presentación para mostrar imágenes, diagramas y textos, entre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hojas de cálculo para ordenar datos y elaborar gráficos simples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procesador de textos para crear, editar, dar formato, incorporar elementos de diseño y guardar un documento.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internet y buscadores para localizar, extraer, evaluar y almacenar información, considerando la seguridad de la fuente.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tecnológico,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4°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4°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4° básico</dc:title>
  <dc:subject/>
  <dc:creator/>
  <cp:keywords/>
  <dc:description>Generado el 2026-10-23 desde programa_tecnologia_4basico.pdf (sha256 374f0483f239)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