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Tecnología · 5°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Tecnología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5°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 h pedagógicas semanales · 38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5° básico, los estudiantes usan software de presentación, procesador de textos, hojas de cálculo e internet para comunicar resultados de investigaciones, respetando derechos de autor. Analizan y transforman objetos tecnológicos, planifican y elaboran productos y evalúan su calidad con criterios de funcionamiento, seguridad y medioambiente.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Comunicación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13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27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Comunicación</w:t>
            </w:r>
          </w:p>
          <w:p>
            <w:r>
              <w:rPr>
                <w:b w:val="0"/>
                <w:i w:val="0"/>
                <w:sz w:val="15"/>
              </w:rPr>
              <w:t>Esta unidad pretende que los estudiantes se familiaricen con el funcionamiento de un determinado tipo de software de presentación y las respectivas herramientas que se requieren para su funcionamiento.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48–63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Manejar software de presentaciones copiando, duplicando y eliminando diapositivas según requiera cada trabajo.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Insertar y modificar de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Establecer un adecuado contraste entre textos y fondos.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apropiadamente las funciones básicas de un procesador de texto (crear, abrir, grabar y cerrar).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el procesador de texto para cambiar la apariencia de un documento, guardar e imprimir información significativa.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Localizar una información requerida de formas variadas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el tipo de resultado obtenido en la búsqueda en internet y asignar prioridades a aquellas que se determinan como las más adecuadas.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y emplear aspectos que brindan seguridad en el uso de internet.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Manejo del software de presentación, reconociendo los principales iconos de la pantalla inicial.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Autoría y derechos de autor.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Operaciones básicas al operar con procesador de texto (insertar, seleccionar, borrar, editar, mover y remplazar).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Inserción y ajuste de imágenes en un documento.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Modificación de la apariencia de un documento al usar el procesador de 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Uso de internet y de herramientas de comunicación en línea.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búsqueda de información en la web.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Selección crítica de fuentes de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Aspectos que brindan seguridad en el uso de internet.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Citar las fuentes de las cuales obtuvieron todos los elementos utilizados en su presentación.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Información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imágenes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diapositivas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procesador de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hoja de cálculo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derechos de autor e internet.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5) · pág. 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utilizan los principales botones de herramientas de software de presentación y de una hoja de cálculo, como abrir, guardar, copiar y pegar, deshacer,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Insertan y adaptan gráficos en presentaciones.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animaciones y efectos a textos e imágenes en las presentaciones.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una presentación de acuerdo a un propósito definido.</w:t>
            </w:r>
          </w:p>
          <w:p>
            <w:r>
              <w:rPr>
                <w:b/>
                <w:i w:val="0"/>
                <w:sz w:val="15"/>
              </w:rPr>
              <w:t>Ejemplo 2 (OA 6) · pág. 62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documentos aplicando diferentes opciones de formato (apariencia del texto, estilo de fuente, viñetas, borde, encabezados, número de páginas).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Crean, insertan y editan textos en un procesador de texto.</w:t>
            </w:r>
          </w:p>
          <w:p>
            <w:r>
              <w:rPr>
                <w:b/>
                <w:i w:val="0"/>
                <w:sz w:val="15"/>
              </w:rPr>
              <w:t>Ejemplo 3 (OA 7) · pág. 63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buscadores en línea para localizar información específica.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estrategias para buscar de forma efectiva en internet (palabras clave, por tema, idioma).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Agregan y visualizan marcadores en diferentes páginas web.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formularios en línea, ingresando información según políticas de uso y privacidad del sitio (como blogs, web educativas, web de concursos).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y publican mensajes en medios de comunicación en línea (blogs, wikis, redes sociales).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tarea breve de crear un documento con imagen y título para observar manejo de software.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una presentación de investigación con lista de cotejo, incluyendo citas de fuentes e imágenes.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Mostrar los principales viajes de descubrimiento de América y a sus principales representantes por medio de una presentación. Instrumento: Criterios de evaluación. (pág. 61)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Desafío Editar un documento sin formato. Instrumento: Criterios de evaluación. (pág. 62)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Desafío Hoy existen variadas herramientas de comunicación para compartir información. Instrumento: Criterios de evaluación. (pág. 63)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Computadores con software de presentación y procesador de textos; pauta de derechos de autor; buscadores seguros.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La presente unidad pretende que los estudiantes analicen críticamente objetos tecnológicos de su entorno o propuestos por el profesor y diseñen, efectúen y planifiquen transformaciones en cuanto a su función, aplicación y diseño de modo que puedan sugerir modificaciones o mejoras en las características del producto o sistema seleccionado.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64–75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13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críticamente las soluciones a un problema o de las oportunidades existentes en relación con aspectos funcionales como la forma, la textura y el color,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al curso propuestas de innovación a un objeto o sistema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diseños de objetos o sistemas tecnológicos.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de un objeto en cuanto a su función, aplicación o diseño.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y transformación de objetos o sistemas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Sistemas tecnológicos en cuanto a su aspecto, forma y dimensiones.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Objeto tecnológico desde el punto de vista técnico y funcional.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Necesidades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boceto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croquis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secuencia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técnicas y medidas de seguridad.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73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mejoras en objetos tecnológicos que podrían solucionar problemas o aprovechar oportunidades existentes en su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mejoras para productos existentes a mano alzada o usando TIC.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cambios a objetos existentes mediante bocetos.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cambios a objetos o sistemas tecnológicos; por ejemplo: creando accesorios adicionales o ajustando su función o número de partes.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ideas de diseño por medio de bocetos, croquis, las vistas principales o TIC.</w:t>
            </w:r>
          </w:p>
          <w:p>
            <w:r>
              <w:rPr>
                <w:b/>
                <w:i w:val="0"/>
                <w:sz w:val="15"/>
              </w:rPr>
              <w:t>Ejemplo 2 (OA 2)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Secuencian y detallan las acciones necesarias para la elaboración de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sobre procesos de planificación de objetos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las medidas de seguridad necesarias para elaborar un objeto tecnológico.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un objeto (función, diseño, materiales) con ficha; revisión de bocetos y planificación.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Desafío La bicicleta fue creada para satisfacer la necesidad del ser humano de desplazarse de una manera más rápida y económica. Instrumento: Criterios de evaluación. (pág. 73)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Desafío Los diferentes objetos que empleamos se construyen mediante técnicas; es decir, una serie de tareas que se efectúan paso a paso. Instrumento: Criterios de evaluación. (pág. 74)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Objetos cotidianos para analizar; papel cuadriculado; ejemplos de soluciones locales (riego, calefacción o ventilación, reciclaje).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La unidad pretende que los estudiantes se focalicen en la confección y construcción de objetos tecnológicos, y en la prueba y evaluación de dichos objetos.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76–87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herramientas que utilizan variadas técnicas.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Investigar procedimientos necesarios para elaborar un determinado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Elaborar productos, empleando variadas técnicas.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y describir los conceptos de seguridad, eficiencia, facilidad de uso y mantenimiento de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calidad de variados objetos en cuanto a su eficiencia, seguridad, facilidad de uso y mantenimiento.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Investigar el comportamiento de un objeto en relación con su funcionalidad, seguridad y durabilidad.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Establecer relaciones entre las propiedades de los materiales y las terminaciones que han sido empleadas para fabricar el objeto.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Etapas del proceso productivo.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Técnicas para elaborar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Selección de materiales y herramientas para realizar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Evaluación de la calidad de los objetos tecnológicos en torno a seguridad, eficiencia, facilidad de uso y mantenimiento.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Propiedades y comportamiento de materiales empleados para fabricar un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Ventajas y desventajas de un producto en comparación a otros similares.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Trazar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reciclar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eficiencia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comodidad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funcionalidad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durabilidad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terminaciones y apariencia.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a desafíos, elaborando productos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 objeto tecnológico, usando los materiales y las herramientas apropiados.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 producto según necesidades específicas o generales de los usuarios.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productos tecnológicos innovadores con materiales dados.</w:t>
            </w:r>
          </w:p>
          <w:p>
            <w:r>
              <w:rPr>
                <w:b/>
                <w:i w:val="0"/>
                <w:sz w:val="15"/>
              </w:rPr>
              <w:t>Ejemplo 2 (OA 4) · pág. 87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Obtienen información sobre productos tecnológicos para evaluarlos.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productos tecnológicos según criterios dados (morfológico, estético, funcional, técnico, económico, de seguridad).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y realizan pruebas, usando criterios de funcionamiento.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Prueba del producto con pauta de criterios (funcionalidad, durabilidad, terminaciones); coevaluación.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desafía a los estudiantes a elaborar una mesa exclusivamente de cartón, sin utilizar otros materiales. Instrumento: Criterios de evaluación. (pág. 86)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Desafío La construcción de un objeto puede ser evaluada desde un punto de vista social y/o económico; es decir, si satisface las necesidades para las cual se diseñó, su uso y el costo de su elaboración. Instrumento: Criterios de evaluación. (pág. 87)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Herramientas de trazado, corte y unión; materiales reciclados; normas de seguridad del taller.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puedan llevar a cabo una secuencia completa de acciones en cuanto a diseñar, hacer y probar para obtener un producto.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88–100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27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4,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ideas por medio de bocetos, croquis, esquemas o mediante el empleo de software asociados a la representación gráfica.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Trabajo en equipo para determinar los responsables de cada una de las etapas necesarias para elaborar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calidad de los objetos tecnológicos en torno a seguridad, eficiencia, facilidad de uso y mantenimiento.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Vistas de un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 del proceso de elaboración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Construcción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de medición, marcado, trazado, unión, corte.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Principios tecnológicos (funcionamiento, técnicos, medioambientales y de seguridad).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 y funcionamiento.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Respecto del diseño (OA 1) · pág. 98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ideas de diseño para resolver un problema.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gráficamente bocetos de la solución.</w:t>
            </w:r>
          </w:p>
          <w:p>
            <w:r>
              <w:rPr>
                <w:b/>
                <w:i w:val="0"/>
                <w:sz w:val="15"/>
              </w:rPr>
              <w:t>Respecto del uso de TIC (OA 7) · pág. 98</w:t>
            </w:r>
          </w:p>
          <w:p>
            <w:r>
              <w:rPr>
                <w:b/>
                <w:i w:val="0"/>
                <w:sz w:val="15"/>
              </w:rPr>
              <w:t>Respecto de la planiﬁ cación del proyecto (OA 2) · pág. 98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acciones a realizar por cada integrante.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materiales, herramientas, técnicas y medidas de seguridad en función del tiempo.</w:t>
            </w:r>
          </w:p>
          <w:p>
            <w:r>
              <w:rPr>
                <w:b/>
                <w:i w:val="0"/>
                <w:sz w:val="15"/>
              </w:rPr>
              <w:t>Respecto de los procesos de construcción (OA 3) · pág. 99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el objeto de acuerdo al diseño grupal final.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herramientas y técnicas de acuerdo al plan de construcción.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materiales de acuerdo a cada fase del plan de construcción.</w:t>
            </w:r>
          </w:p>
          <w:p>
            <w:r>
              <w:rPr>
                <w:b/>
                <w:i w:val="0"/>
                <w:sz w:val="15"/>
              </w:rPr>
              <w:t>Respecto del objeto construido (OA 4) · pág. 99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Prueban el objeto construido, aplicando criterios de funcionamiento, técnicos, estéticos y medioambientales.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Comprueban el cumplimiento de las medidas de seguridad.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ideas de mejora al objeto construido.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Rúbrica del proyecto (diseñar, hacer, probar); presentación del producto con evaluación de mejoras.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diseño: </w:t>
            </w:r>
            <w:r>
              <w:rPr>
                <w:b w:val="0"/>
                <w:i w:val="0"/>
                <w:sz w:val="15"/>
              </w:rPr>
              <w:t>OA 1 con 0 indicadores y 2 criterios de desempeño. Instrumento: Criterios de evaluación. (pág. 98)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uso de TIC: </w:t>
            </w:r>
            <w:r>
              <w:rPr>
                <w:b w:val="0"/>
                <w:i w:val="0"/>
                <w:sz w:val="15"/>
              </w:rPr>
              <w:t>OA 7 con 0 indicadores. (pág. 98)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 la planiﬁ cación del proyecto: </w:t>
            </w:r>
            <w:r>
              <w:rPr>
                <w:b w:val="0"/>
                <w:i w:val="0"/>
                <w:sz w:val="15"/>
              </w:rPr>
              <w:t>OA 2 con 0 indicadores y 2 criterios de desempeño. Instrumento: Criterios de evaluación. (pág. 98)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 los procesos de construcción: </w:t>
            </w:r>
            <w:r>
              <w:rPr>
                <w:b w:val="0"/>
                <w:i w:val="0"/>
                <w:sz w:val="15"/>
              </w:rPr>
              <w:t>OA 3 con 0 indicadores y 3 criterios de desempeño. Instrumento: Criterios de evaluación. (pág. 99)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objeto construido: </w:t>
            </w:r>
            <w:r>
              <w:rPr>
                <w:b w:val="0"/>
                <w:i w:val="0"/>
                <w:sz w:val="15"/>
              </w:rPr>
              <w:t>OA 4 con 0 indicadores y 3 criterios de desempeño. Instrumento: Criterios de evaluación. (pág. 99)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Materiales del taller; registro fotográfico del proceso; problemas reales de la escuela o la comunidad.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procedimientos con demostración, tutoriales breves, fichas técnicas y ejemplos de objetos reales.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el diseño con bocetos, maquetas, presentaciones digitales o exposición oral.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problemas del entorno local, con elección de solución y roles en el equipo de proyecto.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DISEÑAR, HACER Y PROBAR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diseños de objetos o sistemas tecnológicos para resolver problemas o aprovechar oportunidades: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desde diversos ámbitos tecnológicos y tópicos de otras asignaturas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sus ideas a través de dibujos a mano alzada, dibujo técnico o usando TIC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analizando y modificando productos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la elaboración de objetos tecnológicos, incorporando la secuencia de acciones, materiales, herramientas, técnicas y medidas de seguridad necesarias o alternativas para lograr el resultado deseado, discutiendo las implicancias ambientales y sociales de los recursos utilizados.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un producto tecnológico para resolver problemas y aprovechar oportunidades, seleccionando y demostrando dominio en el uso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técnicas y herramientas para medir, marcar, cortar, unir, pegar, mezclar, lijar, serrar, perforar y pintar, entre otras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materiales como papeles, cartones, maderas, fibras, plásticos, cerámicos, metales, desechos, entre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Probar y evaluar la calidad de los trabajos propios o de otros, de forma individual o en equipos, aplicando criterios de funcionamiento, técnicos, medioambientales, estéticos y de seguridad, y dialogando sobre sus resultados e ideas de mejoramiento.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COMUNICACIÓN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software para organizar y comunicar los resultados de investigaciones e intercambiar ideas con diferentes propósitos, mediante: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programas de presentación para mostrar imágenes, diagramas y textos, entre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hojas de cálculo para elaborar tablas de doble entrada y elaborar gráficos de barra y línea, entre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procesador de textos para crear, editar, dar formato, incorporar elementos de diseño y guardar un documento.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internet y comunicación en línea para compartir información de diferente carácter con otras personas, considerando la seguridad de la fuente y las normas de privacidad.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por el entorno tecnológico, y disposición a informarse y explorar sus diversos usos, funcionamiento y materiales.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iniciativa personal y emprendimiento en la creación y diseño de tecnologías innovadoras.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 uso seguro y responsable de internet, cumpliendo las reglas entregadas por el profesor y respetando los derechos de autor.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Tecnología 5°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Tecnología · 5°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Tecnología · 5° básico</dc:title>
  <dc:subject/>
  <dc:creator/>
  <cp:keywords/>
  <dc:description>Generado el 2026-10-23 desde programa_tecnologia_5basico.pdf (sha256 8c7a25233b8c)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