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Tecnología · 6°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Tecnología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6°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 h pedagógicas semanales · 38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6° básico, los estudiantes usan software de presentación, hojas de cálculo e internet para comunicar y publicar información de forma segura. Crean diseños innovadores con dibujo técnico, planifican considerando tiempos y costos, elaboran productos de calidad y los evalúan con criterios de funcionamiento, estética y medioambiente.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Eje: Comunicación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13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26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7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Eje: Diseñar, hacer y probar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27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38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Eje: Comunicación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demuestren sus habilidades en el uso software de presentación y hojas de cálculo, y de las distintas herramientas que se requieren para organizar y comunicar información, aplicándolas para dar cuenta de resultados de investigaciones asociadas a diversos requerimientos de usuarios.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5, 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5, OA 6,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Organizar información de investigaciones en software de presentación y hojas de cálculo.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resultados de investigaciones por medio de un software de 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para el uso de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Abrir, editar, formatear y guardar información en un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Buscar y localizar y extraer información de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Compartir y publicar información en internet, usándolo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Software de presentación en funciones de organización, animación, video, sonido y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Software de hojas de cálculo en funciones organización y presentación de datos.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Procesador de texto en funciones como escribir, editar, dar formato, incorporar diseños y guardar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Opciones avanzadas del procesador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Tablas y organizadores gráficos.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Canales de publicación en línea.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Normas de seguridad en línea.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Navegadores web y sus aplicaciones.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Publicación de información específica en internet.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Redes sociales y web 2.0.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Documento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planilla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internet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publicar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buscadores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dirección o URL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correo electrónico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mensajes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chat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blogs y redes sociales en internet.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5)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Insertan diferentes tipos de objetos en una presentación: línea, flechas, rectángulos, cuadros de texto, imágenes, gráficos, sonidos y videos.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Estructuran presentaciones según información de investigaciones (bibliográfica, científica, audiovisual).</w:t>
            </w:r>
          </w:p>
          <w:p>
            <w:r>
              <w:rPr>
                <w:b/>
                <w:i w:val="0"/>
                <w:sz w:val="15"/>
              </w:rPr>
              <w:t>Ejemplo 2 (OA 6) · pág. 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documentos con diferentes tipos de formatos, fuentes y estilos.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herramientas de diseño predeterminados para mejorar la presentación de un documento.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Guardan archivos de textos en diferentes formatos y en diferentes espacios físicos del computador, memorias flash u otras ubicaciones externas.</w:t>
            </w:r>
          </w:p>
          <w:p>
            <w:r>
              <w:rPr>
                <w:b/>
                <w:i w:val="0"/>
                <w:sz w:val="15"/>
              </w:rPr>
              <w:t>Ejemplo 3 (OA 7)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Comparten recursos e información con sus compañeros y profesores, utilizando correo electrónico.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las normas de privacidad en el uso de los diferentes sitios web y redes sociales.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tarea breve de crear una planilla simple y una diapositiva para observar manejo de software.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presentaciones con video o sonido y planillas con gráficos; conversación sobre seguridad en redes sociales.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Realizan un listado de 10 problemas medioambientales que afecten el lugar en que viven. Instrumento: Criterios de evaluación. (pág. 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Emilio debe realizar una solicitud formal para ingresar al equipo de básquetbol de su colegio. Instrumento: Criterios de evaluación. (pág. 65)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Las Tres R (Reducir, Reciclar, Reutilizar) son conductas que cada uno de nosotros puede adoptar para cuidar nuestro medio ambiente. Instrumento: Criterios de evaluación. (pág. 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con software de presentación y hojas de cálculo; pauta de uso seguro de internet y comunicación en línea.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creen diseños innovadores de objetos o sistemas tecnológicos y exploren e indaguen en el entorno para aprovechar oportunidades o entregar soluciones a diversos problemas.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13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Analizar críticamente las soluciones a un problema o de las oportunidades existentes en relación con aspectos funcionales como la forma, textura, color,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al curso propuestas de innovación a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de objetos o sistemas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representaciones gráficas que sirvan como medio de comunicación.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 para elaborar un producto tecnológico.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 del ser humano (protección, recreación y comunicación, entre otras) en relación con los productos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de un objeto en cuanto a su función, aplicación o diseño.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técnico (perspectiva isométrica y caballera).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 de construcción.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Necesidades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innovación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oportunidad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técnico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perspectivas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escala y costos.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79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las ventajas y desventajas que podrían presentar los productos tecnológicos existentes al ser intervenidos.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ideas o soluciones tecnológicas por medio de perspectivas (caballera, isométrica).</w:t>
            </w:r>
          </w:p>
          <w:p>
            <w:r>
              <w:rPr>
                <w:b/>
                <w:i w:val="0"/>
                <w:sz w:val="15"/>
              </w:rPr>
              <w:t>Ejemplo 2 (OA 2) · pág. 80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Establecen los tiempos, costos y recursos necesarios para elaborar de un objeto o servicio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las técnicas necesarias para elaborar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Señalan las medidas de seguridad necesarias para elaborar un objeto tecnológico.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 dibujos técnicos en perspectiva y a escala; presentación de la oportunidad detectada y sus costos.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Observe el siguiente cubo Rubik de 3x3: - ¿Qué sucedería con su funcionamiento si le quitara 9 piezas de uno de sus lados? - ¿Qué sucedería con su funcionamiento si le agregara 9 piezas de uno de sus lados? 2 Convierta el cubo Rubik de 3x3 en un cubo de 2x2 y dibuje sus tres vistas principales. Instrumento: Criterios de evaluación. (pág. 79)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Planifique la elaboración de un objeto tecnológico que pueda contener un huevo y, a la vez, pueda ser lanzado desde 10 metros de altura y caer e impactar el suelo sin que se rompa el huevo. Instrumento: Criterios de evaluación. (pág. 80)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isométrico, reglas y escuadras; problemas del entorno local (energía, agua, residuos, transporte).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Se espera que los estudiantes apliquen diversas técnicas para elaborar un producto y así obtener objetos o sistemas tecnológicos de calidad, usando de forma efectiva habilidades para construir, fabricar, cocinar, confeccionar o elaborar productos a partir de ideas y diseños.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7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Seleccionar los requerimientos necesarios para elaborar una solución tecnológica.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Determinar las secuencias de trabajo para crear un objeto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para elabora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procedimientos técnicos para elaborar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en la elaboración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materiales de desecho o aquellos que impacten en menor medida en el medioambiente.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Sistemas tecnológicos.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para medir, marcar, trazar, sujetar, unir, cortar, atornillar, golpear, limar.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elaborados, como papeles, maderas, tejidos, plásticos, cerámicos, metales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Características estéticas en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 de un producto.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funcionamiento, técnicos, estéticos,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Producto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sistema tecnológico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evaluación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máquinas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 y criterios medioambientales.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3) · pág. 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necesarias para manipular herramientas específicas (reglas, tijeras, lijas,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las técnicas y herramientas apropiadas para transformar materiales (medir, mezclar, lijar, entre otras).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los materiales apropiados para elaborar un objeto tecnológico específico (maderas, fibras, metales, entre otros).</w:t>
            </w:r>
          </w:p>
          <w:p>
            <w:r>
              <w:rPr>
                <w:b/>
                <w:i w:val="0"/>
                <w:sz w:val="15"/>
              </w:rPr>
              <w:t>Ejemplo 2 (OA 4) · pág. 94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pruebas usando criterios de funcionamiento.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pruebas, usando criterios técnicos como adecuación de materiales, terminaciones, estructura,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pruebas, usando criterios medioambientales.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Dialogan y señalan ideas para mejorar objetos tecnológicos, de forma individual y colaborativa.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Prueba de calidad con lista de cotejo de criterios técnicos y medioambientales; coevaluación del equipo.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reciben y analizan diferentes tipos de materiales de desechos: 1 Seleccionan uno de ellos y determinan las técnicas de tratamiento para crear un nuevo objeto tecnológico. Instrumento: Criterios de evaluación. (pág. 93)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Elaboran un listado de las principales características funcionales, estéticas, técnicas y medioambientales deunsillón de cuero sintético 2 Responda: - ¿Cuál es la función principal de este objeto? - ¿Cuáles serán los principales procedimientos técnicos para su confección? - ¿Cuáles son sus atributos estéticos? - ¿Cuáles son sus ventajas y desventajas? - ¿Cuál es el posible impacto del objeto en el medioambiente? Fundamente. Instrumento: Criterios de evaluación. (pág. 94)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Herramientas para medir, cortar, atornillar y limar; madera, metal liviano y reciclados; normas de seguridad.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Eje: Diseñar, hacer y probar</w:t>
            </w:r>
          </w:p>
          <w:p>
            <w:r>
              <w:rPr>
                <w:b w:val="0"/>
                <w:i w:val="0"/>
                <w:sz w:val="15"/>
              </w:rPr>
              <w:t>En esta unidad, se espera que los estudiantes puedan llevar a cabo una secuencia completa de acciones en cuanto al diseñar, hacer y probar para la obtención de un producto.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95–106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27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diseños innovadores de objetos a partir de un problema u oportunidad.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Planificar el trabajo previo a la elaboración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del proceso de construcción o fabricación (preparación, unión y acabado de piezas).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materiales y herramientas de forma segura.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Aplicar conocimiento técnico de uso y funcionamiento de objetos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Trabajar de forma independiente y con otros, conformando equipos de trabajo cuando el desafío o tarea lo requiera.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Proyecto tecnológico.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técnico: perspectivas de un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 del proceso de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Construcción o elaboración de productos.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Herramientas para medir, marcar, trazar, sujetar, unir, cortar, atornillar, golpear, limar.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Materiales elaborados como papeles, maderas, tejidos, plásticos, cerámicos, metales y de desecho.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Criterios de funcionamiento, técnicos, estéticos, medioambientales y de seguridad.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Perspectivas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técnica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funcionamiento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estética y medioambiental.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Respecto del diseño (OA 1)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innovaciones en el diseño de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las vistas principales de un objeto, incluyendo escala.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perspectiva caballera de un objeto.</w:t>
            </w:r>
          </w:p>
          <w:p>
            <w:r>
              <w:rPr>
                <w:b/>
                <w:i w:val="0"/>
                <w:sz w:val="15"/>
              </w:rPr>
              <w:t>Respecto del uso de TIC (OA 4) · pág. 105</w:t>
            </w:r>
          </w:p>
          <w:p>
            <w:r>
              <w:rPr>
                <w:b/>
                <w:i w:val="0"/>
                <w:sz w:val="15"/>
              </w:rPr>
              <w:t>Respecto de la planiﬁ cación del proyecto (OA 2)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Determinan los recursos necesarios para elaborar 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Planifican las tareas para elaborar el objeto en función del tiempo.</w:t>
            </w:r>
          </w:p>
          <w:p>
            <w:r>
              <w:rPr>
                <w:b/>
                <w:i w:val="0"/>
                <w:sz w:val="15"/>
              </w:rPr>
              <w:t>Respecto de los procesos de construcción (OA 3)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técnicas para preparar, unir y acabar 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materiales y herramientas para elaborar el objeto de acuerdo al plan de construcción.</w:t>
            </w:r>
          </w:p>
          <w:p>
            <w:r>
              <w:rPr>
                <w:b/>
                <w:i w:val="0"/>
                <w:sz w:val="15"/>
              </w:rPr>
              <w:t>Respecto del objeto construído (OA 4)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el funcionamiento del objeto.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Prueban el objeto, aplicando criterios de funcionamiento, técnicos, medioambientales, estéticos y de seguridad.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correcciones al objeto a partir de las pruebas realizadas.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curiosidad por el entorno tecnológico, y disposición a informarse y explorar sus diversos usos, funcionamiento y materiales.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iniciativa personal y emprendimiento en la creación y diseño de tecnologías innovadoras.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un uso seguro y responsable de internet, cumpliendo las reglas entregadas por el profesor y respetando los derechos de autor.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Rúbrica del proyecto tecnológico completo; presentación final con evaluación de funcionamiento y mejoras.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diseño: </w:t>
            </w:r>
            <w:r>
              <w:rPr>
                <w:b w:val="0"/>
                <w:i w:val="0"/>
                <w:sz w:val="15"/>
              </w:rPr>
              <w:t>OA 1 con 0 indicadores y 3 criterios de desempeño.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uso de TIC: </w:t>
            </w:r>
            <w:r>
              <w:rPr>
                <w:b w:val="0"/>
                <w:i w:val="0"/>
                <w:sz w:val="15"/>
              </w:rPr>
              <w:t>OA 4 con 0 indicadores.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la planiﬁ cación del proyecto: </w:t>
            </w:r>
            <w:r>
              <w:rPr>
                <w:b w:val="0"/>
                <w:i w:val="0"/>
                <w:sz w:val="15"/>
              </w:rPr>
              <w:t>OA 2 con 0 indicadores y 2 criterios de desempeño. Instrumento: Criterios de evaluación. (pág. 105)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 los procesos de construcción: </w:t>
            </w:r>
            <w:r>
              <w:rPr>
                <w:b w:val="0"/>
                <w:i w:val="0"/>
                <w:sz w:val="15"/>
              </w:rPr>
              <w:t>OA 3 con 0 indicadores y 2 criterios de desempeño.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Respecto del objeto construído: </w:t>
            </w:r>
            <w:r>
              <w:rPr>
                <w:b w:val="0"/>
                <w:i w:val="0"/>
                <w:sz w:val="15"/>
              </w:rPr>
              <w:t>OA 4 con 0 indicadores y 3 criterios de desempeño. Instrumento: Criterios de evaluación. (pág. 106)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del taller; planilla de costos; registro fotográfico y presentación digital del proyecto.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procedimientos con demostración, tutoriales breves, fichas técnicas y ejemplos de objetos reales.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comunicar el diseño con bocetos, maquetas, presentaciones digitales o exposición oral.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Plantear problemas del entorno local, con elección de solución y roles en el equipo de proyecto.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DISEÑAR, HACER Y PROBAR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diseños de objetos y sistemas tecnológicos para resolver problemas o aprovechar oportunidades: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desde diversos ámbitos tecnológicos determinados y tópicos de otras asignaturas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representando sus ideas a través de dibujos a mano alzada, dibujo técnico o usando TIC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innovando con productos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la elaboración de objetos o servicios tecnológicos, incorporando la secuencia de acciones, tiempos, costos y recursos necesarios o alternativos para lograr el resultado deseado, y discutiendo las implicancias ambientales y sociales de los elementos considerados.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un producto tecnológico para resolver problemas y aprovechar oportunidades, seleccionando y demostrando dominio en el uso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técnicas y herramientas para medir, marcar, cortar, unir, pegar, perforar, mezclar, lijar, serrar y pintar, entre otras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como papeles, cartones, maderas, fibras, plásticos, cerámicos, metales, desechos,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Probar y evaluar la calidad de los trabajos propios o de otros, de forma individual o en equipos, aplicando criterios de funcionamiento, técnicos, medioambientales, estéticos y de seguridad, dialogando sobre sus resultados y aplicando correcciones según corresponda.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software para organizar y comunicar los resultados de investigaciones e intercambiar ideas con diferentes propósitos, mediante: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programas de presentación para mostrar imágenes, diagramas y textos, entre otros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hojas de cálculo para elaborar tablas de doble entrada y diseñar gráficos de barra simple y doble, circulares y de línea, entre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procesador de textos para crear, editar, dar formato, incorporar elementos de diseño, revisar y guardar un documento.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211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Usar internet y comunicación en línea para compartir y publicar información de diferente carácter con otras personas, considerando la seguridad de la fuente y las normas de privacidad y de uso.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 por el entorno tecnológico, y disposición a informarse y explorar sus diversos usos, funcionamiento y materiales.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iniciativa personal y emprendimiento en la creación y diseño de tecnologías innovadoras.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un uso seguro y responsable de internet, cumpliendo las reglas entregadas por el profesor y respetando los derechos de autor.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Tecnología 6°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Tecnología · 6°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Tecnología · 6° básico</dc:title>
  <dc:subject/>
  <dc:creator/>
  <cp:keywords/>
  <dc:description>Generado el 2026-10-23 desde programa_tecnologia_6basico.pdf (sha256 aa09554ff15f)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