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Tecnología · 8°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Tecnología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8°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· 38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628/2016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8° básico, los estudiantes desarrollan un proyecto tecnológico: analizan críticamente su entorno, diseñan, planifican y elaboran productos, y evalúan su funcionamiento, evolución e impacto, usando las TIC y considerando la relación entre tecnología, ambiente y sociedad.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Planteamiento del problema e identificación de necesidades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Establecimiento del diseño solución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Planificación y elaboración de la solución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Evolución y funcionamiento de la solución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53).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Planteamiento del problema e identificación de necesidades</w:t>
            </w:r>
          </w:p>
          <w:p>
            <w:r>
              <w:rPr>
                <w:b w:val="0"/>
                <w:i w:val="0"/>
                <w:sz w:val="15"/>
              </w:rPr>
              <w:t>En esta unidad se espera que las y los estudiantes reflexionen y analicen críticamente su entorno más cercano, sean capaces de detectar problemas y necesidades de las personas o de la comunidad y propongan soluciones que impacten de manera positiva en la sociedad.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58–69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el entorno y detectar problemas y necesidades que afectan a las personas y la comunidad más cercana.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distintas posibilidades de solución basándose en criterios de investigación y análisis aplicados.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y fundamentar la selección de soluciones para dar respuesta a necesidades detectadas en el entorno, basándose en investigaciones realizadas.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sus conclusiones con presentaciones expositivas que involucren al curso o a la comunidad escolar.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Conceptos básicos sobre turismo.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Tipos de turismo.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Alcances del turismo en la economía del país.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Conceptos relacionados con la identidad-país: patrimonio natural y cultural.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Problema, necesidad, solución, patrimonio, turismo, impacto.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1, OA 4, OA 6) · pág. 67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Examinan, con criterio medioambiental, necesidades grupales que impliquen la creación de un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Examinan, desde el punto de vista social, oportunidades locales que impliquen la creación de un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diferentes alternativas de soluciones a necesidades, considerando la armonía con el medio natural-social.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Comunican, por medio de presentadores en línea, las oportunidades con mayores aportes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Comunican, por medio de presentadores en línea, las necesidades con mayores aportes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discursos multimodales que les permitan comunicar el itinerario del proceso de diseño de su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Editan discursos multimodales que les permitan comunicar el itinerario del proceso de diseño de su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Publican en línea los resultados de sus diseños respetando el código chileno de ética publicitaria.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aspectos éticos asociados a las diversas soluciones tecnológicas analizadas.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aspectos ambientales asociados a las diversas soluciones tecnológicas analizadas.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aspectos sociales asociados a las diversas soluciones tecnológicas analizadas.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medidas de mitigación que contemplen una descripción del proceso de producción de la solución tecnológica analizada.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5"/>
              </w:rPr>
              <w:t>Respetar al otro y al medioambiente.</w:t>
            </w:r>
          </w:p>
          <w:p>
            <w:r>
              <w:rPr>
                <w:b w:val="0"/>
                <w:i w:val="0"/>
                <w:sz w:val="15"/>
              </w:rPr>
              <w:t>Demostrar disposición hacia la prevención de riesgos y el autocuidado.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actividad breve de análisis de un producto tecnológico, para revisar los aprendizajes de 7°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por etapas de la memoria técnica con pauta; preguntas sobre las necesidades detectadas.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Sobre la base del problema planteado, el o la docente invita a sus estudiantes a investigar sobre las atracciones turísticas de su localidad, de manera que puedan plantear información detallada sobre actividades y atracciones posibles de ofrecer y potenciar. Instrumento: Pauta de evaluación. (pág. 67)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Fichas de observación del entorno; fuentes de información sobre problemas del barrio o la comuna.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Establecimiento del diseño solución</w:t>
            </w:r>
          </w:p>
          <w:p>
            <w:r>
              <w:rPr>
                <w:b w:val="0"/>
                <w:i w:val="0"/>
                <w:sz w:val="15"/>
              </w:rPr>
              <w:t>En esta unidad se espera que las y los estudiantes seleccionen y representen información que les permita diseñar un producto tecnológico respetando criterios de sustentabilidad.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70–83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4, OA 5,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las características de diversos objetos o soluciones tecnológicas.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Comprender el impacto social de la incorporación de la tecnología en las diversas formas de comunicar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diversos soportes tecnológicos que brindan nuevas posibilidades de transmitir y evaluar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el impacto de objetos o soluciones tecnológicas según su diseño y funcionamiento.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presentaciones expositivas donde se evidencien los procesos de un proyecto tecnológico.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un objeto tecnológico mediante la investigación, considerando todo el proceso de análisis y selección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del diseño del objeto tecnológico por medio de estrategias publicitarias, tanto en soportes gráficos como digitales.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Análisis del impacto en el medio de la solución tecnológica implementada.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Patrimonio cultural, estrategia de marketing, objeto tecnológico, campaña publicitaria, marca, redes sociales, merchandising, medioambiente.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2, OA 4, OA 5, OA 6) · pág. 79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información recogida en la investigación de oportunidades que permita diseñar un producto tecnológico respetando criterios de sustentabilidad.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Diagraman conceptualmente por medio de herramientas gráficas un producto tecnológico que responda a la necesidad establecida, respetando criterios de sustentabilidad.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herramientas de comunicación en línea para testear las ideas conceptuales de sus diseños y los criterios de sustentabilidad propuestos.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gráficamente elementos del producto que tengan como objetivo darle una identidad determinada.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el diseño final por medio de herramientas y aplicaciones de imagen, audio y video; procesadores de texto; presentaciones, gráficos, entre otros, citando las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discursos multimodales que les permitan comunicar el itinerario del proceso de diseño de su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Editan discursos multimodales que les permitan comunicar el itinerario del proceso de diseño de su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Publican en línea los resultados de sus diseños respetando el código chileno de ética publicitaria.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funcionalmente soluciones similares existentes como respuestas a las necesidades establecidas por los destinatarios.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técnicamente las soluciones similares existentes como respuestas a las necesidades establecidas por los destinatarios.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Valoran la evolución de diversas soluciones existentes y su contribución a la armonía medioambiental.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Valoran la funcionalidad de diversas soluciones existentes y su contribución a la calidad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aspectos éticos asociados a las diversas soluciones tecnológicas analizadas.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aspectos ambientales asociados a las diversas soluciones tecnológicas analizadas.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aspectos sociales asociados a las diversas soluciones tecnológicas analizadas.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medidas de mitigación que contemplen una descripción del proceso de producción de la solución tecnológica analizada.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5"/>
              </w:rPr>
              <w:t>Respetar al otro y al medioambiente.</w:t>
            </w:r>
          </w:p>
          <w:p>
            <w:r>
              <w:rPr>
                <w:b w:val="0"/>
                <w:i w:val="0"/>
                <w:sz w:val="15"/>
              </w:rPr>
              <w:t>Valorar las potencialidades propias y del otro.</w:t>
            </w:r>
          </w:p>
          <w:p>
            <w:r>
              <w:rPr>
                <w:b w:val="0"/>
                <w:i w:val="0"/>
                <w:sz w:val="15"/>
              </w:rPr>
              <w:t>Trabajar colaborativamente.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bocetos y planos con lista de cotejo; coevaluación de propuestas de diseño.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El o la docente plantea a las y los estudiantes que, con la información recopilada y seleccionada en la unidad anterior, deben diseñar en forma gráfica o digital un circuito turístico que tenga como objetivo difundir el patrimonio turístico cultural de la localidad en la cual viven. (pág. 79)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Papel, instrumentos de dibujo técnico; software de diseño gratuito; ejemplos de soluciones existentes.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Planificación y elaboración de la solución</w:t>
            </w:r>
          </w:p>
          <w:p>
            <w:r>
              <w:rPr>
                <w:b w:val="0"/>
                <w:i w:val="0"/>
                <w:sz w:val="15"/>
              </w:rPr>
              <w:t>Se espera que las y los estudiantes apliquen diversas técnicas para elaborar un producto que corresponda a un objeto tecnológico de calidad, usando en forma efectiva las habilidades para construir a partir del diseño o ideas plasmadas previamente.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84–98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información de investigaciones en software de presentación y hojas de cálculo.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tanto en forma independiente como con otros, conformando equipos de trabajo.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los requerimientos necesarios para elaborar una solución tecnológica.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Determinar las secuencias de trabajo para crear un objeto tecnológico.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para medir, cortar, trazar, sujetar, unir.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elaborados: papeles, tejidos, cerámicas, metales y elementos de desecho.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estéticas en la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Calidad de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de funcionamiento técnico, estéticos, medioambientales y de seguridad.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Producto, patrimonio, turismo, materiales, técnicas, calidad, funcionamiento, seguridad, criterios medioambientales.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1, OA 2, OA 3, OA 4)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Examinan, con criterio medioambiental, necesidades grupales que impliquen la creación de un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Examinan, desde el punto de vista social, oportunidades locales que impliquen la creación de un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diferentes alternativas de soluciones a necesidades, considerando la armonía con el medio natural-social.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Comunican, por medio de presentadores en línea, las oportunidades con mayores aportes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Comunican, por medio de presentadores en línea, las necesidades con mayores aportes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información recogida en la investigación de oportunidades que permita diseñar un producto tecnológico respetando criterios de sustentabilidad.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Diagraman conceptualmente por medio de herramientas gráficas un producto tecnológico que responda a la necesidad establecida, respetando criterios de sustentabilidad.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herramientas de comunicación en línea para testear las ideas conceptuales de sus diseños y los criterios de sustentabilidad propuestos.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gráficamente elementos del producto que tengan como objetivo darle una identidad determinada.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el diseño final por medio de herramientas y aplicaciones de imagen, audio y video; procesadores de texto; presentaciones; gráficos, entre otros, citando las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Ponderan por medio de un test de usuario el producto tecnológico diseñado, indicando las consecuencias que pueda tener para el usuario.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Rediseñan por medio de herramientas gráficas el producto tecnológico seleccionado, atendiendo a la información recabada en los test de usuarios u otros medios de evaluación.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Redactan informes de requerimientos, argumentando los cambios que el diseño requiere conforme a exigencias técnicas o de sustentabilidad.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discursos multimodales que les permitan comunicar el itinerario del proceso de diseño de su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Editan discursos multimodales que les permitan comunicar el itinerario del proceso de diseño de su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Publican en línea los resultados de sus diseños respetando el código chileno de ética publicitaria.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5"/>
              </w:rPr>
              <w:t>Respetar al otro y al medioambiente.</w:t>
            </w:r>
          </w:p>
          <w:p>
            <w:r>
              <w:rPr>
                <w:b w:val="0"/>
                <w:i w:val="0"/>
                <w:sz w:val="15"/>
              </w:rPr>
              <w:t>Valorar las potencialidades propias y del otro.</w:t>
            </w:r>
          </w:p>
          <w:p>
            <w:r>
              <w:rPr>
                <w:b w:val="0"/>
                <w:i w:val="0"/>
                <w:sz w:val="15"/>
              </w:rPr>
              <w:t>Trabajar colaborativamente.</w:t>
            </w:r>
          </w:p>
          <w:p>
            <w:r>
              <w:rPr>
                <w:b w:val="0"/>
                <w:i w:val="0"/>
                <w:sz w:val="15"/>
              </w:rPr>
              <w:t>Demostrar disposición hacia la prevención de riesgos y el autocuidado.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 la elaboración con lista de cotejo de seguridad y procedimientos; registro en la memoria técnica.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Las y los estudiantes diseñan, implementan y luego analizan los resultados de una encuesta para identificar los lugares de mayor importancia patrimonial para la comunidad. Instrumento: Pauta de evaluación del proceso constructivo. (pág. 96)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Herramientas y materiales disponibles en el liceo; elementos de protección personal; materiales reciclados.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Evolución y funcionamiento de la solución</w:t>
            </w:r>
          </w:p>
          <w:p>
            <w:r>
              <w:rPr>
                <w:b w:val="0"/>
                <w:i w:val="0"/>
                <w:sz w:val="15"/>
              </w:rPr>
              <w:t>Esta unidad pretende fomentar en las y los estudiantes la capacidad de profundizar tanto en el concepto de turismo cultural como en los mecanismos publicitarios que inciden en la difusión y promoción de una zona.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99–114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las características del turismo cultural y sus ventajas en la promoción de una determinada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Comprender las diversas posibilidades de persuasión a partir del uso de las redes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las características de los diferentes tipos de turismo y las posibles vinculaciones que se pueden dar para fomentar la promoción de una localidad.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diversas campañas publicitarias basadas en el turismo cultural.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campañas publicitarias que fomenten el turismo cultural de una determinada zona del país.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Solución tecnológica.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Medios de comunicación.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Campañas de publicidad.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Sustentabilidad.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Turismo.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Evaluación, impacto social y medioambiental, presentadores en línea, comunicación, publicidad, persuasión, turismo cultural. Evaluación y funcionamiento de la solución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3, OA 4) · pág. 111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Ponderan por medio de un test de usuario el producto tecnológico diseñado, indicando las consecuencias que pueda tener para el usuario.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Rediseñan por medio de herramientas gráficas el producto tecnológico seleccionado, atendiendo a la información recabada en los test de usuarios u otros medios de evaluación.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Redactan informes de requerimientos, argumentando los cambios que el diseño requiere conforme a exigencias técnicas o de sustentabilidad.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discursos multimodales que les permitan comunicar el itinerario del proceso de diseño de su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Editan discursos multimodales que les permitan comunicar el itinerario del proceso de diseño de su producto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Publican en línea los resultados de sus diseños respetando el código chileno de ética publicitaria.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5"/>
              </w:rPr>
              <w:t>Respetar al otro y al medioambiente.</w:t>
            </w:r>
          </w:p>
          <w:p>
            <w:r>
              <w:rPr>
                <w:b w:val="0"/>
                <w:i w:val="0"/>
                <w:sz w:val="15"/>
              </w:rPr>
              <w:t>Valorar las potencialidades propias y del otro.</w:t>
            </w:r>
          </w:p>
          <w:p>
            <w:r>
              <w:rPr>
                <w:b w:val="0"/>
                <w:i w:val="0"/>
                <w:sz w:val="15"/>
              </w:rPr>
              <w:t>Trabajar colaborativamente.</w:t>
            </w:r>
          </w:p>
          <w:p>
            <w:r>
              <w:rPr>
                <w:b w:val="0"/>
                <w:i w:val="0"/>
                <w:sz w:val="15"/>
              </w:rPr>
              <w:t>Demostrar disposición hacia la prevención de riesgos y el autocuidado.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Prueba de funcionamiento con pauta; análisis de la evolución de un objeto tecnológico.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El o la docente invita a sus estudiantes a comunicar en forma individual los resultados de las encuestas aplicadas a los usuarios respecto de sus preferencias sobre medios de información que promocionan el turismo cultural. (pág. 111)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Prototipos elaborados; pautas de prueba; líneas de tiempo de objetos tecnológicos.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ejemplos visuales, auditivos y prácticos, y con modelado del docente.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de distintas formas (oral, escrita, práctica, gráfica o digital).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opciones de tema o de rol y trabajo colaborativo, con desafíos graduados.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RESOLUCIÓN DE PROBLEMAS TECNOLÓGICOS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386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oportunidades o necesidades personales, grupales o locales que impliquen la creación de un producto tecnológico, reflexionando acerca de sus posibles aportes.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386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crear un producto tecnológico que atienda a la oportunidad o necesidad establecida, respetando criterios de eficiencia y sustentabilidad y utilizando herramientas TIC en distintas etapas del proceso.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386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el producto tecnológico creado, aplicando criterios propios y técnicos, y proponer mejoras asociadas tanto a los procesos como al producto final.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386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el diseño, la planificación u otros procesos de la creación de productos tecnológicos, utilizando herramientas TIC, considerando diferentes tipos de objetivos y audiencias y teniendo en cuenta aspectos éticos.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TECNOLOGÍA, AMBIENTE Y SOCIEDAD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386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Examinar soluciones tecnológicas existentes que respondan a las oportunidades o necesidades establecidas, considerando los destinatarios y los aspectos técnicos y funcionales.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386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Establecer impactos positivos o negativos de las soluciones tecnológicas analizadas, considerando aspectos éticos, ambientales y sociales, entre otros.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Tecnología 8° básico, Mineduc (Decreto Exento N° 628/2016)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Tecnología · 8°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Tecnología · 8° básico</dc:title>
  <dc:subject/>
  <dc:creator/>
  <cp:keywords/>
  <dc:description>Generado el 2026-10-23 desde programa_tecnologia_8basico.pdf (sha256 3579e7dbabbf)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